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DF4C44" w14:textId="01F14AA0" w:rsidR="0082636F" w:rsidRDefault="0082636F" w:rsidP="0082636F">
      <w:pPr>
        <w:pStyle w:val="Titel"/>
        <w:pBdr>
          <w:bottom w:val="none" w:sz="0" w:space="0" w:color="auto"/>
        </w:pBdr>
        <w:spacing w:before="480" w:after="240"/>
        <w:rPr>
          <w:rFonts w:ascii="Fira Sans" w:hAnsi="Fira Sans"/>
          <w:color w:val="4A4A4A"/>
          <w:sz w:val="40"/>
          <w:szCs w:val="40"/>
          <w:lang w:val="de-DE"/>
        </w:rPr>
      </w:pPr>
      <w:r>
        <w:rPr>
          <w:rFonts w:ascii="Fira Sans regular" w:hAnsi="Fira Sans regular"/>
          <w:noProof/>
          <w:lang w:val="de-DE"/>
        </w:rPr>
        <w:drawing>
          <wp:anchor distT="0" distB="0" distL="114300" distR="114300" simplePos="0" relativeHeight="251660290" behindDoc="0" locked="0" layoutInCell="1" allowOverlap="1" wp14:anchorId="7EA20314" wp14:editId="1EF9168A">
            <wp:simplePos x="0" y="0"/>
            <wp:positionH relativeFrom="column">
              <wp:posOffset>4896027</wp:posOffset>
            </wp:positionH>
            <wp:positionV relativeFrom="paragraph">
              <wp:posOffset>-948114</wp:posOffset>
            </wp:positionV>
            <wp:extent cx="1557655" cy="429895"/>
            <wp:effectExtent l="0" t="0" r="4445" b="8255"/>
            <wp:wrapNone/>
            <wp:docPr id="2136429791" name="Grafik 34" descr="Ein Bild, das Schrift, Grafiken, Logo,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429791" name="Grafik 34" descr="Ein Bild, das Schrift, Grafiken, Logo, Grafikdesign enthält.&#10;&#10;KI-generierte Inhalte können fehlerhaft sein."/>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7655" cy="429895"/>
                    </a:xfrm>
                    <a:prstGeom prst="rect">
                      <a:avLst/>
                    </a:prstGeom>
                    <a:noFill/>
                    <a:ln>
                      <a:noFill/>
                    </a:ln>
                  </pic:spPr>
                </pic:pic>
              </a:graphicData>
            </a:graphic>
          </wp:anchor>
        </w:drawing>
      </w:r>
      <w:r>
        <w:rPr>
          <w:rFonts w:ascii="Fira Sans" w:hAnsi="Fira Sans"/>
          <w:color w:val="4A4A4A"/>
          <w:sz w:val="40"/>
          <w:szCs w:val="40"/>
          <w:lang w:val="de-DE"/>
        </w:rPr>
        <w:t>Investorenmodelle für Dentallabore</w:t>
      </w:r>
    </w:p>
    <w:p w14:paraId="197D9B15" w14:textId="3D767B61" w:rsidR="0082636F" w:rsidRDefault="0082636F" w:rsidP="0082636F">
      <w:pPr>
        <w:rPr>
          <w:lang w:val="de-DE"/>
        </w:rPr>
      </w:pPr>
    </w:p>
    <w:p w14:paraId="02B327F5" w14:textId="77777777" w:rsidR="0082636F" w:rsidRPr="004F5D25" w:rsidRDefault="0082636F" w:rsidP="0082636F">
      <w:pPr>
        <w:spacing w:after="0" w:line="280" w:lineRule="exact"/>
        <w:rPr>
          <w:rFonts w:ascii="Fira Sans regular" w:hAnsi="Fira Sans regular" w:hint="eastAsia"/>
          <w:lang w:val="de-DE"/>
        </w:rPr>
      </w:pPr>
      <w:r w:rsidRPr="004F5D25">
        <w:rPr>
          <w:rFonts w:ascii="Fira Sans regular" w:hAnsi="Fira Sans regular"/>
          <w:lang w:val="de-DE"/>
        </w:rPr>
        <w:t>Sehr geehrte Interessentin, sehr geehrter Interessent,</w:t>
      </w:r>
    </w:p>
    <w:p w14:paraId="2E10A5BE" w14:textId="44E4958A" w:rsidR="0082636F" w:rsidRPr="00155B0A" w:rsidRDefault="0082636F" w:rsidP="0082636F">
      <w:pPr>
        <w:spacing w:after="0" w:line="360" w:lineRule="auto"/>
        <w:ind w:left="142"/>
        <w:jc w:val="both"/>
        <w:rPr>
          <w:rFonts w:ascii="Century Gothic" w:hAnsi="Century Gothic"/>
          <w:b/>
          <w:sz w:val="20"/>
          <w:szCs w:val="14"/>
          <w:lang w:val="de-DE"/>
        </w:rPr>
      </w:pPr>
    </w:p>
    <w:p w14:paraId="4FB3254B" w14:textId="63EDBC32" w:rsidR="0082636F" w:rsidRPr="004F5D25" w:rsidRDefault="0082636F" w:rsidP="0082636F">
      <w:pPr>
        <w:spacing w:after="0" w:line="280" w:lineRule="exact"/>
        <w:rPr>
          <w:rFonts w:ascii="Fira Sans Light" w:hAnsi="Fira Sans Light"/>
          <w:lang w:val="de-DE"/>
        </w:rPr>
      </w:pPr>
      <w:r w:rsidRPr="004F5D25">
        <w:rPr>
          <w:rFonts w:ascii="Fira Sans Light" w:hAnsi="Fira Sans Light"/>
          <w:lang w:val="de-DE"/>
        </w:rPr>
        <w:t>zunächst möchten wir uns herzlich für Ihr Interesse an unserer Dienstleistung bedanken. Ziel dieses Datenerfassungsbogens ist es, die Kerndaten Ihres Dentallabors zu erheben und auf dieser Basis zu ermitteln, ob Ihr Labor an einen Investor veräußert werden kann. Ist dies der Fall, ermitteln wir für Sie im Rahmen unseres Auswertungsschreibens u. a. den realisierbaren Kaufpreiskorridor sowie die unter Berücksichtigung wirtschaftlicher und steuerlicher Gesichtspunkte optimale Transaktionsstruktur.</w:t>
      </w:r>
    </w:p>
    <w:p w14:paraId="26AA92BA" w14:textId="77777777" w:rsidR="0082636F" w:rsidRPr="004F5D25" w:rsidRDefault="0082636F" w:rsidP="0082636F">
      <w:pPr>
        <w:spacing w:after="0" w:line="280" w:lineRule="exact"/>
        <w:rPr>
          <w:rFonts w:ascii="Fira Sans Light" w:hAnsi="Fira Sans Light"/>
          <w:lang w:val="de-DE"/>
        </w:rPr>
      </w:pPr>
    </w:p>
    <w:p w14:paraId="78CBB34C" w14:textId="77777777" w:rsidR="0082636F" w:rsidRPr="004F5D25" w:rsidRDefault="0082636F" w:rsidP="0082636F">
      <w:pPr>
        <w:spacing w:after="0" w:line="280" w:lineRule="exact"/>
        <w:rPr>
          <w:rFonts w:ascii="Fira Sans Light" w:hAnsi="Fira Sans Light"/>
          <w:lang w:val="de-DE"/>
        </w:rPr>
      </w:pPr>
      <w:r w:rsidRPr="004F5D25">
        <w:rPr>
          <w:rFonts w:ascii="Fira Sans Light" w:hAnsi="Fira Sans Light"/>
          <w:lang w:val="de-DE"/>
        </w:rPr>
        <w:t>Sollten sich bereits im Vorfeld Fragen ergeben, stehen Ihnen als Ansprechpartner zur Verfügung:</w:t>
      </w:r>
    </w:p>
    <w:p w14:paraId="39AA609F" w14:textId="77777777" w:rsidR="0082636F" w:rsidRPr="00155B0A" w:rsidRDefault="0082636F" w:rsidP="0082636F">
      <w:pPr>
        <w:spacing w:after="0" w:line="360" w:lineRule="auto"/>
        <w:ind w:left="142"/>
        <w:jc w:val="both"/>
        <w:rPr>
          <w:rFonts w:ascii="Century Gothic" w:hAnsi="Century Gothic"/>
          <w:sz w:val="20"/>
          <w:szCs w:val="14"/>
          <w:lang w:val="de-DE"/>
        </w:rPr>
      </w:pPr>
    </w:p>
    <w:p w14:paraId="584990E5" w14:textId="77777777" w:rsidR="0082636F" w:rsidRPr="00155B0A" w:rsidRDefault="0082636F" w:rsidP="0082636F">
      <w:pPr>
        <w:spacing w:after="0" w:line="360" w:lineRule="auto"/>
        <w:rPr>
          <w:rFonts w:ascii="Century Gothic" w:hAnsi="Century Gothic"/>
          <w:sz w:val="20"/>
          <w:szCs w:val="14"/>
          <w:lang w:val="de-DE"/>
        </w:rPr>
      </w:pPr>
      <w:r w:rsidRPr="004F5D25">
        <w:rPr>
          <w:rFonts w:ascii="Fira Sans regular" w:hAnsi="Fira Sans regular"/>
          <w:lang w:val="de-DE"/>
        </w:rPr>
        <w:t xml:space="preserve">Susanne </w:t>
      </w:r>
      <w:r>
        <w:rPr>
          <w:rFonts w:ascii="Fira Sans regular" w:hAnsi="Fira Sans regular"/>
          <w:lang w:val="de-DE"/>
        </w:rPr>
        <w:t>Brestel</w:t>
      </w:r>
      <w:r w:rsidRPr="004F5D25">
        <w:rPr>
          <w:rFonts w:ascii="Fira Sans Light" w:hAnsi="Fira Sans Light"/>
          <w:lang w:val="de-DE"/>
        </w:rPr>
        <w:tab/>
      </w:r>
      <w:r w:rsidRPr="004F5D25">
        <w:rPr>
          <w:rFonts w:ascii="Fira Sans Light" w:hAnsi="Fira Sans Light"/>
          <w:lang w:val="de-DE"/>
        </w:rPr>
        <w:tab/>
        <w:t>Telefon: 0551 9985820</w:t>
      </w:r>
      <w:r w:rsidRPr="004F5D25">
        <w:rPr>
          <w:rFonts w:ascii="Fira Sans Light" w:hAnsi="Fira Sans Light"/>
          <w:lang w:val="de-DE"/>
        </w:rPr>
        <w:tab/>
      </w:r>
      <w:r w:rsidRPr="004F5D25">
        <w:rPr>
          <w:rFonts w:ascii="Fira Sans Light" w:hAnsi="Fira Sans Light"/>
          <w:lang w:val="de-DE"/>
        </w:rPr>
        <w:tab/>
        <w:t>E-Mail:</w:t>
      </w:r>
      <w:r>
        <w:rPr>
          <w:rFonts w:ascii="Fira Sans Light" w:hAnsi="Fira Sans Light"/>
          <w:lang w:val="de-DE"/>
        </w:rPr>
        <w:t xml:space="preserve"> </w:t>
      </w:r>
      <w:hyperlink r:id="rId13" w:history="1">
        <w:r>
          <w:rPr>
            <w:rStyle w:val="Hyperlink"/>
            <w:rFonts w:ascii="Fira Sans Light" w:hAnsi="Fira Sans Light"/>
            <w:color w:val="8BC540"/>
            <w:lang w:val="de-DE"/>
          </w:rPr>
          <w:t>brestel@sikomed.com</w:t>
        </w:r>
      </w:hyperlink>
    </w:p>
    <w:p w14:paraId="194898EE" w14:textId="77777777" w:rsidR="0082636F" w:rsidRPr="001F3D95" w:rsidRDefault="0082636F" w:rsidP="0082636F">
      <w:pPr>
        <w:spacing w:after="0" w:line="360" w:lineRule="auto"/>
        <w:rPr>
          <w:rFonts w:ascii="Fira Sans Light" w:hAnsi="Fira Sans Light"/>
          <w:color w:val="8BC540"/>
          <w:lang w:val="de-DE"/>
        </w:rPr>
      </w:pPr>
      <w:r w:rsidRPr="004F5D25">
        <w:rPr>
          <w:rFonts w:ascii="Fira Sans regular" w:hAnsi="Fira Sans regular"/>
          <w:lang w:val="de-DE"/>
        </w:rPr>
        <w:t>Helmut-Joachim König</w:t>
      </w:r>
      <w:r w:rsidRPr="004F5D25">
        <w:rPr>
          <w:rFonts w:ascii="Fira Sans Light" w:hAnsi="Fira Sans Light"/>
          <w:lang w:val="de-DE"/>
        </w:rPr>
        <w:tab/>
        <w:t>Telefon: 0551 9985810</w:t>
      </w:r>
      <w:r w:rsidRPr="004F5D25">
        <w:rPr>
          <w:rFonts w:ascii="Fira Sans Light" w:hAnsi="Fira Sans Light"/>
          <w:lang w:val="de-DE"/>
        </w:rPr>
        <w:tab/>
      </w:r>
      <w:r w:rsidRPr="004F5D25">
        <w:rPr>
          <w:rFonts w:ascii="Fira Sans Light" w:hAnsi="Fira Sans Light"/>
          <w:lang w:val="de-DE"/>
        </w:rPr>
        <w:tab/>
        <w:t xml:space="preserve">E-Mail: </w:t>
      </w:r>
      <w:hyperlink r:id="rId14" w:history="1">
        <w:r w:rsidRPr="001F3D95">
          <w:rPr>
            <w:rFonts w:ascii="Fira Sans Light" w:hAnsi="Fira Sans Light"/>
            <w:color w:val="8BC540"/>
            <w:u w:val="single"/>
            <w:lang w:val="de-DE"/>
          </w:rPr>
          <w:t>koenig@sikomed.com</w:t>
        </w:r>
      </w:hyperlink>
    </w:p>
    <w:p w14:paraId="111F9FFB" w14:textId="33014E64" w:rsidR="0082636F" w:rsidRDefault="0082636F" w:rsidP="0082636F">
      <w:pPr>
        <w:spacing w:after="0" w:line="360" w:lineRule="auto"/>
        <w:rPr>
          <w:rFonts w:ascii="Fira Sans Light" w:hAnsi="Fira Sans Light"/>
          <w:lang w:val="de-DE"/>
        </w:rPr>
      </w:pPr>
    </w:p>
    <w:p w14:paraId="67B0A475" w14:textId="0CE2C48B" w:rsidR="0082636F" w:rsidRDefault="0082636F" w:rsidP="0082636F">
      <w:pPr>
        <w:tabs>
          <w:tab w:val="left" w:pos="3600"/>
        </w:tabs>
        <w:spacing w:after="0" w:line="360" w:lineRule="auto"/>
        <w:jc w:val="both"/>
        <w:rPr>
          <w:rFonts w:ascii="Fira Sans regular" w:hAnsi="Fira Sans regular" w:hint="eastAsia"/>
          <w:lang w:val="de-DE"/>
        </w:rPr>
      </w:pPr>
      <w:r>
        <w:rPr>
          <w:rFonts w:ascii="Fira Sans regular" w:hAnsi="Fira Sans regular"/>
          <w:lang w:val="de-DE"/>
        </w:rPr>
        <w:t>Ihr</w:t>
      </w:r>
      <w:r w:rsidRPr="004F5D25">
        <w:rPr>
          <w:rFonts w:ascii="Fira Sans regular" w:hAnsi="Fira Sans regular"/>
          <w:lang w:val="de-DE"/>
        </w:rPr>
        <w:t xml:space="preserve"> Team der Sikomed GmbH</w:t>
      </w:r>
    </w:p>
    <w:p w14:paraId="5020BB93" w14:textId="729ABCDE" w:rsidR="0082636F" w:rsidRDefault="0082636F" w:rsidP="0082636F">
      <w:pPr>
        <w:tabs>
          <w:tab w:val="left" w:pos="3600"/>
        </w:tabs>
        <w:spacing w:after="0" w:line="360" w:lineRule="auto"/>
        <w:jc w:val="both"/>
        <w:rPr>
          <w:rFonts w:ascii="Fira Sans regular" w:hAnsi="Fira Sans regular" w:hint="eastAsia"/>
          <w:lang w:val="de-DE"/>
        </w:rPr>
      </w:pPr>
      <w:r w:rsidRPr="008156A0">
        <w:rPr>
          <w:rFonts w:ascii="Fira Sans bold" w:hAnsi="Fira Sans bold"/>
          <w:b/>
          <w:bCs/>
          <w:noProof/>
          <w:color w:val="4A4A4A"/>
          <w:sz w:val="48"/>
          <w:lang w:val="de-DE"/>
        </w:rPr>
        <mc:AlternateContent>
          <mc:Choice Requires="wps">
            <w:drawing>
              <wp:anchor distT="0" distB="0" distL="114300" distR="114300" simplePos="0" relativeHeight="251658240" behindDoc="0" locked="0" layoutInCell="1" allowOverlap="1" wp14:anchorId="30C72A78" wp14:editId="608CC728">
                <wp:simplePos x="0" y="0"/>
                <wp:positionH relativeFrom="column">
                  <wp:posOffset>-815340</wp:posOffset>
                </wp:positionH>
                <wp:positionV relativeFrom="paragraph">
                  <wp:posOffset>285307</wp:posOffset>
                </wp:positionV>
                <wp:extent cx="5963285" cy="563880"/>
                <wp:effectExtent l="57150" t="19050" r="56515" b="83820"/>
                <wp:wrapNone/>
                <wp:docPr id="1373744584" name="Rechteck 3"/>
                <wp:cNvGraphicFramePr/>
                <a:graphic xmlns:a="http://schemas.openxmlformats.org/drawingml/2006/main">
                  <a:graphicData uri="http://schemas.microsoft.com/office/word/2010/wordprocessingShape">
                    <wps:wsp>
                      <wps:cNvSpPr/>
                      <wps:spPr>
                        <a:xfrm>
                          <a:off x="0" y="0"/>
                          <a:ext cx="5963285" cy="563880"/>
                        </a:xfrm>
                        <a:prstGeom prst="rect">
                          <a:avLst/>
                        </a:prstGeom>
                        <a:solidFill>
                          <a:srgbClr val="8BC540"/>
                        </a:solidFill>
                        <a:ln>
                          <a:noFill/>
                        </a:ln>
                      </wps:spPr>
                      <wps:style>
                        <a:lnRef idx="1">
                          <a:schemeClr val="accent1"/>
                        </a:lnRef>
                        <a:fillRef idx="3">
                          <a:schemeClr val="accent1"/>
                        </a:fillRef>
                        <a:effectRef idx="2">
                          <a:schemeClr val="accent1"/>
                        </a:effectRef>
                        <a:fontRef idx="minor">
                          <a:schemeClr val="lt1"/>
                        </a:fontRef>
                      </wps:style>
                      <wps:txbx>
                        <w:txbxContent>
                          <w:p w14:paraId="664A3385" w14:textId="68E80005" w:rsidR="00D550D7" w:rsidRPr="00D550D7" w:rsidRDefault="00D550D7" w:rsidP="004F5D25">
                            <w:pPr>
                              <w:pStyle w:val="Titel"/>
                              <w:pBdr>
                                <w:bottom w:val="none" w:sz="0" w:space="0" w:color="auto"/>
                              </w:pBdr>
                              <w:spacing w:after="0"/>
                              <w:ind w:left="851"/>
                              <w:jc w:val="both"/>
                              <w:rPr>
                                <w:rFonts w:ascii="Fira Sans bold" w:hAnsi="Fira Sans bold" w:hint="eastAsia"/>
                                <w:color w:val="FFFFFF" w:themeColor="background1"/>
                                <w:sz w:val="48"/>
                                <w:szCs w:val="48"/>
                                <w:lang w:val="de-DE"/>
                              </w:rPr>
                            </w:pPr>
                            <w:r w:rsidRPr="00D550D7">
                              <w:rPr>
                                <w:rFonts w:ascii="Fira Sans bold" w:hAnsi="Fira Sans bold"/>
                                <w:color w:val="FFFFFF" w:themeColor="background1"/>
                                <w:sz w:val="48"/>
                                <w:szCs w:val="48"/>
                                <w:lang w:val="de-DE"/>
                              </w:rPr>
                              <w:t>Datenerfassungsbogen</w:t>
                            </w:r>
                            <w:r w:rsidR="00155B0A">
                              <w:rPr>
                                <w:rFonts w:ascii="Fira Sans bold" w:hAnsi="Fira Sans bold"/>
                                <w:color w:val="FFFFFF" w:themeColor="background1"/>
                                <w:sz w:val="48"/>
                                <w:szCs w:val="48"/>
                                <w:lang w:val="de-DE"/>
                              </w:rPr>
                              <w:t xml:space="preserve"> Erstcheck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C72A78" id="Rechteck 3" o:spid="_x0000_s1026" style="position:absolute;left:0;text-align:left;margin-left:-64.2pt;margin-top:22.45pt;width:469.55pt;height:44.4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" fillcolor="#8bc540" stroked="f">
                <v:shadow on="t" color="black" opacity="22937f" origin=",.5" offset="0,.63889mm"/>
                <v:textbox>
                  <w:txbxContent>
                    <w:p w14:paraId="664A3385" w14:textId="68E80005" w:rsidR="00D550D7" w:rsidRPr="00D550D7" w:rsidRDefault="00D550D7" w:rsidP="004F5D25">
                      <w:pPr>
                        <w:pStyle w:val="Titel"/>
                        <w:pBdr>
                          <w:bottom w:val="none" w:sz="0" w:space="0" w:color="auto"/>
                        </w:pBdr>
                        <w:spacing w:after="0"/>
                        <w:ind w:left="851"/>
                        <w:jc w:val="both"/>
                        <w:rPr>
                          <w:rFonts w:ascii="Fira Sans bold" w:hAnsi="Fira Sans bold" w:hint="eastAsia"/>
                          <w:color w:val="FFFFFF" w:themeColor="background1"/>
                          <w:sz w:val="48"/>
                          <w:szCs w:val="48"/>
                          <w:lang w:val="de-DE"/>
                        </w:rPr>
                      </w:pPr>
                      <w:r w:rsidRPr="00D550D7">
                        <w:rPr>
                          <w:rFonts w:ascii="Fira Sans bold" w:hAnsi="Fira Sans bold"/>
                          <w:color w:val="FFFFFF" w:themeColor="background1"/>
                          <w:sz w:val="48"/>
                          <w:szCs w:val="48"/>
                          <w:lang w:val="de-DE"/>
                        </w:rPr>
                        <w:t>Datenerfassungsbogen</w:t>
                      </w:r>
                      <w:r w:rsidR="00155B0A">
                        <w:rPr>
                          <w:rFonts w:ascii="Fira Sans bold" w:hAnsi="Fira Sans bold"/>
                          <w:color w:val="FFFFFF" w:themeColor="background1"/>
                          <w:sz w:val="48"/>
                          <w:szCs w:val="48"/>
                          <w:lang w:val="de-DE"/>
                        </w:rPr>
                        <w:t xml:space="preserve"> Erstcheck</w:t>
                      </w:r>
                    </w:p>
                  </w:txbxContent>
                </v:textbox>
              </v:rect>
            </w:pict>
          </mc:Fallback>
        </mc:AlternateContent>
      </w:r>
    </w:p>
    <w:p w14:paraId="400E87FC" w14:textId="77777777" w:rsidR="0082636F" w:rsidRPr="004F5D25" w:rsidRDefault="0082636F" w:rsidP="0082636F">
      <w:pPr>
        <w:tabs>
          <w:tab w:val="left" w:pos="3600"/>
        </w:tabs>
        <w:spacing w:after="0" w:line="360" w:lineRule="auto"/>
        <w:jc w:val="both"/>
        <w:rPr>
          <w:rFonts w:ascii="Fira Sans regular" w:hAnsi="Fira Sans regular" w:hint="eastAsia"/>
          <w:lang w:val="de-DE"/>
        </w:rPr>
      </w:pPr>
    </w:p>
    <w:p w14:paraId="551C5B9B" w14:textId="6AE6E78C" w:rsidR="000A27A0" w:rsidRPr="008156A0" w:rsidRDefault="000A27A0" w:rsidP="00A65960">
      <w:pPr>
        <w:pStyle w:val="berschrift1"/>
        <w:spacing w:before="0" w:line="280" w:lineRule="exact"/>
        <w:jc w:val="center"/>
        <w:rPr>
          <w:rFonts w:ascii="Fira Sans bold" w:hAnsi="Fira Sans bold" w:hint="eastAsia"/>
          <w:b w:val="0"/>
          <w:bCs w:val="0"/>
          <w:color w:val="4A4A4A"/>
          <w:sz w:val="48"/>
          <w:lang w:val="de-DE"/>
        </w:rPr>
      </w:pPr>
    </w:p>
    <w:p w14:paraId="785EE892" w14:textId="2021886B" w:rsidR="000A27A0" w:rsidRPr="008156A0" w:rsidRDefault="0082636F" w:rsidP="00A65960">
      <w:pPr>
        <w:pStyle w:val="berschrift1"/>
        <w:spacing w:before="0" w:line="280" w:lineRule="exact"/>
        <w:jc w:val="center"/>
        <w:rPr>
          <w:rFonts w:ascii="Fira Sans bold" w:hAnsi="Fira Sans bold" w:hint="eastAsia"/>
          <w:b w:val="0"/>
          <w:bCs w:val="0"/>
          <w:color w:val="4A4A4A"/>
          <w:sz w:val="48"/>
          <w:lang w:val="de-DE"/>
        </w:rPr>
      </w:pPr>
      <w:r>
        <w:rPr>
          <w:noProof/>
        </w:rPr>
        <w:drawing>
          <wp:anchor distT="0" distB="0" distL="114300" distR="114300" simplePos="0" relativeHeight="251658242" behindDoc="0" locked="0" layoutInCell="1" allowOverlap="1" wp14:anchorId="06681BE9" wp14:editId="514E0645">
            <wp:simplePos x="0" y="0"/>
            <wp:positionH relativeFrom="column">
              <wp:posOffset>-1210945</wp:posOffset>
            </wp:positionH>
            <wp:positionV relativeFrom="paragraph">
              <wp:posOffset>180340</wp:posOffset>
            </wp:positionV>
            <wp:extent cx="8336915" cy="4785360"/>
            <wp:effectExtent l="0" t="0" r="6985" b="0"/>
            <wp:wrapNone/>
            <wp:docPr id="139941620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13887"/>
                    <a:stretch>
                      <a:fillRect/>
                    </a:stretch>
                  </pic:blipFill>
                  <pic:spPr bwMode="auto">
                    <a:xfrm>
                      <a:off x="0" y="0"/>
                      <a:ext cx="8336915" cy="4785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36753E" w14:textId="0BCF05E3" w:rsidR="000A27A0" w:rsidRPr="008156A0" w:rsidRDefault="000A27A0" w:rsidP="00A65960">
      <w:pPr>
        <w:pStyle w:val="berschrift1"/>
        <w:spacing w:before="0" w:line="280" w:lineRule="exact"/>
        <w:jc w:val="center"/>
        <w:rPr>
          <w:rFonts w:ascii="Fira Sans bold" w:hAnsi="Fira Sans bold" w:hint="eastAsia"/>
          <w:b w:val="0"/>
          <w:bCs w:val="0"/>
          <w:color w:val="4A4A4A"/>
          <w:sz w:val="48"/>
          <w:lang w:val="de-DE"/>
        </w:rPr>
      </w:pPr>
    </w:p>
    <w:p w14:paraId="210608D8" w14:textId="6FA4FF07" w:rsidR="00BB27B3" w:rsidRPr="008156A0" w:rsidRDefault="00BB27B3" w:rsidP="00A65960">
      <w:pPr>
        <w:pStyle w:val="berschrift1"/>
        <w:spacing w:before="0" w:line="280" w:lineRule="exact"/>
        <w:jc w:val="center"/>
        <w:rPr>
          <w:rFonts w:ascii="Fira Sans bold" w:hAnsi="Fira Sans bold" w:hint="eastAsia"/>
          <w:b w:val="0"/>
          <w:bCs w:val="0"/>
          <w:color w:val="4A4A4A"/>
          <w:sz w:val="48"/>
          <w:lang w:val="de-DE"/>
        </w:rPr>
      </w:pPr>
    </w:p>
    <w:p w14:paraId="7DE98094" w14:textId="06578D76" w:rsidR="00275033" w:rsidRPr="008156A0" w:rsidRDefault="00275033" w:rsidP="00A65960">
      <w:pPr>
        <w:pStyle w:val="berschrift1"/>
        <w:spacing w:before="0" w:line="280" w:lineRule="exact"/>
        <w:rPr>
          <w:rFonts w:ascii="Fira Sans bold" w:hAnsi="Fira Sans bold" w:hint="eastAsia"/>
          <w:b w:val="0"/>
          <w:bCs w:val="0"/>
          <w:color w:val="4A4A4A"/>
          <w:sz w:val="48"/>
          <w:lang w:val="de-DE"/>
        </w:rPr>
      </w:pPr>
    </w:p>
    <w:p w14:paraId="6DEA66F2" w14:textId="6006CC39" w:rsidR="00275033" w:rsidRPr="008156A0" w:rsidRDefault="00275033" w:rsidP="00A65960">
      <w:pPr>
        <w:pStyle w:val="berschrift1"/>
        <w:spacing w:before="0" w:line="280" w:lineRule="exact"/>
        <w:rPr>
          <w:rFonts w:ascii="Fira Sans bold" w:hAnsi="Fira Sans bold" w:hint="eastAsia"/>
          <w:b w:val="0"/>
          <w:bCs w:val="0"/>
          <w:color w:val="4A4A4A"/>
          <w:sz w:val="48"/>
          <w:lang w:val="de-DE"/>
        </w:rPr>
      </w:pPr>
    </w:p>
    <w:p w14:paraId="3BDB0607" w14:textId="3E406034" w:rsidR="00275033" w:rsidRPr="008156A0" w:rsidRDefault="00275033" w:rsidP="00A65960">
      <w:pPr>
        <w:pStyle w:val="berschrift1"/>
        <w:spacing w:before="0" w:line="280" w:lineRule="exact"/>
        <w:rPr>
          <w:rFonts w:ascii="Fira Sans bold" w:hAnsi="Fira Sans bold" w:hint="eastAsia"/>
          <w:b w:val="0"/>
          <w:bCs w:val="0"/>
          <w:color w:val="4A4A4A"/>
          <w:sz w:val="48"/>
          <w:lang w:val="de-DE"/>
        </w:rPr>
      </w:pPr>
    </w:p>
    <w:p w14:paraId="2878CA64" w14:textId="547FAEF0" w:rsidR="00275033" w:rsidRPr="008156A0" w:rsidRDefault="00275033" w:rsidP="00A65960">
      <w:pPr>
        <w:pStyle w:val="berschrift1"/>
        <w:spacing w:before="0" w:line="280" w:lineRule="exact"/>
        <w:rPr>
          <w:rFonts w:ascii="Fira Sans bold" w:hAnsi="Fira Sans bold" w:hint="eastAsia"/>
          <w:b w:val="0"/>
          <w:bCs w:val="0"/>
          <w:color w:val="4A4A4A"/>
          <w:sz w:val="48"/>
          <w:lang w:val="de-DE"/>
        </w:rPr>
      </w:pPr>
    </w:p>
    <w:p w14:paraId="3EE14752" w14:textId="710D1A08" w:rsidR="00275033" w:rsidRPr="008156A0" w:rsidRDefault="00275033" w:rsidP="00A65960">
      <w:pPr>
        <w:pStyle w:val="berschrift1"/>
        <w:spacing w:before="0" w:line="280" w:lineRule="exact"/>
        <w:rPr>
          <w:rFonts w:ascii="Fira Sans bold" w:hAnsi="Fira Sans bold" w:hint="eastAsia"/>
          <w:b w:val="0"/>
          <w:bCs w:val="0"/>
          <w:color w:val="4A4A4A"/>
          <w:sz w:val="48"/>
          <w:lang w:val="de-DE"/>
        </w:rPr>
      </w:pPr>
    </w:p>
    <w:p w14:paraId="57A4C995" w14:textId="2FB46792" w:rsidR="00275033" w:rsidRPr="008156A0" w:rsidRDefault="00275033" w:rsidP="00A65960">
      <w:pPr>
        <w:pStyle w:val="berschrift1"/>
        <w:spacing w:before="0" w:line="280" w:lineRule="exact"/>
        <w:rPr>
          <w:rFonts w:ascii="Fira Sans bold" w:hAnsi="Fira Sans bold" w:hint="eastAsia"/>
          <w:b w:val="0"/>
          <w:bCs w:val="0"/>
          <w:color w:val="4A4A4A"/>
          <w:sz w:val="48"/>
          <w:lang w:val="de-DE"/>
        </w:rPr>
      </w:pPr>
    </w:p>
    <w:p w14:paraId="20683A84" w14:textId="0BD642EB" w:rsidR="00275033" w:rsidRPr="008156A0" w:rsidRDefault="00275033" w:rsidP="00A65960">
      <w:pPr>
        <w:pStyle w:val="berschrift1"/>
        <w:spacing w:before="0" w:line="280" w:lineRule="exact"/>
        <w:rPr>
          <w:rFonts w:ascii="Fira Sans bold" w:hAnsi="Fira Sans bold" w:hint="eastAsia"/>
          <w:b w:val="0"/>
          <w:bCs w:val="0"/>
          <w:color w:val="4A4A4A"/>
          <w:sz w:val="48"/>
          <w:lang w:val="de-DE"/>
        </w:rPr>
      </w:pPr>
    </w:p>
    <w:p w14:paraId="76853C15" w14:textId="5312B021" w:rsidR="00275033" w:rsidRPr="008156A0" w:rsidRDefault="00275033" w:rsidP="00A65960">
      <w:pPr>
        <w:pStyle w:val="berschrift1"/>
        <w:spacing w:before="0" w:line="280" w:lineRule="exact"/>
        <w:rPr>
          <w:rFonts w:ascii="Fira Sans bold" w:hAnsi="Fira Sans bold" w:hint="eastAsia"/>
          <w:b w:val="0"/>
          <w:bCs w:val="0"/>
          <w:color w:val="4A4A4A"/>
          <w:sz w:val="48"/>
          <w:lang w:val="de-DE"/>
        </w:rPr>
      </w:pPr>
    </w:p>
    <w:p w14:paraId="0368019D" w14:textId="395DA8F0" w:rsidR="00275033" w:rsidRPr="008156A0" w:rsidRDefault="00275033" w:rsidP="00A65960">
      <w:pPr>
        <w:pStyle w:val="berschrift1"/>
        <w:spacing w:before="0" w:line="280" w:lineRule="exact"/>
        <w:rPr>
          <w:rFonts w:ascii="Fira Sans bold" w:hAnsi="Fira Sans bold" w:hint="eastAsia"/>
          <w:b w:val="0"/>
          <w:bCs w:val="0"/>
          <w:color w:val="4A4A4A"/>
          <w:sz w:val="48"/>
          <w:lang w:val="de-DE"/>
        </w:rPr>
      </w:pPr>
    </w:p>
    <w:p w14:paraId="0B205BB7" w14:textId="4EA4D42C" w:rsidR="00275033" w:rsidRPr="008156A0" w:rsidRDefault="00275033" w:rsidP="00A65960">
      <w:pPr>
        <w:pStyle w:val="berschrift1"/>
        <w:spacing w:before="0" w:line="280" w:lineRule="exact"/>
        <w:rPr>
          <w:rFonts w:ascii="Fira Sans bold" w:hAnsi="Fira Sans bold" w:hint="eastAsia"/>
          <w:b w:val="0"/>
          <w:bCs w:val="0"/>
          <w:color w:val="4A4A4A"/>
          <w:sz w:val="48"/>
          <w:lang w:val="de-DE"/>
        </w:rPr>
      </w:pPr>
    </w:p>
    <w:p w14:paraId="72E0F411" w14:textId="4258AF8B" w:rsidR="00275033" w:rsidRPr="008156A0" w:rsidRDefault="00275033" w:rsidP="00A65960">
      <w:pPr>
        <w:pStyle w:val="berschrift1"/>
        <w:spacing w:before="0" w:line="280" w:lineRule="exact"/>
        <w:rPr>
          <w:rFonts w:ascii="Fira Sans bold" w:hAnsi="Fira Sans bold" w:hint="eastAsia"/>
          <w:b w:val="0"/>
          <w:bCs w:val="0"/>
          <w:color w:val="4A4A4A"/>
          <w:sz w:val="48"/>
          <w:lang w:val="de-DE"/>
        </w:rPr>
      </w:pPr>
    </w:p>
    <w:p w14:paraId="12553F17" w14:textId="683772D0" w:rsidR="00275033" w:rsidRPr="008156A0" w:rsidRDefault="00275033" w:rsidP="00A65960">
      <w:pPr>
        <w:pStyle w:val="berschrift1"/>
        <w:spacing w:before="0" w:line="280" w:lineRule="exact"/>
        <w:rPr>
          <w:rFonts w:ascii="Fira Sans bold" w:hAnsi="Fira Sans bold" w:hint="eastAsia"/>
          <w:b w:val="0"/>
          <w:bCs w:val="0"/>
          <w:color w:val="4A4A4A"/>
          <w:sz w:val="48"/>
          <w:lang w:val="de-DE"/>
        </w:rPr>
      </w:pPr>
    </w:p>
    <w:p w14:paraId="2CA0320B" w14:textId="4D381AE2" w:rsidR="00275033" w:rsidRPr="008156A0" w:rsidRDefault="00275033" w:rsidP="00A65960">
      <w:pPr>
        <w:pStyle w:val="berschrift1"/>
        <w:spacing w:before="0" w:line="280" w:lineRule="exact"/>
        <w:rPr>
          <w:rFonts w:ascii="Fira Sans bold" w:hAnsi="Fira Sans bold" w:hint="eastAsia"/>
          <w:b w:val="0"/>
          <w:bCs w:val="0"/>
          <w:color w:val="4A4A4A"/>
          <w:sz w:val="48"/>
          <w:lang w:val="de-DE"/>
        </w:rPr>
      </w:pPr>
    </w:p>
    <w:p w14:paraId="6E8B6391" w14:textId="32786992" w:rsidR="00072A2D" w:rsidRPr="004F5D25" w:rsidRDefault="00072A2D" w:rsidP="00072A2D">
      <w:pPr>
        <w:rPr>
          <w:rFonts w:ascii="Fira Sans regular" w:hAnsi="Fira Sans regular" w:hint="eastAsia"/>
          <w:lang w:val="de-DE"/>
        </w:rPr>
        <w:sectPr w:rsidR="00072A2D" w:rsidRPr="004F5D25" w:rsidSect="0082636F">
          <w:headerReference w:type="default" r:id="rId16"/>
          <w:pgSz w:w="11906" w:h="16838" w:code="9"/>
          <w:pgMar w:top="1985" w:right="1467" w:bottom="851" w:left="1276" w:header="720" w:footer="720" w:gutter="0"/>
          <w:paperSrc w:first="4" w:other="4"/>
          <w:cols w:space="720"/>
          <w:titlePg/>
          <w:docGrid w:linePitch="360"/>
        </w:sectPr>
      </w:pPr>
    </w:p>
    <w:p w14:paraId="31452109" w14:textId="6B2BAC84" w:rsidR="00F41EAA" w:rsidRPr="002D1788" w:rsidRDefault="0008688D" w:rsidP="002C4877">
      <w:pPr>
        <w:pStyle w:val="Listenabsatz"/>
        <w:numPr>
          <w:ilvl w:val="0"/>
          <w:numId w:val="43"/>
        </w:numPr>
        <w:spacing w:after="0" w:line="240" w:lineRule="auto"/>
        <w:ind w:left="426" w:hanging="426"/>
        <w:contextualSpacing w:val="0"/>
        <w:rPr>
          <w:rFonts w:ascii="Fira Sans" w:eastAsiaTheme="majorEastAsia" w:hAnsi="Fira Sans" w:cstheme="majorBidi"/>
          <w:color w:val="4A4A4A"/>
          <w:spacing w:val="5"/>
          <w:kern w:val="28"/>
          <w:sz w:val="40"/>
          <w:szCs w:val="40"/>
          <w:lang w:val="de-DE"/>
        </w:rPr>
      </w:pPr>
      <w:r w:rsidRPr="002D1788">
        <w:rPr>
          <w:rFonts w:ascii="Fira Sans" w:eastAsiaTheme="majorEastAsia" w:hAnsi="Fira Sans" w:cstheme="majorBidi"/>
          <w:color w:val="4A4A4A"/>
          <w:spacing w:val="5"/>
          <w:kern w:val="28"/>
          <w:sz w:val="40"/>
          <w:szCs w:val="40"/>
          <w:lang w:val="de-DE"/>
        </w:rPr>
        <w:lastRenderedPageBreak/>
        <w:t>Allgemeine</w:t>
      </w:r>
      <w:r w:rsidR="002D1788">
        <w:rPr>
          <w:rFonts w:ascii="Fira Sans" w:eastAsiaTheme="majorEastAsia" w:hAnsi="Fira Sans" w:cstheme="majorBidi"/>
          <w:color w:val="4A4A4A"/>
          <w:spacing w:val="5"/>
          <w:kern w:val="28"/>
          <w:sz w:val="40"/>
          <w:szCs w:val="40"/>
          <w:lang w:val="de-DE"/>
        </w:rPr>
        <w:t xml:space="preserve"> Angaben</w:t>
      </w:r>
    </w:p>
    <w:p w14:paraId="5B62914B" w14:textId="77777777" w:rsidR="00F200CD" w:rsidRDefault="00F200CD" w:rsidP="002C4877">
      <w:pPr>
        <w:spacing w:after="0" w:line="240" w:lineRule="auto"/>
        <w:rPr>
          <w:rFonts w:ascii="Century Gothic" w:hAnsi="Century Gothic"/>
          <w:b/>
          <w:sz w:val="20"/>
          <w:szCs w:val="20"/>
        </w:rPr>
      </w:pPr>
    </w:p>
    <w:tbl>
      <w:tblPr>
        <w:tblStyle w:val="Tabellenraster"/>
        <w:tblW w:w="0" w:type="auto"/>
        <w:tblInd w:w="-5" w:type="dxa"/>
        <w:tblCellMar>
          <w:top w:w="57" w:type="dxa"/>
          <w:bottom w:w="57" w:type="dxa"/>
        </w:tblCellMar>
        <w:tblLook w:val="04A0" w:firstRow="1" w:lastRow="0" w:firstColumn="1" w:lastColumn="0" w:noHBand="0" w:noVBand="1"/>
      </w:tblPr>
      <w:tblGrid>
        <w:gridCol w:w="2991"/>
        <w:gridCol w:w="6165"/>
      </w:tblGrid>
      <w:tr w:rsidR="00F200CD" w:rsidRPr="000D5D13" w14:paraId="7A5976D7" w14:textId="77777777" w:rsidTr="008D2381">
        <w:tc>
          <w:tcPr>
            <w:tcW w:w="2992" w:type="dxa"/>
            <w:shd w:val="clear" w:color="auto" w:fill="8BC540"/>
            <w:vAlign w:val="center"/>
          </w:tcPr>
          <w:p w14:paraId="6F6CD996" w14:textId="27C8804F" w:rsidR="00F200CD" w:rsidRPr="001E6A9A" w:rsidRDefault="00F200CD" w:rsidP="002C4877">
            <w:pPr>
              <w:rPr>
                <w:rFonts w:ascii="Fira Sans regular" w:hAnsi="Fira Sans regular" w:hint="eastAsia"/>
                <w:sz w:val="20"/>
                <w:szCs w:val="20"/>
                <w:lang w:val="de-DE"/>
              </w:rPr>
            </w:pPr>
            <w:r w:rsidRPr="001E6A9A">
              <w:rPr>
                <w:rFonts w:ascii="Fira Sans regular" w:hAnsi="Fira Sans regular"/>
                <w:sz w:val="20"/>
                <w:szCs w:val="20"/>
                <w:lang w:val="de-DE"/>
              </w:rPr>
              <w:t>Firmi</w:t>
            </w:r>
            <w:r w:rsidR="00CA199A">
              <w:rPr>
                <w:rFonts w:ascii="Fira Sans regular" w:hAnsi="Fira Sans regular"/>
                <w:sz w:val="20"/>
                <w:szCs w:val="20"/>
                <w:lang w:val="de-DE"/>
              </w:rPr>
              <w:t>e</w:t>
            </w:r>
            <w:r w:rsidRPr="001E6A9A">
              <w:rPr>
                <w:rFonts w:ascii="Fira Sans regular" w:hAnsi="Fira Sans regular"/>
                <w:sz w:val="20"/>
                <w:szCs w:val="20"/>
                <w:lang w:val="de-DE"/>
              </w:rPr>
              <w:t>rung</w:t>
            </w:r>
          </w:p>
        </w:tc>
        <w:sdt>
          <w:sdtPr>
            <w:rPr>
              <w:rFonts w:ascii="Fira Sans Light" w:hAnsi="Fira Sans Light"/>
              <w:sz w:val="20"/>
              <w:szCs w:val="20"/>
              <w:lang w:val="de-DE"/>
            </w:rPr>
            <w:id w:val="638382514"/>
            <w:placeholder>
              <w:docPart w:val="3597773686964167A40B67F6C34FC544"/>
            </w:placeholder>
            <w:showingPlcHdr/>
            <w:text/>
          </w:sdtPr>
          <w:sdtEndPr/>
          <w:sdtContent>
            <w:tc>
              <w:tcPr>
                <w:tcW w:w="6166" w:type="dxa"/>
                <w:vAlign w:val="center"/>
              </w:tcPr>
              <w:p w14:paraId="3DE44C8C" w14:textId="2C5DC77E" w:rsidR="00F200CD" w:rsidRPr="001E6A9A" w:rsidRDefault="005427C0" w:rsidP="002C4877">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F200CD" w:rsidRPr="000D5D13" w14:paraId="67C7E643" w14:textId="77777777" w:rsidTr="008D2381">
        <w:tc>
          <w:tcPr>
            <w:tcW w:w="2992" w:type="dxa"/>
            <w:shd w:val="clear" w:color="auto" w:fill="8BC540"/>
            <w:vAlign w:val="center"/>
          </w:tcPr>
          <w:p w14:paraId="5C8EC591" w14:textId="77777777" w:rsidR="00F200CD" w:rsidRDefault="00F200CD" w:rsidP="002C4877">
            <w:pPr>
              <w:rPr>
                <w:rFonts w:ascii="Fira Sans regular" w:hAnsi="Fira Sans regular" w:hint="eastAsia"/>
                <w:sz w:val="20"/>
                <w:szCs w:val="20"/>
                <w:lang w:val="de-DE"/>
              </w:rPr>
            </w:pPr>
            <w:r w:rsidRPr="001E6A9A">
              <w:rPr>
                <w:rFonts w:ascii="Fira Sans regular" w:hAnsi="Fira Sans regular"/>
                <w:sz w:val="20"/>
                <w:szCs w:val="20"/>
                <w:lang w:val="de-DE"/>
              </w:rPr>
              <w:t>Laboranschrif</w:t>
            </w:r>
            <w:r w:rsidR="008D2381" w:rsidRPr="001E6A9A">
              <w:rPr>
                <w:rFonts w:ascii="Fira Sans regular" w:hAnsi="Fira Sans regular"/>
                <w:sz w:val="20"/>
                <w:szCs w:val="20"/>
                <w:lang w:val="de-DE"/>
              </w:rPr>
              <w:t>t</w:t>
            </w:r>
          </w:p>
          <w:p w14:paraId="57165217" w14:textId="5DDA4B13" w:rsidR="001C6654" w:rsidRPr="001E6A9A" w:rsidRDefault="001C6654" w:rsidP="002C4877">
            <w:pPr>
              <w:rPr>
                <w:rFonts w:ascii="Fira Sans regular" w:hAnsi="Fira Sans regular" w:hint="eastAsia"/>
                <w:sz w:val="20"/>
                <w:szCs w:val="20"/>
                <w:lang w:val="de-DE"/>
              </w:rPr>
            </w:pPr>
            <w:r w:rsidRPr="001C6654">
              <w:rPr>
                <w:rFonts w:ascii="Fira Sans regular" w:hAnsi="Fira Sans regular"/>
                <w:sz w:val="18"/>
                <w:szCs w:val="18"/>
                <w:lang w:val="de-DE"/>
              </w:rPr>
              <w:t>(Hauptstandort, falls mehrere)</w:t>
            </w:r>
          </w:p>
        </w:tc>
        <w:sdt>
          <w:sdtPr>
            <w:rPr>
              <w:rFonts w:ascii="Fira Sans Light" w:hAnsi="Fira Sans Light"/>
              <w:sz w:val="20"/>
              <w:szCs w:val="20"/>
              <w:lang w:val="de-DE"/>
            </w:rPr>
            <w:id w:val="-663155423"/>
            <w:placeholder>
              <w:docPart w:val="302AC93A684B405AB7363283F3A862A3"/>
            </w:placeholder>
            <w:showingPlcHdr/>
            <w:text/>
          </w:sdtPr>
          <w:sdtEndPr/>
          <w:sdtContent>
            <w:tc>
              <w:tcPr>
                <w:tcW w:w="6166" w:type="dxa"/>
                <w:vAlign w:val="center"/>
              </w:tcPr>
              <w:p w14:paraId="0E582D20" w14:textId="2A13575B" w:rsidR="00F200CD" w:rsidRPr="001E6A9A" w:rsidRDefault="005427C0" w:rsidP="002C4877">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5F1AB1" w:rsidRPr="000D5D13" w14:paraId="4B20978F" w14:textId="77777777" w:rsidTr="008D2381">
        <w:tc>
          <w:tcPr>
            <w:tcW w:w="2992" w:type="dxa"/>
            <w:shd w:val="clear" w:color="auto" w:fill="8BC540"/>
            <w:vAlign w:val="center"/>
          </w:tcPr>
          <w:p w14:paraId="630F6383" w14:textId="1A7FE17A" w:rsidR="005F1AB1" w:rsidRPr="001E6A9A" w:rsidRDefault="005F1AB1" w:rsidP="002C4877">
            <w:pPr>
              <w:rPr>
                <w:rFonts w:ascii="Fira Sans regular" w:hAnsi="Fira Sans regular" w:hint="eastAsia"/>
                <w:sz w:val="20"/>
                <w:szCs w:val="20"/>
                <w:lang w:val="de-DE"/>
              </w:rPr>
            </w:pPr>
            <w:r w:rsidRPr="001E6A9A">
              <w:rPr>
                <w:rFonts w:ascii="Fira Sans regular" w:hAnsi="Fira Sans regular"/>
                <w:sz w:val="20"/>
                <w:szCs w:val="20"/>
                <w:lang w:val="de-DE"/>
              </w:rPr>
              <w:t>Rechtsform</w:t>
            </w:r>
          </w:p>
        </w:tc>
        <w:tc>
          <w:tcPr>
            <w:tcW w:w="6166" w:type="dxa"/>
            <w:vAlign w:val="center"/>
          </w:tcPr>
          <w:p w14:paraId="36F9C383" w14:textId="48B1761A" w:rsidR="005F1AB1" w:rsidRPr="001E6A9A" w:rsidRDefault="00332E90" w:rsidP="002C4877">
            <w:pPr>
              <w:rPr>
                <w:rFonts w:ascii="Fira Sans Light" w:hAnsi="Fira Sans Light"/>
                <w:sz w:val="20"/>
                <w:szCs w:val="20"/>
                <w:lang w:val="de-DE"/>
              </w:rPr>
            </w:pPr>
            <w:sdt>
              <w:sdtPr>
                <w:rPr>
                  <w:rFonts w:ascii="Fira Sans Light" w:hAnsi="Fira Sans Light"/>
                  <w:sz w:val="20"/>
                  <w:szCs w:val="20"/>
                  <w:lang w:val="de-DE"/>
                </w:rPr>
                <w:id w:val="-114912320"/>
                <w14:checkbox>
                  <w14:checked w14:val="0"/>
                  <w14:checkedState w14:val="2612" w14:font="MS Gothic"/>
                  <w14:uncheckedState w14:val="2610" w14:font="MS Gothic"/>
                </w14:checkbox>
              </w:sdtPr>
              <w:sdtEndPr/>
              <w:sdtContent>
                <w:r w:rsidR="00E63846">
                  <w:rPr>
                    <w:rFonts w:ascii="MS Gothic" w:eastAsia="MS Gothic" w:hAnsi="MS Gothic" w:hint="eastAsia"/>
                    <w:sz w:val="20"/>
                    <w:szCs w:val="20"/>
                    <w:lang w:val="de-DE"/>
                  </w:rPr>
                  <w:t>☐</w:t>
                </w:r>
              </w:sdtContent>
            </w:sdt>
            <w:r w:rsidR="005F1AB1" w:rsidRPr="001E6A9A">
              <w:rPr>
                <w:rFonts w:ascii="Fira Sans Light" w:hAnsi="Fira Sans Light"/>
                <w:sz w:val="20"/>
                <w:szCs w:val="20"/>
                <w:lang w:val="de-DE"/>
              </w:rPr>
              <w:t xml:space="preserve"> Einzelunternehmen       </w:t>
            </w:r>
            <w:sdt>
              <w:sdtPr>
                <w:rPr>
                  <w:rFonts w:ascii="Fira Sans Light" w:hAnsi="Fira Sans Light"/>
                  <w:sz w:val="20"/>
                  <w:szCs w:val="20"/>
                  <w:lang w:val="de-DE"/>
                </w:rPr>
                <w:id w:val="-221910020"/>
                <w14:checkbox>
                  <w14:checked w14:val="0"/>
                  <w14:checkedState w14:val="2612" w14:font="MS Gothic"/>
                  <w14:uncheckedState w14:val="2610" w14:font="MS Gothic"/>
                </w14:checkbox>
              </w:sdtPr>
              <w:sdtEndPr/>
              <w:sdtContent>
                <w:r w:rsidR="005F1AB1" w:rsidRPr="001E6A9A">
                  <w:rPr>
                    <w:rFonts w:ascii="Segoe UI Symbol" w:hAnsi="Segoe UI Symbol" w:cs="Segoe UI Symbol"/>
                    <w:sz w:val="20"/>
                    <w:szCs w:val="20"/>
                    <w:lang w:val="de-DE"/>
                  </w:rPr>
                  <w:t>☐</w:t>
                </w:r>
              </w:sdtContent>
            </w:sdt>
            <w:r w:rsidR="005F1AB1" w:rsidRPr="001E6A9A">
              <w:rPr>
                <w:rFonts w:ascii="Fira Sans Light" w:hAnsi="Fira Sans Light"/>
                <w:sz w:val="20"/>
                <w:szCs w:val="20"/>
                <w:lang w:val="de-DE"/>
              </w:rPr>
              <w:t xml:space="preserve"> Personengesellschaft      </w:t>
            </w:r>
            <w:sdt>
              <w:sdtPr>
                <w:rPr>
                  <w:rFonts w:ascii="Fira Sans Light" w:hAnsi="Fira Sans Light"/>
                  <w:sz w:val="20"/>
                  <w:szCs w:val="20"/>
                  <w:lang w:val="de-DE"/>
                </w:rPr>
                <w:id w:val="-1621912351"/>
                <w14:checkbox>
                  <w14:checked w14:val="0"/>
                  <w14:checkedState w14:val="2612" w14:font="MS Gothic"/>
                  <w14:uncheckedState w14:val="2610" w14:font="MS Gothic"/>
                </w14:checkbox>
              </w:sdtPr>
              <w:sdtEndPr/>
              <w:sdtContent>
                <w:r w:rsidR="005F1AB1" w:rsidRPr="001E6A9A">
                  <w:rPr>
                    <w:rFonts w:ascii="Segoe UI Symbol" w:hAnsi="Segoe UI Symbol" w:cs="Segoe UI Symbol"/>
                    <w:sz w:val="20"/>
                    <w:szCs w:val="20"/>
                    <w:lang w:val="de-DE"/>
                  </w:rPr>
                  <w:t>☐</w:t>
                </w:r>
              </w:sdtContent>
            </w:sdt>
            <w:r w:rsidR="005F1AB1" w:rsidRPr="001E6A9A">
              <w:rPr>
                <w:rFonts w:ascii="Fira Sans Light" w:hAnsi="Fira Sans Light"/>
                <w:sz w:val="20"/>
                <w:szCs w:val="20"/>
                <w:lang w:val="de-DE"/>
              </w:rPr>
              <w:t xml:space="preserve"> GmbH</w:t>
            </w:r>
          </w:p>
          <w:p w14:paraId="60698502" w14:textId="18CA108D" w:rsidR="004B421A" w:rsidRPr="001E6A9A" w:rsidRDefault="00332E90" w:rsidP="002C4877">
            <w:pPr>
              <w:rPr>
                <w:rFonts w:ascii="Fira Sans Light" w:hAnsi="Fira Sans Light"/>
                <w:sz w:val="20"/>
                <w:szCs w:val="20"/>
                <w:lang w:val="de-DE"/>
              </w:rPr>
            </w:pPr>
            <w:sdt>
              <w:sdtPr>
                <w:rPr>
                  <w:rFonts w:ascii="Fira Sans Light" w:hAnsi="Fira Sans Light"/>
                  <w:sz w:val="20"/>
                  <w:szCs w:val="20"/>
                  <w:lang w:val="de-DE"/>
                </w:rPr>
                <w:id w:val="-988861721"/>
                <w14:checkbox>
                  <w14:checked w14:val="0"/>
                  <w14:checkedState w14:val="2612" w14:font="MS Gothic"/>
                  <w14:uncheckedState w14:val="2610" w14:font="MS Gothic"/>
                </w14:checkbox>
              </w:sdtPr>
              <w:sdtEndPr/>
              <w:sdtContent>
                <w:r w:rsidR="00E63846">
                  <w:rPr>
                    <w:rFonts w:ascii="MS Gothic" w:eastAsia="MS Gothic" w:hAnsi="MS Gothic" w:hint="eastAsia"/>
                    <w:sz w:val="20"/>
                    <w:szCs w:val="20"/>
                    <w:lang w:val="de-DE"/>
                  </w:rPr>
                  <w:t>☐</w:t>
                </w:r>
              </w:sdtContent>
            </w:sdt>
            <w:r w:rsidR="005F1AB1" w:rsidRPr="001E6A9A">
              <w:rPr>
                <w:rFonts w:ascii="Fira Sans Light" w:hAnsi="Fira Sans Light"/>
                <w:sz w:val="20"/>
                <w:szCs w:val="20"/>
                <w:lang w:val="de-DE"/>
              </w:rPr>
              <w:t xml:space="preserve"> Sonstiges: </w:t>
            </w:r>
            <w:sdt>
              <w:sdtPr>
                <w:rPr>
                  <w:rFonts w:ascii="Fira Sans Light" w:hAnsi="Fira Sans Light"/>
                  <w:sz w:val="20"/>
                  <w:szCs w:val="20"/>
                  <w:lang w:val="de-DE"/>
                </w:rPr>
                <w:id w:val="519900251"/>
                <w:placeholder>
                  <w:docPart w:val="FF495AD8626A4559BD5282EAB45FA421"/>
                </w:placeholder>
                <w:showingPlcHdr/>
                <w:text/>
              </w:sdtPr>
              <w:sdtEndPr/>
              <w:sdtContent>
                <w:r w:rsidR="00F9761E" w:rsidRPr="001E6A9A">
                  <w:rPr>
                    <w:rFonts w:ascii="Fira Sans Light" w:hAnsi="Fira Sans Light"/>
                    <w:sz w:val="20"/>
                    <w:szCs w:val="20"/>
                    <w:lang w:val="de-DE"/>
                  </w:rPr>
                  <w:t xml:space="preserve"> </w:t>
                </w:r>
                <w:r w:rsidR="00F9761E" w:rsidRPr="001E6A9A">
                  <w:rPr>
                    <w:sz w:val="20"/>
                    <w:szCs w:val="20"/>
                    <w:lang w:val="de-DE"/>
                  </w:rPr>
                  <w:t xml:space="preserve"> </w:t>
                </w:r>
              </w:sdtContent>
            </w:sdt>
          </w:p>
        </w:tc>
      </w:tr>
      <w:tr w:rsidR="00F9761E" w:rsidRPr="000D5D13" w14:paraId="37B3A7F8" w14:textId="77777777" w:rsidTr="00E759AE">
        <w:tc>
          <w:tcPr>
            <w:tcW w:w="2992" w:type="dxa"/>
            <w:shd w:val="clear" w:color="auto" w:fill="8BC540"/>
            <w:vAlign w:val="center"/>
          </w:tcPr>
          <w:p w14:paraId="6D5DFAB6" w14:textId="0BC2C580" w:rsidR="00F9761E" w:rsidRPr="001E6A9A" w:rsidRDefault="00F9761E" w:rsidP="00F9761E">
            <w:pPr>
              <w:rPr>
                <w:rFonts w:ascii="Fira Sans regular" w:hAnsi="Fira Sans regular" w:hint="eastAsia"/>
                <w:sz w:val="20"/>
                <w:szCs w:val="20"/>
                <w:lang w:val="de-DE"/>
              </w:rPr>
            </w:pPr>
            <w:r w:rsidRPr="001E6A9A">
              <w:rPr>
                <w:rFonts w:ascii="Fira Sans regular" w:hAnsi="Fira Sans regular"/>
                <w:sz w:val="20"/>
                <w:szCs w:val="20"/>
                <w:lang w:val="de-DE"/>
              </w:rPr>
              <w:t>Anzahl der Standorte</w:t>
            </w:r>
          </w:p>
        </w:tc>
        <w:sdt>
          <w:sdtPr>
            <w:rPr>
              <w:rFonts w:ascii="Fira Sans Light" w:hAnsi="Fira Sans Light"/>
              <w:sz w:val="20"/>
              <w:szCs w:val="20"/>
              <w:lang w:val="de-DE"/>
            </w:rPr>
            <w:id w:val="168533404"/>
            <w:placeholder>
              <w:docPart w:val="363BEEB0957045B09177979598B1C316"/>
            </w:placeholder>
            <w:showingPlcHdr/>
            <w:text/>
          </w:sdtPr>
          <w:sdtEndPr/>
          <w:sdtContent>
            <w:tc>
              <w:tcPr>
                <w:tcW w:w="6166" w:type="dxa"/>
              </w:tcPr>
              <w:p w14:paraId="49680C7B" w14:textId="18A17808" w:rsidR="00F9761E" w:rsidRPr="001E6A9A" w:rsidRDefault="00DE2FE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F9761E" w:rsidRPr="000D5D13" w14:paraId="5E381915" w14:textId="77777777" w:rsidTr="00E759AE">
        <w:tc>
          <w:tcPr>
            <w:tcW w:w="2992" w:type="dxa"/>
            <w:shd w:val="clear" w:color="auto" w:fill="8BC540"/>
            <w:vAlign w:val="center"/>
          </w:tcPr>
          <w:p w14:paraId="46E85434" w14:textId="0EE0857C" w:rsidR="00F9761E" w:rsidRPr="001E6A9A" w:rsidRDefault="00F9761E" w:rsidP="00F9761E">
            <w:pPr>
              <w:rPr>
                <w:rFonts w:ascii="Fira Sans regular" w:hAnsi="Fira Sans regular" w:hint="eastAsia"/>
                <w:sz w:val="20"/>
                <w:szCs w:val="20"/>
                <w:lang w:val="de-DE"/>
              </w:rPr>
            </w:pPr>
            <w:r w:rsidRPr="001E6A9A">
              <w:rPr>
                <w:rFonts w:ascii="Fira Sans regular" w:hAnsi="Fira Sans regular"/>
                <w:sz w:val="20"/>
                <w:szCs w:val="20"/>
                <w:lang w:val="de-DE"/>
              </w:rPr>
              <w:t>Laborgründung (Jahr)</w:t>
            </w:r>
          </w:p>
        </w:tc>
        <w:sdt>
          <w:sdtPr>
            <w:rPr>
              <w:rFonts w:ascii="Fira Sans Light" w:hAnsi="Fira Sans Light"/>
              <w:sz w:val="20"/>
              <w:szCs w:val="20"/>
              <w:lang w:val="de-DE"/>
            </w:rPr>
            <w:id w:val="-1800055769"/>
            <w:placeholder>
              <w:docPart w:val="E9597D8737FC4B3BB8C9D229556A04D5"/>
            </w:placeholder>
            <w:showingPlcHdr/>
            <w:text/>
          </w:sdtPr>
          <w:sdtEndPr/>
          <w:sdtContent>
            <w:tc>
              <w:tcPr>
                <w:tcW w:w="6166" w:type="dxa"/>
              </w:tcPr>
              <w:p w14:paraId="59F319F8" w14:textId="51F8569E"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F9761E" w:rsidRPr="000D5D13" w14:paraId="42ADFA95" w14:textId="77777777" w:rsidTr="00E759AE">
        <w:tc>
          <w:tcPr>
            <w:tcW w:w="2992" w:type="dxa"/>
            <w:shd w:val="clear" w:color="auto" w:fill="8BC540"/>
            <w:vAlign w:val="center"/>
          </w:tcPr>
          <w:p w14:paraId="7AD976AC" w14:textId="77777777" w:rsidR="00F9761E" w:rsidRPr="001E6A9A" w:rsidRDefault="00F9761E" w:rsidP="00F9761E">
            <w:pPr>
              <w:rPr>
                <w:rFonts w:ascii="Fira Sans regular" w:hAnsi="Fira Sans regular" w:hint="eastAsia"/>
                <w:sz w:val="20"/>
                <w:szCs w:val="20"/>
                <w:lang w:val="de-DE"/>
              </w:rPr>
            </w:pPr>
            <w:r w:rsidRPr="001E6A9A">
              <w:rPr>
                <w:rFonts w:ascii="Fira Sans regular" w:hAnsi="Fira Sans regular"/>
                <w:sz w:val="20"/>
                <w:szCs w:val="20"/>
                <w:lang w:val="de-DE"/>
              </w:rPr>
              <w:t>Homepage</w:t>
            </w:r>
          </w:p>
        </w:tc>
        <w:sdt>
          <w:sdtPr>
            <w:rPr>
              <w:rFonts w:ascii="Fira Sans Light" w:hAnsi="Fira Sans Light"/>
              <w:sz w:val="20"/>
              <w:szCs w:val="20"/>
              <w:lang w:val="de-DE"/>
            </w:rPr>
            <w:id w:val="1778293802"/>
            <w:placeholder>
              <w:docPart w:val="7A42B7354C4A406CA6B1FEDBB01D67B5"/>
            </w:placeholder>
            <w:showingPlcHdr/>
            <w:text/>
          </w:sdtPr>
          <w:sdtEndPr/>
          <w:sdtContent>
            <w:tc>
              <w:tcPr>
                <w:tcW w:w="6166" w:type="dxa"/>
              </w:tcPr>
              <w:p w14:paraId="03AA98A1" w14:textId="5F6D731E" w:rsidR="00F9761E" w:rsidRPr="001E6A9A" w:rsidRDefault="00CA199A"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bl>
    <w:p w14:paraId="6E2331C4" w14:textId="77777777" w:rsidR="00F200CD" w:rsidRDefault="00F200CD" w:rsidP="002C4877">
      <w:pPr>
        <w:spacing w:after="0" w:line="240" w:lineRule="auto"/>
        <w:rPr>
          <w:rFonts w:ascii="Century Gothic" w:hAnsi="Century Gothic"/>
          <w:b/>
          <w:sz w:val="20"/>
          <w:szCs w:val="20"/>
          <w:lang w:val="de-DE"/>
        </w:rPr>
      </w:pPr>
    </w:p>
    <w:p w14:paraId="02E91D34" w14:textId="2FDD6628" w:rsidR="002D1788" w:rsidRPr="001C6654" w:rsidRDefault="008E0565" w:rsidP="002C4877">
      <w:pPr>
        <w:spacing w:after="0" w:line="240" w:lineRule="auto"/>
        <w:rPr>
          <w:rFonts w:ascii="Century Gothic" w:hAnsi="Century Gothic"/>
          <w:sz w:val="20"/>
          <w:szCs w:val="20"/>
          <w:lang w:val="de-DE"/>
        </w:rPr>
      </w:pPr>
      <w:r w:rsidRPr="001C6654">
        <w:rPr>
          <w:rFonts w:ascii="Century Gothic" w:hAnsi="Century Gothic"/>
          <w:sz w:val="20"/>
          <w:szCs w:val="20"/>
          <w:lang w:val="de-DE"/>
        </w:rPr>
        <w:t xml:space="preserve">Sofern Ihr Labor über mehrere Standorte verfügt, wären wir Ihnen dankbar, wenn Sie </w:t>
      </w:r>
      <w:r w:rsidR="001C6654" w:rsidRPr="001C6654">
        <w:rPr>
          <w:rFonts w:ascii="Century Gothic" w:hAnsi="Century Gothic"/>
          <w:sz w:val="20"/>
          <w:szCs w:val="20"/>
          <w:lang w:val="de-DE"/>
        </w:rPr>
        <w:t>auf dem beigefügten Ergänzungsbogen die Angaben zu den weiteren Standorten ergänzen würden.</w:t>
      </w:r>
    </w:p>
    <w:p w14:paraId="1A52C33C" w14:textId="77777777" w:rsidR="002D7F8A" w:rsidRDefault="002D7F8A" w:rsidP="002C4877">
      <w:pPr>
        <w:spacing w:after="0" w:line="240" w:lineRule="auto"/>
        <w:rPr>
          <w:rFonts w:ascii="Century Gothic" w:hAnsi="Century Gothic"/>
          <w:b/>
          <w:sz w:val="20"/>
          <w:szCs w:val="20"/>
          <w:lang w:val="de-DE"/>
        </w:rPr>
      </w:pPr>
    </w:p>
    <w:p w14:paraId="12F018FE" w14:textId="77777777" w:rsidR="001C6654" w:rsidRDefault="001C6654" w:rsidP="002C4877">
      <w:pPr>
        <w:spacing w:after="0" w:line="240" w:lineRule="auto"/>
        <w:rPr>
          <w:rFonts w:ascii="Century Gothic" w:hAnsi="Century Gothic"/>
          <w:b/>
          <w:sz w:val="20"/>
          <w:szCs w:val="20"/>
          <w:lang w:val="de-DE"/>
        </w:rPr>
      </w:pPr>
    </w:p>
    <w:p w14:paraId="0E234249" w14:textId="77777777" w:rsidR="001C6654" w:rsidRDefault="001C6654" w:rsidP="002C4877">
      <w:pPr>
        <w:spacing w:after="0" w:line="240" w:lineRule="auto"/>
        <w:rPr>
          <w:rFonts w:ascii="Century Gothic" w:hAnsi="Century Gothic"/>
          <w:b/>
          <w:sz w:val="20"/>
          <w:szCs w:val="20"/>
          <w:lang w:val="de-DE"/>
        </w:rPr>
      </w:pPr>
    </w:p>
    <w:p w14:paraId="058CCBC4" w14:textId="2E757DA2" w:rsidR="002D1788" w:rsidRPr="002D1788" w:rsidRDefault="002D1788" w:rsidP="002C4877">
      <w:pPr>
        <w:pStyle w:val="Listenabsatz"/>
        <w:numPr>
          <w:ilvl w:val="0"/>
          <w:numId w:val="43"/>
        </w:numPr>
        <w:spacing w:after="0" w:line="240" w:lineRule="auto"/>
        <w:ind w:left="426" w:hanging="426"/>
        <w:contextualSpacing w:val="0"/>
        <w:rPr>
          <w:rFonts w:ascii="Fira Sans" w:eastAsiaTheme="majorEastAsia" w:hAnsi="Fira Sans" w:cstheme="majorBidi"/>
          <w:color w:val="4A4A4A"/>
          <w:spacing w:val="5"/>
          <w:kern w:val="28"/>
          <w:sz w:val="40"/>
          <w:szCs w:val="40"/>
          <w:lang w:val="de-DE"/>
        </w:rPr>
      </w:pPr>
      <w:r w:rsidRPr="002D1788">
        <w:rPr>
          <w:rFonts w:ascii="Fira Sans" w:eastAsiaTheme="majorEastAsia" w:hAnsi="Fira Sans" w:cstheme="majorBidi"/>
          <w:color w:val="4A4A4A"/>
          <w:spacing w:val="5"/>
          <w:kern w:val="28"/>
          <w:sz w:val="40"/>
          <w:szCs w:val="40"/>
          <w:lang w:val="de-DE"/>
        </w:rPr>
        <w:t>Private Kontaktdaten</w:t>
      </w:r>
      <w:r w:rsidR="002D7F8A">
        <w:rPr>
          <w:rFonts w:ascii="Fira Sans" w:eastAsiaTheme="majorEastAsia" w:hAnsi="Fira Sans" w:cstheme="majorBidi"/>
          <w:color w:val="4A4A4A"/>
          <w:spacing w:val="5"/>
          <w:kern w:val="28"/>
          <w:sz w:val="40"/>
          <w:szCs w:val="40"/>
          <w:lang w:val="de-DE"/>
        </w:rPr>
        <w:t xml:space="preserve"> unserer Ansprechpartner</w:t>
      </w:r>
    </w:p>
    <w:p w14:paraId="01CB7D2C" w14:textId="77777777" w:rsidR="002D1788" w:rsidRDefault="002D1788" w:rsidP="002C4877">
      <w:pPr>
        <w:spacing w:after="0" w:line="240" w:lineRule="auto"/>
        <w:rPr>
          <w:rFonts w:ascii="Century Gothic" w:hAnsi="Century Gothic"/>
          <w:b/>
          <w:sz w:val="20"/>
          <w:szCs w:val="20"/>
          <w:lang w:val="de-DE"/>
        </w:rPr>
      </w:pPr>
    </w:p>
    <w:tbl>
      <w:tblPr>
        <w:tblStyle w:val="Tabellenraster"/>
        <w:tblW w:w="0" w:type="auto"/>
        <w:tblInd w:w="-5" w:type="dxa"/>
        <w:tblCellMar>
          <w:top w:w="57" w:type="dxa"/>
          <w:bottom w:w="57" w:type="dxa"/>
        </w:tblCellMar>
        <w:tblLook w:val="04A0" w:firstRow="1" w:lastRow="0" w:firstColumn="1" w:lastColumn="0" w:noHBand="0" w:noVBand="1"/>
      </w:tblPr>
      <w:tblGrid>
        <w:gridCol w:w="2991"/>
        <w:gridCol w:w="6165"/>
      </w:tblGrid>
      <w:tr w:rsidR="00F9761E" w:rsidRPr="001E6A9A" w14:paraId="576F987E" w14:textId="77777777" w:rsidTr="002E047D">
        <w:tc>
          <w:tcPr>
            <w:tcW w:w="2992" w:type="dxa"/>
            <w:shd w:val="clear" w:color="auto" w:fill="8BC540"/>
            <w:vAlign w:val="center"/>
          </w:tcPr>
          <w:p w14:paraId="3917A2C2" w14:textId="673E648D" w:rsidR="00F9761E" w:rsidRPr="001E6A9A" w:rsidRDefault="00F9761E" w:rsidP="00F9761E">
            <w:pPr>
              <w:rPr>
                <w:rFonts w:ascii="Fira Sans regular" w:hAnsi="Fira Sans regular" w:hint="eastAsia"/>
                <w:sz w:val="20"/>
                <w:szCs w:val="20"/>
                <w:lang w:val="de-DE"/>
              </w:rPr>
            </w:pPr>
            <w:r w:rsidRPr="001E6A9A">
              <w:rPr>
                <w:rFonts w:ascii="Fira Sans regular" w:hAnsi="Fira Sans regular"/>
                <w:sz w:val="20"/>
                <w:szCs w:val="20"/>
                <w:lang w:val="de-DE"/>
              </w:rPr>
              <w:t>Name</w:t>
            </w:r>
          </w:p>
        </w:tc>
        <w:sdt>
          <w:sdtPr>
            <w:rPr>
              <w:rFonts w:ascii="Fira Sans Light" w:hAnsi="Fira Sans Light"/>
              <w:sz w:val="20"/>
              <w:szCs w:val="20"/>
              <w:lang w:val="de-DE"/>
            </w:rPr>
            <w:id w:val="-1507815808"/>
            <w:placeholder>
              <w:docPart w:val="DD34CACC9C9B44D88CB94355E94085EE"/>
            </w:placeholder>
            <w:showingPlcHdr/>
            <w:text/>
          </w:sdtPr>
          <w:sdtEndPr/>
          <w:sdtContent>
            <w:tc>
              <w:tcPr>
                <w:tcW w:w="6166" w:type="dxa"/>
              </w:tcPr>
              <w:p w14:paraId="5ACBCC75" w14:textId="397A76CE"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F9761E" w:rsidRPr="001E6A9A" w14:paraId="1E7B3811" w14:textId="77777777" w:rsidTr="002E047D">
        <w:tc>
          <w:tcPr>
            <w:tcW w:w="2992" w:type="dxa"/>
            <w:shd w:val="clear" w:color="auto" w:fill="8BC540"/>
            <w:vAlign w:val="center"/>
          </w:tcPr>
          <w:p w14:paraId="1E4C13D0" w14:textId="45A8CEB9" w:rsidR="00F9761E" w:rsidRPr="001E6A9A" w:rsidRDefault="00F9761E" w:rsidP="00F9761E">
            <w:pPr>
              <w:rPr>
                <w:rFonts w:ascii="Fira Sans regular" w:hAnsi="Fira Sans regular" w:hint="eastAsia"/>
                <w:sz w:val="20"/>
                <w:szCs w:val="20"/>
                <w:lang w:val="de-DE"/>
              </w:rPr>
            </w:pPr>
            <w:r w:rsidRPr="001E6A9A">
              <w:rPr>
                <w:rFonts w:ascii="Fira Sans regular" w:hAnsi="Fira Sans regular"/>
                <w:sz w:val="20"/>
                <w:szCs w:val="20"/>
                <w:lang w:val="de-DE"/>
              </w:rPr>
              <w:t>Privatanschrift</w:t>
            </w:r>
          </w:p>
        </w:tc>
        <w:sdt>
          <w:sdtPr>
            <w:rPr>
              <w:rFonts w:ascii="Fira Sans Light" w:hAnsi="Fira Sans Light"/>
              <w:sz w:val="20"/>
              <w:szCs w:val="20"/>
              <w:lang w:val="de-DE"/>
            </w:rPr>
            <w:id w:val="1103609413"/>
            <w:placeholder>
              <w:docPart w:val="4FDBBDBAC12F4EA9AC642D30D5B3597C"/>
            </w:placeholder>
            <w:showingPlcHdr/>
            <w:text/>
          </w:sdtPr>
          <w:sdtEndPr/>
          <w:sdtContent>
            <w:tc>
              <w:tcPr>
                <w:tcW w:w="6166" w:type="dxa"/>
              </w:tcPr>
              <w:p w14:paraId="67A0CA3B" w14:textId="5F477157"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F9761E" w:rsidRPr="001E6A9A" w14:paraId="59CD4706" w14:textId="77777777" w:rsidTr="002E047D">
        <w:tc>
          <w:tcPr>
            <w:tcW w:w="2992" w:type="dxa"/>
            <w:shd w:val="clear" w:color="auto" w:fill="8BC540"/>
            <w:vAlign w:val="center"/>
          </w:tcPr>
          <w:p w14:paraId="78229699" w14:textId="30D4E1CB" w:rsidR="00F9761E" w:rsidRPr="001E6A9A" w:rsidRDefault="00F9761E" w:rsidP="00F9761E">
            <w:pPr>
              <w:rPr>
                <w:rFonts w:ascii="Fira Sans regular" w:hAnsi="Fira Sans regular" w:hint="eastAsia"/>
                <w:sz w:val="20"/>
                <w:szCs w:val="20"/>
                <w:lang w:val="de-DE"/>
              </w:rPr>
            </w:pPr>
            <w:r w:rsidRPr="001E6A9A">
              <w:rPr>
                <w:rFonts w:ascii="Fira Sans regular" w:hAnsi="Fira Sans regular"/>
                <w:sz w:val="20"/>
                <w:szCs w:val="20"/>
                <w:lang w:val="de-DE"/>
              </w:rPr>
              <w:t>E-Mail-Adresse</w:t>
            </w:r>
          </w:p>
        </w:tc>
        <w:sdt>
          <w:sdtPr>
            <w:rPr>
              <w:rFonts w:ascii="Fira Sans Light" w:hAnsi="Fira Sans Light"/>
              <w:sz w:val="20"/>
              <w:szCs w:val="20"/>
              <w:lang w:val="de-DE"/>
            </w:rPr>
            <w:id w:val="1955362181"/>
            <w:placeholder>
              <w:docPart w:val="166AAC58EDBA4A51ACA41AD5098E7879"/>
            </w:placeholder>
            <w:showingPlcHdr/>
            <w:text/>
          </w:sdtPr>
          <w:sdtEndPr/>
          <w:sdtContent>
            <w:tc>
              <w:tcPr>
                <w:tcW w:w="6166" w:type="dxa"/>
              </w:tcPr>
              <w:p w14:paraId="13B31F87" w14:textId="6B294D63"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F9761E" w:rsidRPr="001E6A9A" w14:paraId="250C0565" w14:textId="77777777" w:rsidTr="002E047D">
        <w:tc>
          <w:tcPr>
            <w:tcW w:w="2992" w:type="dxa"/>
            <w:shd w:val="clear" w:color="auto" w:fill="8BC540"/>
            <w:vAlign w:val="center"/>
          </w:tcPr>
          <w:p w14:paraId="332A87DF" w14:textId="5C08E01F" w:rsidR="00F9761E" w:rsidRPr="001E6A9A" w:rsidRDefault="00F9761E" w:rsidP="00F9761E">
            <w:pPr>
              <w:rPr>
                <w:rFonts w:ascii="Fira Sans regular" w:hAnsi="Fira Sans regular" w:hint="eastAsia"/>
                <w:sz w:val="20"/>
                <w:szCs w:val="20"/>
                <w:lang w:val="de-DE"/>
              </w:rPr>
            </w:pPr>
            <w:r w:rsidRPr="001E6A9A">
              <w:rPr>
                <w:rFonts w:ascii="Fira Sans regular" w:hAnsi="Fira Sans regular"/>
                <w:sz w:val="20"/>
                <w:szCs w:val="20"/>
                <w:lang w:val="de-DE"/>
              </w:rPr>
              <w:t>Handynummer</w:t>
            </w:r>
          </w:p>
        </w:tc>
        <w:sdt>
          <w:sdtPr>
            <w:rPr>
              <w:rFonts w:ascii="Fira Sans Light" w:hAnsi="Fira Sans Light"/>
              <w:sz w:val="20"/>
              <w:szCs w:val="20"/>
              <w:lang w:val="de-DE"/>
            </w:rPr>
            <w:id w:val="1969615194"/>
            <w:placeholder>
              <w:docPart w:val="CA1E65F88F164CB18D50BD42A5EE71E1"/>
            </w:placeholder>
            <w:showingPlcHdr/>
            <w:text/>
          </w:sdtPr>
          <w:sdtEndPr/>
          <w:sdtContent>
            <w:tc>
              <w:tcPr>
                <w:tcW w:w="6166" w:type="dxa"/>
              </w:tcPr>
              <w:p w14:paraId="01AB55ED" w14:textId="38B781E7"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bl>
    <w:p w14:paraId="549717B9" w14:textId="77777777" w:rsidR="002D1788" w:rsidRPr="001E6A9A" w:rsidRDefault="002D1788" w:rsidP="002C4877">
      <w:pPr>
        <w:spacing w:after="0" w:line="240" w:lineRule="auto"/>
        <w:rPr>
          <w:rFonts w:ascii="Century Gothic" w:hAnsi="Century Gothic"/>
          <w:b/>
          <w:sz w:val="20"/>
          <w:szCs w:val="20"/>
          <w:lang w:val="de-DE"/>
        </w:rPr>
      </w:pPr>
    </w:p>
    <w:tbl>
      <w:tblPr>
        <w:tblStyle w:val="Tabellenraster"/>
        <w:tblW w:w="0" w:type="auto"/>
        <w:tblInd w:w="-5" w:type="dxa"/>
        <w:tblCellMar>
          <w:top w:w="57" w:type="dxa"/>
          <w:bottom w:w="57" w:type="dxa"/>
        </w:tblCellMar>
        <w:tblLook w:val="04A0" w:firstRow="1" w:lastRow="0" w:firstColumn="1" w:lastColumn="0" w:noHBand="0" w:noVBand="1"/>
      </w:tblPr>
      <w:tblGrid>
        <w:gridCol w:w="2991"/>
        <w:gridCol w:w="6165"/>
      </w:tblGrid>
      <w:tr w:rsidR="00F9761E" w:rsidRPr="001E6A9A" w14:paraId="05896F32" w14:textId="77777777" w:rsidTr="007E7C0F">
        <w:tc>
          <w:tcPr>
            <w:tcW w:w="2992" w:type="dxa"/>
            <w:shd w:val="clear" w:color="auto" w:fill="8BC540"/>
            <w:vAlign w:val="center"/>
          </w:tcPr>
          <w:p w14:paraId="366905FE" w14:textId="77777777" w:rsidR="00F9761E" w:rsidRPr="001E6A9A" w:rsidRDefault="00F9761E" w:rsidP="00F9761E">
            <w:pPr>
              <w:rPr>
                <w:rFonts w:ascii="Fira Sans regular" w:hAnsi="Fira Sans regular" w:hint="eastAsia"/>
                <w:sz w:val="20"/>
                <w:szCs w:val="20"/>
                <w:lang w:val="de-DE"/>
              </w:rPr>
            </w:pPr>
            <w:r w:rsidRPr="001E6A9A">
              <w:rPr>
                <w:rFonts w:ascii="Fira Sans regular" w:hAnsi="Fira Sans regular"/>
                <w:sz w:val="20"/>
                <w:szCs w:val="20"/>
                <w:lang w:val="de-DE"/>
              </w:rPr>
              <w:t>Name</w:t>
            </w:r>
          </w:p>
        </w:tc>
        <w:sdt>
          <w:sdtPr>
            <w:rPr>
              <w:rFonts w:ascii="Fira Sans Light" w:hAnsi="Fira Sans Light"/>
              <w:sz w:val="20"/>
              <w:szCs w:val="20"/>
              <w:lang w:val="de-DE"/>
            </w:rPr>
            <w:id w:val="-1241258206"/>
            <w:placeholder>
              <w:docPart w:val="6D36B623947B4B569AD4CFCFD8223073"/>
            </w:placeholder>
            <w:showingPlcHdr/>
            <w:text/>
          </w:sdtPr>
          <w:sdtEndPr/>
          <w:sdtContent>
            <w:tc>
              <w:tcPr>
                <w:tcW w:w="6166" w:type="dxa"/>
              </w:tcPr>
              <w:p w14:paraId="7617AE5F" w14:textId="7E88EEF7"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F9761E" w:rsidRPr="001E6A9A" w14:paraId="594DB7A5" w14:textId="77777777" w:rsidTr="007E7C0F">
        <w:tc>
          <w:tcPr>
            <w:tcW w:w="2992" w:type="dxa"/>
            <w:shd w:val="clear" w:color="auto" w:fill="8BC540"/>
            <w:vAlign w:val="center"/>
          </w:tcPr>
          <w:p w14:paraId="047B8E3C" w14:textId="77777777" w:rsidR="00F9761E" w:rsidRPr="001E6A9A" w:rsidRDefault="00F9761E" w:rsidP="00F9761E">
            <w:pPr>
              <w:rPr>
                <w:rFonts w:ascii="Fira Sans regular" w:hAnsi="Fira Sans regular" w:hint="eastAsia"/>
                <w:sz w:val="20"/>
                <w:szCs w:val="20"/>
                <w:lang w:val="de-DE"/>
              </w:rPr>
            </w:pPr>
            <w:r w:rsidRPr="001E6A9A">
              <w:rPr>
                <w:rFonts w:ascii="Fira Sans regular" w:hAnsi="Fira Sans regular"/>
                <w:sz w:val="20"/>
                <w:szCs w:val="20"/>
                <w:lang w:val="de-DE"/>
              </w:rPr>
              <w:t>Privatanschrift</w:t>
            </w:r>
          </w:p>
        </w:tc>
        <w:sdt>
          <w:sdtPr>
            <w:rPr>
              <w:rFonts w:ascii="Fira Sans Light" w:hAnsi="Fira Sans Light"/>
              <w:sz w:val="20"/>
              <w:szCs w:val="20"/>
              <w:lang w:val="de-DE"/>
            </w:rPr>
            <w:id w:val="891312933"/>
            <w:placeholder>
              <w:docPart w:val="BA58D79326414ECD9163D99995F9055B"/>
            </w:placeholder>
            <w:showingPlcHdr/>
            <w:text/>
          </w:sdtPr>
          <w:sdtEndPr/>
          <w:sdtContent>
            <w:tc>
              <w:tcPr>
                <w:tcW w:w="6166" w:type="dxa"/>
              </w:tcPr>
              <w:p w14:paraId="130C48B3" w14:textId="727E0E00"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F9761E" w:rsidRPr="001E6A9A" w14:paraId="1B3C5009" w14:textId="77777777" w:rsidTr="007E7C0F">
        <w:tc>
          <w:tcPr>
            <w:tcW w:w="2992" w:type="dxa"/>
            <w:shd w:val="clear" w:color="auto" w:fill="8BC540"/>
            <w:vAlign w:val="center"/>
          </w:tcPr>
          <w:p w14:paraId="158B0CC3" w14:textId="77777777" w:rsidR="00F9761E" w:rsidRPr="001E6A9A" w:rsidRDefault="00F9761E" w:rsidP="00F9761E">
            <w:pPr>
              <w:rPr>
                <w:rFonts w:ascii="Fira Sans regular" w:hAnsi="Fira Sans regular" w:hint="eastAsia"/>
                <w:sz w:val="20"/>
                <w:szCs w:val="20"/>
                <w:lang w:val="de-DE"/>
              </w:rPr>
            </w:pPr>
            <w:r w:rsidRPr="001E6A9A">
              <w:rPr>
                <w:rFonts w:ascii="Fira Sans regular" w:hAnsi="Fira Sans regular"/>
                <w:sz w:val="20"/>
                <w:szCs w:val="20"/>
                <w:lang w:val="de-DE"/>
              </w:rPr>
              <w:t>E-Mail-Adresse</w:t>
            </w:r>
          </w:p>
        </w:tc>
        <w:sdt>
          <w:sdtPr>
            <w:rPr>
              <w:rFonts w:ascii="Fira Sans Light" w:hAnsi="Fira Sans Light"/>
              <w:sz w:val="20"/>
              <w:szCs w:val="20"/>
              <w:lang w:val="de-DE"/>
            </w:rPr>
            <w:id w:val="-2028706380"/>
            <w:placeholder>
              <w:docPart w:val="745A20DD249244D9889BC08F509505AB"/>
            </w:placeholder>
            <w:showingPlcHdr/>
            <w:text/>
          </w:sdtPr>
          <w:sdtEndPr/>
          <w:sdtContent>
            <w:tc>
              <w:tcPr>
                <w:tcW w:w="6166" w:type="dxa"/>
              </w:tcPr>
              <w:p w14:paraId="37B7A4DC" w14:textId="7E55528E"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F9761E" w:rsidRPr="001E6A9A" w14:paraId="5521B5AE" w14:textId="77777777" w:rsidTr="007E7C0F">
        <w:tc>
          <w:tcPr>
            <w:tcW w:w="2992" w:type="dxa"/>
            <w:shd w:val="clear" w:color="auto" w:fill="8BC540"/>
            <w:vAlign w:val="center"/>
          </w:tcPr>
          <w:p w14:paraId="73D72103" w14:textId="77777777" w:rsidR="00F9761E" w:rsidRPr="001E6A9A" w:rsidRDefault="00F9761E" w:rsidP="00F9761E">
            <w:pPr>
              <w:rPr>
                <w:rFonts w:ascii="Fira Sans regular" w:hAnsi="Fira Sans regular" w:hint="eastAsia"/>
                <w:sz w:val="20"/>
                <w:szCs w:val="20"/>
                <w:lang w:val="de-DE"/>
              </w:rPr>
            </w:pPr>
            <w:r w:rsidRPr="001E6A9A">
              <w:rPr>
                <w:rFonts w:ascii="Fira Sans regular" w:hAnsi="Fira Sans regular"/>
                <w:sz w:val="20"/>
                <w:szCs w:val="20"/>
                <w:lang w:val="de-DE"/>
              </w:rPr>
              <w:t>Handynummer</w:t>
            </w:r>
          </w:p>
        </w:tc>
        <w:sdt>
          <w:sdtPr>
            <w:rPr>
              <w:rFonts w:ascii="Fira Sans Light" w:hAnsi="Fira Sans Light"/>
              <w:sz w:val="20"/>
              <w:szCs w:val="20"/>
              <w:lang w:val="de-DE"/>
            </w:rPr>
            <w:id w:val="2115009046"/>
            <w:placeholder>
              <w:docPart w:val="0063E0E85B6142C89B096511F689B8C2"/>
            </w:placeholder>
            <w:showingPlcHdr/>
            <w:text/>
          </w:sdtPr>
          <w:sdtEndPr/>
          <w:sdtContent>
            <w:tc>
              <w:tcPr>
                <w:tcW w:w="6166" w:type="dxa"/>
              </w:tcPr>
              <w:p w14:paraId="1F1A75B0" w14:textId="7EE39218"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bl>
    <w:p w14:paraId="321AFFAA" w14:textId="77777777" w:rsidR="002D1788" w:rsidRDefault="002D1788" w:rsidP="002C4877">
      <w:pPr>
        <w:spacing w:after="0" w:line="240" w:lineRule="auto"/>
        <w:rPr>
          <w:rFonts w:ascii="Century Gothic" w:hAnsi="Century Gothic"/>
          <w:sz w:val="20"/>
          <w:szCs w:val="20"/>
          <w:lang w:val="de-DE"/>
        </w:rPr>
      </w:pPr>
    </w:p>
    <w:p w14:paraId="6CCE1AD3" w14:textId="77777777" w:rsidR="002C4877" w:rsidRDefault="002C4877" w:rsidP="002C4877">
      <w:pPr>
        <w:spacing w:after="0" w:line="240" w:lineRule="auto"/>
        <w:rPr>
          <w:rFonts w:ascii="Century Gothic" w:hAnsi="Century Gothic"/>
          <w:sz w:val="20"/>
          <w:szCs w:val="20"/>
          <w:lang w:val="de-DE"/>
        </w:rPr>
      </w:pPr>
    </w:p>
    <w:p w14:paraId="70C9B483" w14:textId="77777777" w:rsidR="002C4877" w:rsidRDefault="002C4877" w:rsidP="002C4877">
      <w:pPr>
        <w:spacing w:after="0" w:line="240" w:lineRule="auto"/>
        <w:rPr>
          <w:rFonts w:ascii="Century Gothic" w:hAnsi="Century Gothic"/>
          <w:sz w:val="20"/>
          <w:szCs w:val="20"/>
          <w:lang w:val="de-DE"/>
        </w:rPr>
      </w:pPr>
    </w:p>
    <w:p w14:paraId="714C0929" w14:textId="6E260F09" w:rsidR="000E1455" w:rsidRDefault="00F4643C" w:rsidP="002C4877">
      <w:pPr>
        <w:pStyle w:val="Listenabsatz"/>
        <w:numPr>
          <w:ilvl w:val="0"/>
          <w:numId w:val="43"/>
        </w:numPr>
        <w:spacing w:after="0" w:line="240" w:lineRule="auto"/>
        <w:ind w:left="426" w:hanging="426"/>
        <w:contextualSpacing w:val="0"/>
        <w:rPr>
          <w:rFonts w:ascii="Fira Sans" w:eastAsiaTheme="majorEastAsia" w:hAnsi="Fira Sans" w:cstheme="majorBidi"/>
          <w:color w:val="4A4A4A"/>
          <w:spacing w:val="5"/>
          <w:kern w:val="28"/>
          <w:sz w:val="40"/>
          <w:szCs w:val="40"/>
          <w:lang w:val="de-DE"/>
        </w:rPr>
      </w:pPr>
      <w:r>
        <w:rPr>
          <w:rFonts w:ascii="Fira Sans" w:eastAsiaTheme="majorEastAsia" w:hAnsi="Fira Sans" w:cstheme="majorBidi"/>
          <w:color w:val="4A4A4A"/>
          <w:spacing w:val="5"/>
          <w:kern w:val="28"/>
          <w:sz w:val="40"/>
          <w:szCs w:val="40"/>
          <w:lang w:val="de-DE"/>
        </w:rPr>
        <w:t>Laborinhaber</w:t>
      </w:r>
    </w:p>
    <w:p w14:paraId="2EE33169" w14:textId="77777777" w:rsidR="00F4643C" w:rsidRPr="00F4643C" w:rsidRDefault="00F4643C" w:rsidP="002C4877">
      <w:pPr>
        <w:spacing w:after="0" w:line="240" w:lineRule="auto"/>
        <w:rPr>
          <w:rFonts w:ascii="Fira Sans" w:eastAsiaTheme="majorEastAsia" w:hAnsi="Fira Sans" w:cstheme="majorBidi"/>
          <w:color w:val="4A4A4A"/>
          <w:spacing w:val="5"/>
          <w:kern w:val="28"/>
          <w:sz w:val="20"/>
          <w:szCs w:val="20"/>
          <w:lang w:val="de-DE"/>
        </w:rPr>
      </w:pPr>
    </w:p>
    <w:tbl>
      <w:tblPr>
        <w:tblStyle w:val="Tabellenraster"/>
        <w:tblW w:w="9214" w:type="dxa"/>
        <w:tblInd w:w="-5" w:type="dxa"/>
        <w:tblLayout w:type="fixed"/>
        <w:tblCellMar>
          <w:top w:w="57" w:type="dxa"/>
          <w:bottom w:w="57" w:type="dxa"/>
        </w:tblCellMar>
        <w:tblLook w:val="04A0" w:firstRow="1" w:lastRow="0" w:firstColumn="1" w:lastColumn="0" w:noHBand="0" w:noVBand="1"/>
      </w:tblPr>
      <w:tblGrid>
        <w:gridCol w:w="2410"/>
        <w:gridCol w:w="709"/>
        <w:gridCol w:w="1098"/>
        <w:gridCol w:w="1099"/>
        <w:gridCol w:w="1098"/>
        <w:gridCol w:w="1099"/>
        <w:gridCol w:w="1701"/>
      </w:tblGrid>
      <w:tr w:rsidR="00F01410" w:rsidRPr="000D5D13" w14:paraId="380B7B0F" w14:textId="0BB12D3A" w:rsidTr="00E420BB">
        <w:trPr>
          <w:tblHeader/>
        </w:trPr>
        <w:tc>
          <w:tcPr>
            <w:tcW w:w="2410" w:type="dxa"/>
            <w:shd w:val="clear" w:color="auto" w:fill="8BC540"/>
            <w:vAlign w:val="center"/>
          </w:tcPr>
          <w:p w14:paraId="3BDE993E" w14:textId="77777777" w:rsidR="00F01410" w:rsidRPr="001E6A9A" w:rsidRDefault="00F01410" w:rsidP="00E421AA">
            <w:pPr>
              <w:jc w:val="center"/>
              <w:rPr>
                <w:rFonts w:ascii="Fira Sans regular" w:hAnsi="Fira Sans regular" w:hint="eastAsia"/>
                <w:b/>
                <w:sz w:val="20"/>
                <w:szCs w:val="20"/>
                <w:lang w:val="de-DE"/>
              </w:rPr>
            </w:pPr>
            <w:r w:rsidRPr="001E6A9A">
              <w:rPr>
                <w:rFonts w:ascii="Fira Sans regular" w:hAnsi="Fira Sans regular"/>
                <w:b/>
                <w:sz w:val="20"/>
                <w:szCs w:val="20"/>
                <w:lang w:val="de-DE"/>
              </w:rPr>
              <w:t>Name</w:t>
            </w:r>
          </w:p>
        </w:tc>
        <w:tc>
          <w:tcPr>
            <w:tcW w:w="709" w:type="dxa"/>
            <w:shd w:val="clear" w:color="auto" w:fill="8BC540"/>
            <w:vAlign w:val="center"/>
          </w:tcPr>
          <w:p w14:paraId="65A9A428" w14:textId="73CC8D8A" w:rsidR="00F01410" w:rsidRPr="001E6A9A" w:rsidRDefault="00F01410" w:rsidP="00E421AA">
            <w:pPr>
              <w:jc w:val="center"/>
              <w:rPr>
                <w:rFonts w:ascii="Fira Sans Light" w:hAnsi="Fira Sans Light"/>
                <w:b/>
                <w:sz w:val="20"/>
                <w:szCs w:val="20"/>
                <w:lang w:val="de-DE"/>
              </w:rPr>
            </w:pPr>
            <w:r w:rsidRPr="001E6A9A">
              <w:rPr>
                <w:rFonts w:ascii="Fira Sans Light" w:hAnsi="Fira Sans Light"/>
                <w:b/>
                <w:sz w:val="20"/>
                <w:szCs w:val="20"/>
                <w:lang w:val="de-DE"/>
              </w:rPr>
              <w:t>Alter</w:t>
            </w:r>
          </w:p>
        </w:tc>
        <w:tc>
          <w:tcPr>
            <w:tcW w:w="1098" w:type="dxa"/>
            <w:shd w:val="clear" w:color="auto" w:fill="8BC540"/>
            <w:vAlign w:val="center"/>
          </w:tcPr>
          <w:p w14:paraId="5F62B59B" w14:textId="77777777" w:rsidR="00F01410" w:rsidRPr="001E6A9A" w:rsidRDefault="00F01410" w:rsidP="00E421AA">
            <w:pPr>
              <w:jc w:val="center"/>
              <w:rPr>
                <w:rFonts w:ascii="Fira Sans Light" w:hAnsi="Fira Sans Light"/>
                <w:b/>
                <w:sz w:val="20"/>
                <w:szCs w:val="20"/>
                <w:lang w:val="de-DE"/>
              </w:rPr>
            </w:pPr>
            <w:r w:rsidRPr="001E6A9A">
              <w:rPr>
                <w:rFonts w:ascii="Fira Sans Light" w:hAnsi="Fira Sans Light"/>
                <w:b/>
                <w:sz w:val="20"/>
                <w:szCs w:val="20"/>
                <w:lang w:val="de-DE"/>
              </w:rPr>
              <w:t>Gesellschaftsanteil</w:t>
            </w:r>
          </w:p>
          <w:p w14:paraId="163E7348" w14:textId="68DDE3AE" w:rsidR="00E421AA" w:rsidRPr="001E6A9A" w:rsidRDefault="00E421AA" w:rsidP="00E421AA">
            <w:pPr>
              <w:jc w:val="center"/>
              <w:rPr>
                <w:rFonts w:ascii="Fira Sans Light" w:hAnsi="Fira Sans Light"/>
                <w:sz w:val="20"/>
                <w:szCs w:val="20"/>
                <w:lang w:val="de-DE"/>
              </w:rPr>
            </w:pPr>
            <w:r w:rsidRPr="001E6A9A">
              <w:rPr>
                <w:rFonts w:ascii="Fira Sans Light" w:hAnsi="Fira Sans Light"/>
                <w:sz w:val="18"/>
                <w:szCs w:val="18"/>
                <w:lang w:val="de-DE"/>
              </w:rPr>
              <w:t>(in %)</w:t>
            </w:r>
          </w:p>
        </w:tc>
        <w:tc>
          <w:tcPr>
            <w:tcW w:w="1099" w:type="dxa"/>
            <w:shd w:val="clear" w:color="auto" w:fill="8BC540"/>
            <w:vAlign w:val="center"/>
          </w:tcPr>
          <w:p w14:paraId="473A1026" w14:textId="77777777" w:rsidR="00F01410" w:rsidRPr="001E6A9A" w:rsidRDefault="00F01410" w:rsidP="00E421AA">
            <w:pPr>
              <w:jc w:val="center"/>
              <w:rPr>
                <w:rFonts w:ascii="Fira Sans Light" w:hAnsi="Fira Sans Light"/>
                <w:b/>
                <w:sz w:val="20"/>
                <w:szCs w:val="20"/>
                <w:lang w:val="de-DE"/>
              </w:rPr>
            </w:pPr>
            <w:r w:rsidRPr="001E6A9A">
              <w:rPr>
                <w:rFonts w:ascii="Fira Sans Light" w:hAnsi="Fira Sans Light"/>
                <w:b/>
                <w:sz w:val="20"/>
                <w:szCs w:val="20"/>
                <w:lang w:val="de-DE"/>
              </w:rPr>
              <w:t>Gewinnanteil</w:t>
            </w:r>
          </w:p>
          <w:p w14:paraId="1659288E" w14:textId="77F066E9" w:rsidR="00E421AA" w:rsidRPr="001E6A9A" w:rsidRDefault="00E421AA" w:rsidP="00E421AA">
            <w:pPr>
              <w:jc w:val="center"/>
              <w:rPr>
                <w:rFonts w:ascii="Fira Sans Light" w:hAnsi="Fira Sans Light"/>
                <w:sz w:val="20"/>
                <w:szCs w:val="20"/>
                <w:lang w:val="de-DE"/>
              </w:rPr>
            </w:pPr>
            <w:r w:rsidRPr="001E6A9A">
              <w:rPr>
                <w:rFonts w:ascii="Fira Sans Light" w:hAnsi="Fira Sans Light"/>
                <w:sz w:val="18"/>
                <w:szCs w:val="18"/>
                <w:lang w:val="de-DE"/>
              </w:rPr>
              <w:t>(in %)</w:t>
            </w:r>
          </w:p>
        </w:tc>
        <w:tc>
          <w:tcPr>
            <w:tcW w:w="1098" w:type="dxa"/>
            <w:shd w:val="clear" w:color="auto" w:fill="8BC540"/>
            <w:vAlign w:val="center"/>
          </w:tcPr>
          <w:p w14:paraId="5464DC1E" w14:textId="77777777" w:rsidR="00F01410" w:rsidRPr="001E6A9A" w:rsidRDefault="00F01410" w:rsidP="00E421AA">
            <w:pPr>
              <w:jc w:val="center"/>
              <w:rPr>
                <w:rFonts w:ascii="Fira Sans Light" w:hAnsi="Fira Sans Light"/>
                <w:b/>
                <w:sz w:val="20"/>
                <w:szCs w:val="20"/>
                <w:lang w:val="de-DE"/>
              </w:rPr>
            </w:pPr>
            <w:r w:rsidRPr="001E6A9A">
              <w:rPr>
                <w:rFonts w:ascii="Fira Sans Light" w:hAnsi="Fira Sans Light"/>
                <w:b/>
                <w:sz w:val="20"/>
                <w:szCs w:val="20"/>
                <w:lang w:val="de-DE"/>
              </w:rPr>
              <w:t>Dauer der weiteren Tätigkeit nach Verkauf</w:t>
            </w:r>
          </w:p>
          <w:p w14:paraId="3E2DD0AA" w14:textId="67A58825" w:rsidR="00F01410" w:rsidRPr="001E6A9A" w:rsidRDefault="00F01410" w:rsidP="00E421AA">
            <w:pPr>
              <w:jc w:val="center"/>
              <w:rPr>
                <w:rFonts w:ascii="Fira Sans Light" w:hAnsi="Fira Sans Light"/>
                <w:b/>
                <w:sz w:val="20"/>
                <w:szCs w:val="20"/>
                <w:lang w:val="de-DE"/>
              </w:rPr>
            </w:pPr>
            <w:r w:rsidRPr="001E6A9A">
              <w:rPr>
                <w:rFonts w:ascii="Fira Sans Light" w:hAnsi="Fira Sans Light"/>
                <w:bCs/>
                <w:sz w:val="18"/>
                <w:szCs w:val="18"/>
                <w:lang w:val="de-DE"/>
              </w:rPr>
              <w:t>(in Jahren)</w:t>
            </w:r>
          </w:p>
        </w:tc>
        <w:tc>
          <w:tcPr>
            <w:tcW w:w="1099" w:type="dxa"/>
            <w:shd w:val="clear" w:color="auto" w:fill="8BC540"/>
            <w:vAlign w:val="center"/>
          </w:tcPr>
          <w:p w14:paraId="3CBFC1AB" w14:textId="77777777" w:rsidR="00F01410" w:rsidRPr="001E6A9A" w:rsidRDefault="00F01410" w:rsidP="00E421AA">
            <w:pPr>
              <w:jc w:val="center"/>
              <w:rPr>
                <w:rFonts w:ascii="Fira Sans Light" w:hAnsi="Fira Sans Light"/>
                <w:b/>
                <w:sz w:val="20"/>
                <w:szCs w:val="20"/>
                <w:lang w:val="de-DE"/>
              </w:rPr>
            </w:pPr>
            <w:r w:rsidRPr="001E6A9A">
              <w:rPr>
                <w:rFonts w:ascii="Fira Sans Light" w:hAnsi="Fira Sans Light"/>
                <w:b/>
                <w:sz w:val="20"/>
                <w:szCs w:val="20"/>
                <w:lang w:val="de-DE"/>
              </w:rPr>
              <w:t>Bei GmbH:</w:t>
            </w:r>
          </w:p>
          <w:p w14:paraId="28298A80" w14:textId="5B5E9779" w:rsidR="00F01410" w:rsidRPr="001E6A9A" w:rsidRDefault="00F01410" w:rsidP="00E421AA">
            <w:pPr>
              <w:jc w:val="center"/>
              <w:rPr>
                <w:rFonts w:ascii="Fira Sans Light" w:hAnsi="Fira Sans Light"/>
                <w:b/>
                <w:sz w:val="20"/>
                <w:szCs w:val="20"/>
                <w:lang w:val="de-DE"/>
              </w:rPr>
            </w:pPr>
            <w:r w:rsidRPr="001E6A9A">
              <w:rPr>
                <w:rFonts w:ascii="Fira Sans Light" w:hAnsi="Fira Sans Light"/>
                <w:b/>
                <w:sz w:val="20"/>
                <w:szCs w:val="20"/>
                <w:lang w:val="de-DE"/>
              </w:rPr>
              <w:t>Aktuelles</w:t>
            </w:r>
          </w:p>
          <w:p w14:paraId="052F85DD" w14:textId="09A2086A" w:rsidR="00F01410" w:rsidRPr="001E6A9A" w:rsidRDefault="00F01410" w:rsidP="00E421AA">
            <w:pPr>
              <w:jc w:val="center"/>
              <w:rPr>
                <w:rFonts w:ascii="Fira Sans Light" w:hAnsi="Fira Sans Light"/>
                <w:b/>
                <w:sz w:val="20"/>
                <w:szCs w:val="20"/>
                <w:lang w:val="de-DE"/>
              </w:rPr>
            </w:pPr>
            <w:r w:rsidRPr="001E6A9A">
              <w:rPr>
                <w:rFonts w:ascii="Fira Sans Light" w:hAnsi="Fira Sans Light"/>
                <w:b/>
                <w:sz w:val="20"/>
                <w:szCs w:val="20"/>
                <w:lang w:val="de-DE"/>
              </w:rPr>
              <w:t>Gehalt</w:t>
            </w:r>
          </w:p>
          <w:p w14:paraId="0120AFC8" w14:textId="6EBA893B" w:rsidR="00F01410" w:rsidRPr="001E6A9A" w:rsidRDefault="00F01410" w:rsidP="00E421AA">
            <w:pPr>
              <w:jc w:val="center"/>
              <w:rPr>
                <w:rFonts w:ascii="Fira Sans Light" w:hAnsi="Fira Sans Light"/>
                <w:sz w:val="20"/>
                <w:szCs w:val="20"/>
                <w:lang w:val="de-DE"/>
              </w:rPr>
            </w:pPr>
            <w:r w:rsidRPr="001E6A9A">
              <w:rPr>
                <w:rFonts w:ascii="Fira Sans Light" w:hAnsi="Fira Sans Light"/>
                <w:sz w:val="18"/>
                <w:szCs w:val="18"/>
                <w:lang w:val="de-DE"/>
              </w:rPr>
              <w:t>(Arbeitnehmer-Brutto p. a.)</w:t>
            </w:r>
          </w:p>
        </w:tc>
        <w:tc>
          <w:tcPr>
            <w:tcW w:w="1701" w:type="dxa"/>
            <w:shd w:val="clear" w:color="auto" w:fill="8BC540"/>
            <w:vAlign w:val="center"/>
          </w:tcPr>
          <w:p w14:paraId="2720CD0F" w14:textId="0D6AE96E" w:rsidR="00F01410" w:rsidRPr="001E6A9A" w:rsidRDefault="00D4207F" w:rsidP="00E421AA">
            <w:pPr>
              <w:jc w:val="center"/>
              <w:rPr>
                <w:rFonts w:ascii="Fira Sans Light" w:hAnsi="Fira Sans Light"/>
                <w:b/>
                <w:sz w:val="20"/>
                <w:szCs w:val="20"/>
                <w:lang w:val="de-DE"/>
              </w:rPr>
            </w:pPr>
            <w:r w:rsidRPr="001E6A9A">
              <w:rPr>
                <w:rFonts w:ascii="Fira Sans Light" w:hAnsi="Fira Sans Light"/>
                <w:b/>
                <w:sz w:val="20"/>
                <w:szCs w:val="20"/>
                <w:lang w:val="de-DE"/>
              </w:rPr>
              <w:t>Tätigkeit</w:t>
            </w:r>
          </w:p>
        </w:tc>
      </w:tr>
      <w:tr w:rsidR="00F9761E" w:rsidRPr="000D5D13" w14:paraId="27CAF933" w14:textId="22FF294F" w:rsidTr="007C247C">
        <w:sdt>
          <w:sdtPr>
            <w:rPr>
              <w:rFonts w:ascii="Fira Sans Light" w:hAnsi="Fira Sans Light"/>
              <w:sz w:val="20"/>
              <w:szCs w:val="20"/>
              <w:lang w:val="de-DE"/>
            </w:rPr>
            <w:id w:val="-1901429098"/>
            <w:placeholder>
              <w:docPart w:val="13477FF0D6FB4EC7B7490768B9794AE4"/>
            </w:placeholder>
            <w:showingPlcHdr/>
            <w:text/>
          </w:sdtPr>
          <w:sdtEndPr/>
          <w:sdtContent>
            <w:tc>
              <w:tcPr>
                <w:tcW w:w="2410" w:type="dxa"/>
              </w:tcPr>
              <w:p w14:paraId="2B7CB0D6" w14:textId="619FF364"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994173352"/>
            <w:placeholder>
              <w:docPart w:val="7B1106A124224C8685AED09EEE63C1CD"/>
            </w:placeholder>
            <w:showingPlcHdr/>
            <w:text/>
          </w:sdtPr>
          <w:sdtEndPr/>
          <w:sdtContent>
            <w:tc>
              <w:tcPr>
                <w:tcW w:w="709" w:type="dxa"/>
              </w:tcPr>
              <w:p w14:paraId="6998D908" w14:textId="3B645B89"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030873692"/>
            <w:placeholder>
              <w:docPart w:val="084748F2D41F4242BB538C1C874F86E5"/>
            </w:placeholder>
            <w:showingPlcHdr/>
            <w:text/>
          </w:sdtPr>
          <w:sdtEndPr/>
          <w:sdtContent>
            <w:tc>
              <w:tcPr>
                <w:tcW w:w="1098" w:type="dxa"/>
              </w:tcPr>
              <w:p w14:paraId="65DB304B" w14:textId="344FDBE9"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659034553"/>
            <w:placeholder>
              <w:docPart w:val="8F93E3386F4D4A27BB4C466BC8624072"/>
            </w:placeholder>
            <w:showingPlcHdr/>
            <w:text/>
          </w:sdtPr>
          <w:sdtEndPr/>
          <w:sdtContent>
            <w:tc>
              <w:tcPr>
                <w:tcW w:w="1099" w:type="dxa"/>
              </w:tcPr>
              <w:p w14:paraId="527E8CCB" w14:textId="50FE4C71"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587235145"/>
            <w:placeholder>
              <w:docPart w:val="56AA2793A12A4D6DAF655C74001E3B17"/>
            </w:placeholder>
            <w:showingPlcHdr/>
            <w:text/>
          </w:sdtPr>
          <w:sdtEndPr/>
          <w:sdtContent>
            <w:tc>
              <w:tcPr>
                <w:tcW w:w="1098" w:type="dxa"/>
              </w:tcPr>
              <w:p w14:paraId="737313A2" w14:textId="27DB5987"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11833435"/>
            <w:placeholder>
              <w:docPart w:val="6D6CE510F1FF4FE5AC4C78CBD7CA35BB"/>
            </w:placeholder>
            <w:showingPlcHdr/>
            <w:text/>
          </w:sdtPr>
          <w:sdtEndPr/>
          <w:sdtContent>
            <w:tc>
              <w:tcPr>
                <w:tcW w:w="1099" w:type="dxa"/>
              </w:tcPr>
              <w:p w14:paraId="63898759" w14:textId="549F5ED9"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c>
          <w:tcPr>
            <w:tcW w:w="1701" w:type="dxa"/>
          </w:tcPr>
          <w:p w14:paraId="3199E22B" w14:textId="77777777" w:rsidR="00F9761E" w:rsidRPr="001E6A9A" w:rsidRDefault="00332E90" w:rsidP="00F9761E">
            <w:pPr>
              <w:rPr>
                <w:rFonts w:ascii="Fira Sans Light" w:hAnsi="Fira Sans Light"/>
                <w:sz w:val="20"/>
                <w:szCs w:val="20"/>
                <w:lang w:val="de-DE"/>
              </w:rPr>
            </w:pPr>
            <w:sdt>
              <w:sdtPr>
                <w:rPr>
                  <w:rFonts w:ascii="Fira Sans Light" w:hAnsi="Fira Sans Light"/>
                  <w:sz w:val="20"/>
                  <w:szCs w:val="20"/>
                  <w:lang w:val="de-DE"/>
                </w:rPr>
                <w:id w:val="-143822027"/>
                <w14:checkbox>
                  <w14:checked w14:val="0"/>
                  <w14:checkedState w14:val="2612" w14:font="MS Gothic"/>
                  <w14:uncheckedState w14:val="2610" w14:font="MS Gothic"/>
                </w14:checkbox>
              </w:sdtPr>
              <w:sdtEndPr/>
              <w:sdtContent>
                <w:r w:rsidR="00F9761E" w:rsidRPr="001E6A9A">
                  <w:rPr>
                    <w:rFonts w:ascii="MS Gothic" w:eastAsia="MS Gothic" w:hAnsi="MS Gothic" w:hint="eastAsia"/>
                    <w:sz w:val="20"/>
                    <w:szCs w:val="20"/>
                    <w:lang w:val="de-DE"/>
                  </w:rPr>
                  <w:t>☐</w:t>
                </w:r>
              </w:sdtContent>
            </w:sdt>
            <w:r w:rsidR="00F9761E" w:rsidRPr="001E6A9A">
              <w:rPr>
                <w:rFonts w:ascii="Fira Sans Light" w:hAnsi="Fira Sans Light"/>
                <w:sz w:val="20"/>
                <w:szCs w:val="20"/>
                <w:lang w:val="de-DE"/>
              </w:rPr>
              <w:t xml:space="preserve"> Management</w:t>
            </w:r>
          </w:p>
          <w:p w14:paraId="31E08761" w14:textId="143DD7BC" w:rsidR="00F9761E" w:rsidRPr="001E6A9A" w:rsidRDefault="00332E90" w:rsidP="00F9761E">
            <w:pPr>
              <w:rPr>
                <w:rFonts w:ascii="Fira Sans Light" w:hAnsi="Fira Sans Light"/>
                <w:sz w:val="20"/>
                <w:szCs w:val="20"/>
                <w:lang w:val="de-DE"/>
              </w:rPr>
            </w:pPr>
            <w:sdt>
              <w:sdtPr>
                <w:rPr>
                  <w:rFonts w:ascii="Fira Sans Light" w:hAnsi="Fira Sans Light"/>
                  <w:sz w:val="20"/>
                  <w:szCs w:val="20"/>
                  <w:lang w:val="de-DE"/>
                </w:rPr>
                <w:id w:val="-1309939785"/>
                <w14:checkbox>
                  <w14:checked w14:val="0"/>
                  <w14:checkedState w14:val="2612" w14:font="MS Gothic"/>
                  <w14:uncheckedState w14:val="2610" w14:font="MS Gothic"/>
                </w14:checkbox>
              </w:sdtPr>
              <w:sdtEndPr/>
              <w:sdtContent>
                <w:r w:rsidR="00F9761E" w:rsidRPr="001E6A9A">
                  <w:rPr>
                    <w:rFonts w:ascii="MS Gothic" w:eastAsia="MS Gothic" w:hAnsi="MS Gothic" w:hint="eastAsia"/>
                    <w:sz w:val="20"/>
                    <w:szCs w:val="20"/>
                    <w:lang w:val="de-DE"/>
                  </w:rPr>
                  <w:t>☐</w:t>
                </w:r>
              </w:sdtContent>
            </w:sdt>
            <w:r w:rsidR="00F9761E" w:rsidRPr="001E6A9A">
              <w:rPr>
                <w:rFonts w:ascii="Fira Sans Light" w:hAnsi="Fira Sans Light"/>
                <w:sz w:val="20"/>
                <w:szCs w:val="20"/>
                <w:lang w:val="de-DE"/>
              </w:rPr>
              <w:t xml:space="preserve"> Labor</w:t>
            </w:r>
          </w:p>
        </w:tc>
      </w:tr>
      <w:tr w:rsidR="00F9761E" w:rsidRPr="000D5D13" w14:paraId="2A3BEBCC" w14:textId="0DCAC0FA" w:rsidTr="000B19F5">
        <w:sdt>
          <w:sdtPr>
            <w:rPr>
              <w:rFonts w:ascii="Fira Sans Light" w:hAnsi="Fira Sans Light"/>
              <w:sz w:val="20"/>
              <w:szCs w:val="20"/>
              <w:lang w:val="de-DE"/>
            </w:rPr>
            <w:id w:val="585345796"/>
            <w:placeholder>
              <w:docPart w:val="D24443E389F34A308FF3C79E9811BF27"/>
            </w:placeholder>
            <w:showingPlcHdr/>
            <w:text/>
          </w:sdtPr>
          <w:sdtEndPr/>
          <w:sdtContent>
            <w:tc>
              <w:tcPr>
                <w:tcW w:w="2410" w:type="dxa"/>
              </w:tcPr>
              <w:p w14:paraId="30C6E595" w14:textId="0B9B6CFD" w:rsidR="00F9761E" w:rsidRPr="001E6A9A" w:rsidRDefault="00F9761E" w:rsidP="00F9761E">
                <w:pPr>
                  <w:rPr>
                    <w:rFonts w:ascii="Fira Sans regular" w:hAnsi="Fira Sans regular" w:hint="eastAsia"/>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765688832"/>
            <w:placeholder>
              <w:docPart w:val="320D4DF9E9FF41B0B39029C8671E0491"/>
            </w:placeholder>
            <w:showingPlcHdr/>
            <w:text/>
          </w:sdtPr>
          <w:sdtEndPr/>
          <w:sdtContent>
            <w:tc>
              <w:tcPr>
                <w:tcW w:w="709" w:type="dxa"/>
              </w:tcPr>
              <w:p w14:paraId="5962469D" w14:textId="21C31751"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452625809"/>
            <w:placeholder>
              <w:docPart w:val="307E522915A74F7193BBC854F1577DE6"/>
            </w:placeholder>
            <w:showingPlcHdr/>
            <w:text/>
          </w:sdtPr>
          <w:sdtEndPr/>
          <w:sdtContent>
            <w:tc>
              <w:tcPr>
                <w:tcW w:w="1098" w:type="dxa"/>
              </w:tcPr>
              <w:p w14:paraId="3FE74147" w14:textId="01265937"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861673475"/>
            <w:placeholder>
              <w:docPart w:val="CC39E851596C4A6D9D3D272606222A44"/>
            </w:placeholder>
            <w:showingPlcHdr/>
            <w:text/>
          </w:sdtPr>
          <w:sdtEndPr/>
          <w:sdtContent>
            <w:tc>
              <w:tcPr>
                <w:tcW w:w="1099" w:type="dxa"/>
              </w:tcPr>
              <w:p w14:paraId="653284EE" w14:textId="2132B5DD"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2002180002"/>
            <w:placeholder>
              <w:docPart w:val="692841F3EDDC4BF7B301801C437677DE"/>
            </w:placeholder>
            <w:showingPlcHdr/>
            <w:text/>
          </w:sdtPr>
          <w:sdtEndPr/>
          <w:sdtContent>
            <w:tc>
              <w:tcPr>
                <w:tcW w:w="1098" w:type="dxa"/>
              </w:tcPr>
              <w:p w14:paraId="5147E030" w14:textId="7A515B34"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052571196"/>
            <w:placeholder>
              <w:docPart w:val="278F85ECF9B94D418B72023B8BA8C650"/>
            </w:placeholder>
            <w:showingPlcHdr/>
            <w:text/>
          </w:sdtPr>
          <w:sdtEndPr/>
          <w:sdtContent>
            <w:tc>
              <w:tcPr>
                <w:tcW w:w="1099" w:type="dxa"/>
              </w:tcPr>
              <w:p w14:paraId="63E30858" w14:textId="6B6A1318"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c>
          <w:tcPr>
            <w:tcW w:w="1701" w:type="dxa"/>
          </w:tcPr>
          <w:p w14:paraId="2CBA24C4" w14:textId="77777777" w:rsidR="00F9761E" w:rsidRPr="001E6A9A" w:rsidRDefault="00332E90" w:rsidP="00F9761E">
            <w:pPr>
              <w:rPr>
                <w:rFonts w:ascii="Fira Sans Light" w:hAnsi="Fira Sans Light"/>
                <w:sz w:val="20"/>
                <w:szCs w:val="20"/>
                <w:lang w:val="de-DE"/>
              </w:rPr>
            </w:pPr>
            <w:sdt>
              <w:sdtPr>
                <w:rPr>
                  <w:rFonts w:ascii="Fira Sans Light" w:hAnsi="Fira Sans Light"/>
                  <w:sz w:val="20"/>
                  <w:szCs w:val="20"/>
                  <w:lang w:val="de-DE"/>
                </w:rPr>
                <w:id w:val="1773972047"/>
                <w14:checkbox>
                  <w14:checked w14:val="0"/>
                  <w14:checkedState w14:val="2612" w14:font="MS Gothic"/>
                  <w14:uncheckedState w14:val="2610" w14:font="MS Gothic"/>
                </w14:checkbox>
              </w:sdtPr>
              <w:sdtEndPr/>
              <w:sdtContent>
                <w:r w:rsidR="00F9761E" w:rsidRPr="001E6A9A">
                  <w:rPr>
                    <w:rFonts w:ascii="MS Gothic" w:eastAsia="MS Gothic" w:hAnsi="MS Gothic" w:hint="eastAsia"/>
                    <w:sz w:val="20"/>
                    <w:szCs w:val="20"/>
                    <w:lang w:val="de-DE"/>
                  </w:rPr>
                  <w:t>☐</w:t>
                </w:r>
              </w:sdtContent>
            </w:sdt>
            <w:r w:rsidR="00F9761E" w:rsidRPr="001E6A9A">
              <w:rPr>
                <w:rFonts w:ascii="Fira Sans Light" w:hAnsi="Fira Sans Light"/>
                <w:sz w:val="20"/>
                <w:szCs w:val="20"/>
                <w:lang w:val="de-DE"/>
              </w:rPr>
              <w:t xml:space="preserve"> Management</w:t>
            </w:r>
          </w:p>
          <w:p w14:paraId="3659E99F" w14:textId="7C214D6A" w:rsidR="00F9761E" w:rsidRPr="001E6A9A" w:rsidRDefault="00332E90" w:rsidP="00F9761E">
            <w:pPr>
              <w:rPr>
                <w:rFonts w:ascii="Fira Sans Light" w:hAnsi="Fira Sans Light"/>
                <w:sz w:val="20"/>
                <w:szCs w:val="20"/>
                <w:lang w:val="de-DE"/>
              </w:rPr>
            </w:pPr>
            <w:sdt>
              <w:sdtPr>
                <w:rPr>
                  <w:rFonts w:ascii="Fira Sans Light" w:hAnsi="Fira Sans Light"/>
                  <w:sz w:val="20"/>
                  <w:szCs w:val="20"/>
                  <w:lang w:val="de-DE"/>
                </w:rPr>
                <w:id w:val="-41829118"/>
                <w14:checkbox>
                  <w14:checked w14:val="0"/>
                  <w14:checkedState w14:val="2612" w14:font="MS Gothic"/>
                  <w14:uncheckedState w14:val="2610" w14:font="MS Gothic"/>
                </w14:checkbox>
              </w:sdtPr>
              <w:sdtEndPr/>
              <w:sdtContent>
                <w:r w:rsidR="00F9761E" w:rsidRPr="001E6A9A">
                  <w:rPr>
                    <w:rFonts w:ascii="MS Gothic" w:eastAsia="MS Gothic" w:hAnsi="MS Gothic" w:hint="eastAsia"/>
                    <w:sz w:val="20"/>
                    <w:szCs w:val="20"/>
                    <w:lang w:val="de-DE"/>
                  </w:rPr>
                  <w:t>☐</w:t>
                </w:r>
              </w:sdtContent>
            </w:sdt>
            <w:r w:rsidR="00F9761E" w:rsidRPr="001E6A9A">
              <w:rPr>
                <w:rFonts w:ascii="Fira Sans Light" w:hAnsi="Fira Sans Light"/>
                <w:sz w:val="20"/>
                <w:szCs w:val="20"/>
                <w:lang w:val="de-DE"/>
              </w:rPr>
              <w:t xml:space="preserve"> Labor</w:t>
            </w:r>
          </w:p>
        </w:tc>
      </w:tr>
      <w:tr w:rsidR="00F9761E" w:rsidRPr="000D5D13" w14:paraId="5EA8343E" w14:textId="33EF5D43" w:rsidTr="006A2FF8">
        <w:sdt>
          <w:sdtPr>
            <w:rPr>
              <w:rFonts w:ascii="Fira Sans Light" w:hAnsi="Fira Sans Light"/>
              <w:sz w:val="20"/>
              <w:szCs w:val="20"/>
              <w:lang w:val="de-DE"/>
            </w:rPr>
            <w:id w:val="-1020005306"/>
            <w:placeholder>
              <w:docPart w:val="4D62894A464540C6B086987D643485E1"/>
            </w:placeholder>
            <w:showingPlcHdr/>
            <w:text/>
          </w:sdtPr>
          <w:sdtEndPr/>
          <w:sdtContent>
            <w:tc>
              <w:tcPr>
                <w:tcW w:w="2410" w:type="dxa"/>
              </w:tcPr>
              <w:p w14:paraId="57D1C720" w14:textId="458CF98B" w:rsidR="00F9761E" w:rsidRPr="001E6A9A" w:rsidRDefault="00F9761E" w:rsidP="00F9761E">
                <w:pPr>
                  <w:rPr>
                    <w:rFonts w:ascii="Fira Sans regular" w:hAnsi="Fira Sans regular" w:hint="eastAsia"/>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940895311"/>
            <w:placeholder>
              <w:docPart w:val="9FF17BBAD6E042C58BA1F0AF45744141"/>
            </w:placeholder>
            <w:showingPlcHdr/>
            <w:text/>
          </w:sdtPr>
          <w:sdtEndPr/>
          <w:sdtContent>
            <w:tc>
              <w:tcPr>
                <w:tcW w:w="709" w:type="dxa"/>
              </w:tcPr>
              <w:p w14:paraId="25D1048C" w14:textId="38D25BDA"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029999133"/>
            <w:placeholder>
              <w:docPart w:val="6AF4EEDE59404410A7CE101914ED28BE"/>
            </w:placeholder>
            <w:showingPlcHdr/>
            <w:text/>
          </w:sdtPr>
          <w:sdtEndPr/>
          <w:sdtContent>
            <w:tc>
              <w:tcPr>
                <w:tcW w:w="1098" w:type="dxa"/>
              </w:tcPr>
              <w:p w14:paraId="25E5D74B" w14:textId="66080F99"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237082176"/>
            <w:placeholder>
              <w:docPart w:val="C70470483A0D4C3A8A9FC99445B4A5C3"/>
            </w:placeholder>
            <w:showingPlcHdr/>
            <w:text/>
          </w:sdtPr>
          <w:sdtEndPr/>
          <w:sdtContent>
            <w:tc>
              <w:tcPr>
                <w:tcW w:w="1099" w:type="dxa"/>
              </w:tcPr>
              <w:p w14:paraId="77439652" w14:textId="78ED3060"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2145157425"/>
            <w:placeholder>
              <w:docPart w:val="0976E84ADFF2452695A82C96CA53B9D6"/>
            </w:placeholder>
            <w:showingPlcHdr/>
            <w:text/>
          </w:sdtPr>
          <w:sdtEndPr/>
          <w:sdtContent>
            <w:tc>
              <w:tcPr>
                <w:tcW w:w="1098" w:type="dxa"/>
              </w:tcPr>
              <w:p w14:paraId="43142951" w14:textId="4A428D76"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5237907"/>
            <w:placeholder>
              <w:docPart w:val="A7A487A75F1448819BA4F142891980DB"/>
            </w:placeholder>
            <w:showingPlcHdr/>
            <w:text/>
          </w:sdtPr>
          <w:sdtEndPr/>
          <w:sdtContent>
            <w:tc>
              <w:tcPr>
                <w:tcW w:w="1099" w:type="dxa"/>
              </w:tcPr>
              <w:p w14:paraId="0FA82F19" w14:textId="751A0D09"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c>
          <w:tcPr>
            <w:tcW w:w="1701" w:type="dxa"/>
          </w:tcPr>
          <w:p w14:paraId="5289FAEC" w14:textId="77777777" w:rsidR="00F9761E" w:rsidRPr="001E6A9A" w:rsidRDefault="00332E90" w:rsidP="00F9761E">
            <w:pPr>
              <w:rPr>
                <w:rFonts w:ascii="Fira Sans Light" w:hAnsi="Fira Sans Light"/>
                <w:sz w:val="20"/>
                <w:szCs w:val="20"/>
                <w:lang w:val="de-DE"/>
              </w:rPr>
            </w:pPr>
            <w:sdt>
              <w:sdtPr>
                <w:rPr>
                  <w:rFonts w:ascii="Fira Sans Light" w:hAnsi="Fira Sans Light"/>
                  <w:sz w:val="20"/>
                  <w:szCs w:val="20"/>
                  <w:lang w:val="de-DE"/>
                </w:rPr>
                <w:id w:val="1229420255"/>
                <w14:checkbox>
                  <w14:checked w14:val="0"/>
                  <w14:checkedState w14:val="2612" w14:font="MS Gothic"/>
                  <w14:uncheckedState w14:val="2610" w14:font="MS Gothic"/>
                </w14:checkbox>
              </w:sdtPr>
              <w:sdtEndPr/>
              <w:sdtContent>
                <w:r w:rsidR="00F9761E" w:rsidRPr="001E6A9A">
                  <w:rPr>
                    <w:rFonts w:ascii="MS Gothic" w:eastAsia="MS Gothic" w:hAnsi="MS Gothic" w:hint="eastAsia"/>
                    <w:sz w:val="20"/>
                    <w:szCs w:val="20"/>
                    <w:lang w:val="de-DE"/>
                  </w:rPr>
                  <w:t>☐</w:t>
                </w:r>
              </w:sdtContent>
            </w:sdt>
            <w:r w:rsidR="00F9761E" w:rsidRPr="001E6A9A">
              <w:rPr>
                <w:rFonts w:ascii="Fira Sans Light" w:hAnsi="Fira Sans Light"/>
                <w:sz w:val="20"/>
                <w:szCs w:val="20"/>
                <w:lang w:val="de-DE"/>
              </w:rPr>
              <w:t xml:space="preserve"> Management</w:t>
            </w:r>
          </w:p>
          <w:p w14:paraId="00D9986E" w14:textId="126C1677" w:rsidR="00F9761E" w:rsidRPr="001E6A9A" w:rsidRDefault="00332E90" w:rsidP="00F9761E">
            <w:pPr>
              <w:rPr>
                <w:rFonts w:ascii="Fira Sans Light" w:hAnsi="Fira Sans Light"/>
                <w:sz w:val="20"/>
                <w:szCs w:val="20"/>
                <w:lang w:val="de-DE"/>
              </w:rPr>
            </w:pPr>
            <w:sdt>
              <w:sdtPr>
                <w:rPr>
                  <w:rFonts w:ascii="Fira Sans Light" w:hAnsi="Fira Sans Light"/>
                  <w:sz w:val="20"/>
                  <w:szCs w:val="20"/>
                  <w:lang w:val="de-DE"/>
                </w:rPr>
                <w:id w:val="-1221970020"/>
                <w14:checkbox>
                  <w14:checked w14:val="0"/>
                  <w14:checkedState w14:val="2612" w14:font="MS Gothic"/>
                  <w14:uncheckedState w14:val="2610" w14:font="MS Gothic"/>
                </w14:checkbox>
              </w:sdtPr>
              <w:sdtEndPr/>
              <w:sdtContent>
                <w:r w:rsidR="00F9761E" w:rsidRPr="001E6A9A">
                  <w:rPr>
                    <w:rFonts w:ascii="MS Gothic" w:eastAsia="MS Gothic" w:hAnsi="MS Gothic" w:hint="eastAsia"/>
                    <w:sz w:val="20"/>
                    <w:szCs w:val="20"/>
                    <w:lang w:val="de-DE"/>
                  </w:rPr>
                  <w:t>☐</w:t>
                </w:r>
              </w:sdtContent>
            </w:sdt>
            <w:r w:rsidR="00F9761E" w:rsidRPr="001E6A9A">
              <w:rPr>
                <w:rFonts w:ascii="Fira Sans Light" w:hAnsi="Fira Sans Light"/>
                <w:sz w:val="20"/>
                <w:szCs w:val="20"/>
                <w:lang w:val="de-DE"/>
              </w:rPr>
              <w:t xml:space="preserve"> Labor</w:t>
            </w:r>
          </w:p>
        </w:tc>
      </w:tr>
      <w:tr w:rsidR="00F9761E" w:rsidRPr="000D5D13" w14:paraId="2A66756A" w14:textId="3D10D0CC" w:rsidTr="00757778">
        <w:sdt>
          <w:sdtPr>
            <w:rPr>
              <w:rFonts w:ascii="Fira Sans Light" w:hAnsi="Fira Sans Light"/>
              <w:sz w:val="20"/>
              <w:szCs w:val="20"/>
              <w:lang w:val="de-DE"/>
            </w:rPr>
            <w:id w:val="-1734774041"/>
            <w:placeholder>
              <w:docPart w:val="93C531BA39A04B089EFBE9D0FC2F17BF"/>
            </w:placeholder>
            <w:showingPlcHdr/>
            <w:text/>
          </w:sdtPr>
          <w:sdtEndPr/>
          <w:sdtContent>
            <w:tc>
              <w:tcPr>
                <w:tcW w:w="2410" w:type="dxa"/>
              </w:tcPr>
              <w:p w14:paraId="641F6052" w14:textId="289A85F1" w:rsidR="00F9761E" w:rsidRPr="001E6A9A" w:rsidRDefault="00F9761E" w:rsidP="00F9761E">
                <w:pPr>
                  <w:rPr>
                    <w:rFonts w:ascii="Fira Sans regular" w:hAnsi="Fira Sans regular" w:hint="eastAsia"/>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92779228"/>
            <w:placeholder>
              <w:docPart w:val="9EA525985FD64511951FE4CF71D0351E"/>
            </w:placeholder>
            <w:showingPlcHdr/>
            <w:text/>
          </w:sdtPr>
          <w:sdtEndPr/>
          <w:sdtContent>
            <w:tc>
              <w:tcPr>
                <w:tcW w:w="709" w:type="dxa"/>
              </w:tcPr>
              <w:p w14:paraId="22BF1038" w14:textId="58CBFEAE"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326673562"/>
            <w:placeholder>
              <w:docPart w:val="FA06850768C54B2492FC1A05353CB6F3"/>
            </w:placeholder>
            <w:showingPlcHdr/>
            <w:text/>
          </w:sdtPr>
          <w:sdtEndPr/>
          <w:sdtContent>
            <w:tc>
              <w:tcPr>
                <w:tcW w:w="1098" w:type="dxa"/>
              </w:tcPr>
              <w:p w14:paraId="16DDF370" w14:textId="591D4BE5"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485423470"/>
            <w:placeholder>
              <w:docPart w:val="6336A3F96BD94DADBB1DB9E2BB948764"/>
            </w:placeholder>
            <w:showingPlcHdr/>
            <w:text/>
          </w:sdtPr>
          <w:sdtEndPr/>
          <w:sdtContent>
            <w:tc>
              <w:tcPr>
                <w:tcW w:w="1099" w:type="dxa"/>
              </w:tcPr>
              <w:p w14:paraId="5BD0C0EA" w14:textId="53343CE7"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275700536"/>
            <w:placeholder>
              <w:docPart w:val="01D0674B7FBD4D69BA14A79B97C145E4"/>
            </w:placeholder>
            <w:showingPlcHdr/>
            <w:text/>
          </w:sdtPr>
          <w:sdtEndPr/>
          <w:sdtContent>
            <w:tc>
              <w:tcPr>
                <w:tcW w:w="1098" w:type="dxa"/>
              </w:tcPr>
              <w:p w14:paraId="7285B7CF" w14:textId="072831D6"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793315620"/>
            <w:placeholder>
              <w:docPart w:val="1ACFF307F99645DC8CA61CC14ADA8170"/>
            </w:placeholder>
            <w:showingPlcHdr/>
            <w:text/>
          </w:sdtPr>
          <w:sdtEndPr/>
          <w:sdtContent>
            <w:tc>
              <w:tcPr>
                <w:tcW w:w="1099" w:type="dxa"/>
              </w:tcPr>
              <w:p w14:paraId="0EE96222" w14:textId="32789145"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c>
          <w:tcPr>
            <w:tcW w:w="1701" w:type="dxa"/>
          </w:tcPr>
          <w:p w14:paraId="3C07BA01" w14:textId="77777777" w:rsidR="00F9761E" w:rsidRPr="001E6A9A" w:rsidRDefault="00332E90" w:rsidP="00F9761E">
            <w:pPr>
              <w:rPr>
                <w:rFonts w:ascii="Fira Sans Light" w:hAnsi="Fira Sans Light"/>
                <w:sz w:val="20"/>
                <w:szCs w:val="20"/>
                <w:lang w:val="de-DE"/>
              </w:rPr>
            </w:pPr>
            <w:sdt>
              <w:sdtPr>
                <w:rPr>
                  <w:rFonts w:ascii="Fira Sans Light" w:hAnsi="Fira Sans Light"/>
                  <w:sz w:val="20"/>
                  <w:szCs w:val="20"/>
                  <w:lang w:val="de-DE"/>
                </w:rPr>
                <w:id w:val="-1353951893"/>
                <w14:checkbox>
                  <w14:checked w14:val="0"/>
                  <w14:checkedState w14:val="2612" w14:font="MS Gothic"/>
                  <w14:uncheckedState w14:val="2610" w14:font="MS Gothic"/>
                </w14:checkbox>
              </w:sdtPr>
              <w:sdtEndPr/>
              <w:sdtContent>
                <w:r w:rsidR="00F9761E" w:rsidRPr="001E6A9A">
                  <w:rPr>
                    <w:rFonts w:ascii="MS Gothic" w:eastAsia="MS Gothic" w:hAnsi="MS Gothic" w:hint="eastAsia"/>
                    <w:sz w:val="20"/>
                    <w:szCs w:val="20"/>
                    <w:lang w:val="de-DE"/>
                  </w:rPr>
                  <w:t>☐</w:t>
                </w:r>
              </w:sdtContent>
            </w:sdt>
            <w:r w:rsidR="00F9761E" w:rsidRPr="001E6A9A">
              <w:rPr>
                <w:rFonts w:ascii="Fira Sans Light" w:hAnsi="Fira Sans Light"/>
                <w:sz w:val="20"/>
                <w:szCs w:val="20"/>
                <w:lang w:val="de-DE"/>
              </w:rPr>
              <w:t xml:space="preserve"> Management</w:t>
            </w:r>
          </w:p>
          <w:p w14:paraId="4926F641" w14:textId="0F77822C" w:rsidR="00F9761E" w:rsidRPr="001E6A9A" w:rsidRDefault="00332E90" w:rsidP="00F9761E">
            <w:pPr>
              <w:rPr>
                <w:rFonts w:ascii="Fira Sans Light" w:hAnsi="Fira Sans Light"/>
                <w:sz w:val="20"/>
                <w:szCs w:val="20"/>
                <w:lang w:val="de-DE"/>
              </w:rPr>
            </w:pPr>
            <w:sdt>
              <w:sdtPr>
                <w:rPr>
                  <w:rFonts w:ascii="Fira Sans Light" w:hAnsi="Fira Sans Light"/>
                  <w:sz w:val="20"/>
                  <w:szCs w:val="20"/>
                  <w:lang w:val="de-DE"/>
                </w:rPr>
                <w:id w:val="845591717"/>
                <w14:checkbox>
                  <w14:checked w14:val="0"/>
                  <w14:checkedState w14:val="2612" w14:font="MS Gothic"/>
                  <w14:uncheckedState w14:val="2610" w14:font="MS Gothic"/>
                </w14:checkbox>
              </w:sdtPr>
              <w:sdtEndPr/>
              <w:sdtContent>
                <w:r w:rsidR="00F9761E" w:rsidRPr="001E6A9A">
                  <w:rPr>
                    <w:rFonts w:ascii="MS Gothic" w:eastAsia="MS Gothic" w:hAnsi="MS Gothic" w:hint="eastAsia"/>
                    <w:sz w:val="20"/>
                    <w:szCs w:val="20"/>
                    <w:lang w:val="de-DE"/>
                  </w:rPr>
                  <w:t>☐</w:t>
                </w:r>
              </w:sdtContent>
            </w:sdt>
            <w:r w:rsidR="00F9761E" w:rsidRPr="001E6A9A">
              <w:rPr>
                <w:rFonts w:ascii="Fira Sans Light" w:hAnsi="Fira Sans Light"/>
                <w:sz w:val="20"/>
                <w:szCs w:val="20"/>
                <w:lang w:val="de-DE"/>
              </w:rPr>
              <w:t xml:space="preserve"> Labor</w:t>
            </w:r>
          </w:p>
        </w:tc>
      </w:tr>
    </w:tbl>
    <w:p w14:paraId="4DA1B3E8" w14:textId="77777777" w:rsidR="00C46F94" w:rsidRPr="00C46F94" w:rsidRDefault="00C46F94" w:rsidP="00C46F94">
      <w:pPr>
        <w:spacing w:after="0" w:line="240" w:lineRule="auto"/>
        <w:rPr>
          <w:rFonts w:ascii="Fira Sans" w:eastAsiaTheme="majorEastAsia" w:hAnsi="Fira Sans" w:cstheme="majorBidi"/>
          <w:color w:val="4A4A4A"/>
          <w:spacing w:val="5"/>
          <w:kern w:val="28"/>
          <w:sz w:val="20"/>
          <w:szCs w:val="20"/>
          <w:lang w:val="de-DE"/>
        </w:rPr>
      </w:pPr>
    </w:p>
    <w:p w14:paraId="4531A620" w14:textId="77777777" w:rsidR="00C46F94" w:rsidRPr="00C46F94" w:rsidRDefault="00C46F94" w:rsidP="00C46F94">
      <w:pPr>
        <w:spacing w:after="0" w:line="240" w:lineRule="auto"/>
        <w:rPr>
          <w:rFonts w:ascii="Fira Sans" w:eastAsiaTheme="majorEastAsia" w:hAnsi="Fira Sans" w:cstheme="majorBidi"/>
          <w:color w:val="4A4A4A"/>
          <w:spacing w:val="5"/>
          <w:kern w:val="28"/>
          <w:sz w:val="20"/>
          <w:szCs w:val="20"/>
          <w:lang w:val="de-DE"/>
        </w:rPr>
      </w:pPr>
    </w:p>
    <w:p w14:paraId="63587BDE" w14:textId="77777777" w:rsidR="00C46F94" w:rsidRPr="00C46F94" w:rsidRDefault="00C46F94" w:rsidP="00C46F94">
      <w:pPr>
        <w:spacing w:after="0" w:line="240" w:lineRule="auto"/>
        <w:rPr>
          <w:rFonts w:ascii="Fira Sans" w:eastAsiaTheme="majorEastAsia" w:hAnsi="Fira Sans" w:cstheme="majorBidi"/>
          <w:color w:val="4A4A4A"/>
          <w:spacing w:val="5"/>
          <w:kern w:val="28"/>
          <w:sz w:val="20"/>
          <w:szCs w:val="20"/>
          <w:lang w:val="de-DE"/>
        </w:rPr>
      </w:pPr>
    </w:p>
    <w:p w14:paraId="24361F47" w14:textId="458D0265" w:rsidR="002C4877" w:rsidRDefault="00FB1F2B" w:rsidP="002C4877">
      <w:pPr>
        <w:pStyle w:val="Listenabsatz"/>
        <w:numPr>
          <w:ilvl w:val="0"/>
          <w:numId w:val="43"/>
        </w:numPr>
        <w:spacing w:after="0" w:line="240" w:lineRule="auto"/>
        <w:ind w:left="426" w:hanging="426"/>
        <w:contextualSpacing w:val="0"/>
        <w:rPr>
          <w:rFonts w:ascii="Fira Sans" w:eastAsiaTheme="majorEastAsia" w:hAnsi="Fira Sans" w:cstheme="majorBidi"/>
          <w:color w:val="4A4A4A"/>
          <w:spacing w:val="5"/>
          <w:kern w:val="28"/>
          <w:sz w:val="40"/>
          <w:szCs w:val="40"/>
          <w:lang w:val="de-DE"/>
        </w:rPr>
      </w:pPr>
      <w:r>
        <w:rPr>
          <w:rFonts w:ascii="Fira Sans" w:eastAsiaTheme="majorEastAsia" w:hAnsi="Fira Sans" w:cstheme="majorBidi"/>
          <w:color w:val="4A4A4A"/>
          <w:spacing w:val="5"/>
          <w:kern w:val="28"/>
          <w:sz w:val="40"/>
          <w:szCs w:val="40"/>
          <w:lang w:val="de-DE"/>
        </w:rPr>
        <w:t>Personalstruktur</w:t>
      </w:r>
      <w:r w:rsidR="006A383E">
        <w:rPr>
          <w:rFonts w:ascii="Fira Sans" w:eastAsiaTheme="majorEastAsia" w:hAnsi="Fira Sans" w:cstheme="majorBidi"/>
          <w:color w:val="4A4A4A"/>
          <w:spacing w:val="5"/>
          <w:kern w:val="28"/>
          <w:sz w:val="40"/>
          <w:szCs w:val="40"/>
          <w:lang w:val="de-DE"/>
        </w:rPr>
        <w:t xml:space="preserve"> (ohne Inhaber)</w:t>
      </w:r>
    </w:p>
    <w:p w14:paraId="4B5AABBA" w14:textId="77777777" w:rsidR="002C4877" w:rsidRPr="00F4643C" w:rsidRDefault="002C4877" w:rsidP="002C4877">
      <w:pPr>
        <w:spacing w:after="0" w:line="240" w:lineRule="auto"/>
        <w:rPr>
          <w:rFonts w:ascii="Fira Sans" w:eastAsiaTheme="majorEastAsia" w:hAnsi="Fira Sans" w:cstheme="majorBidi"/>
          <w:color w:val="4A4A4A"/>
          <w:spacing w:val="5"/>
          <w:kern w:val="28"/>
          <w:sz w:val="20"/>
          <w:szCs w:val="20"/>
          <w:lang w:val="de-DE"/>
        </w:rPr>
      </w:pPr>
    </w:p>
    <w:tbl>
      <w:tblPr>
        <w:tblStyle w:val="Tabellenraster"/>
        <w:tblW w:w="9214" w:type="dxa"/>
        <w:tblInd w:w="-5" w:type="dxa"/>
        <w:tblLayout w:type="fixed"/>
        <w:tblCellMar>
          <w:top w:w="57" w:type="dxa"/>
          <w:bottom w:w="57" w:type="dxa"/>
        </w:tblCellMar>
        <w:tblLook w:val="04A0" w:firstRow="1" w:lastRow="0" w:firstColumn="1" w:lastColumn="0" w:noHBand="0" w:noVBand="1"/>
      </w:tblPr>
      <w:tblGrid>
        <w:gridCol w:w="4111"/>
        <w:gridCol w:w="1701"/>
        <w:gridCol w:w="1701"/>
        <w:gridCol w:w="1701"/>
      </w:tblGrid>
      <w:tr w:rsidR="00964DD2" w:rsidRPr="000D5D13" w14:paraId="61E87D26" w14:textId="77777777" w:rsidTr="00C46F94">
        <w:trPr>
          <w:tblHeader/>
        </w:trPr>
        <w:tc>
          <w:tcPr>
            <w:tcW w:w="4111" w:type="dxa"/>
            <w:shd w:val="clear" w:color="auto" w:fill="8BC540"/>
            <w:vAlign w:val="center"/>
          </w:tcPr>
          <w:p w14:paraId="707ADC9A" w14:textId="1B123111" w:rsidR="00964DD2" w:rsidRPr="001E6A9A" w:rsidRDefault="00964DD2" w:rsidP="00A476B3">
            <w:pPr>
              <w:jc w:val="center"/>
              <w:rPr>
                <w:rFonts w:ascii="Fira Sans regular" w:hAnsi="Fira Sans regular" w:hint="eastAsia"/>
                <w:b/>
                <w:sz w:val="20"/>
                <w:szCs w:val="20"/>
                <w:lang w:val="de-DE"/>
              </w:rPr>
            </w:pPr>
            <w:r w:rsidRPr="001E6A9A">
              <w:rPr>
                <w:rFonts w:ascii="Fira Sans regular" w:hAnsi="Fira Sans regular"/>
                <w:b/>
                <w:sz w:val="20"/>
                <w:szCs w:val="20"/>
                <w:lang w:val="de-DE"/>
              </w:rPr>
              <w:t>Personal</w:t>
            </w:r>
          </w:p>
        </w:tc>
        <w:tc>
          <w:tcPr>
            <w:tcW w:w="1701" w:type="dxa"/>
            <w:shd w:val="clear" w:color="auto" w:fill="8BC540"/>
            <w:vAlign w:val="center"/>
          </w:tcPr>
          <w:p w14:paraId="346DFE93" w14:textId="27DA759B" w:rsidR="00964DD2" w:rsidRPr="001E6A9A" w:rsidRDefault="00964DD2" w:rsidP="00A476B3">
            <w:pPr>
              <w:jc w:val="center"/>
              <w:rPr>
                <w:rFonts w:ascii="Fira Sans Light" w:hAnsi="Fira Sans Light"/>
                <w:b/>
                <w:sz w:val="20"/>
                <w:szCs w:val="20"/>
                <w:lang w:val="de-DE"/>
              </w:rPr>
            </w:pPr>
            <w:r w:rsidRPr="001E6A9A">
              <w:rPr>
                <w:rFonts w:ascii="Fira Sans Light" w:hAnsi="Fira Sans Light"/>
                <w:b/>
                <w:sz w:val="20"/>
                <w:szCs w:val="20"/>
                <w:lang w:val="de-DE"/>
              </w:rPr>
              <w:t>Anzahl</w:t>
            </w:r>
          </w:p>
        </w:tc>
        <w:tc>
          <w:tcPr>
            <w:tcW w:w="1701" w:type="dxa"/>
            <w:shd w:val="clear" w:color="auto" w:fill="8BC540"/>
            <w:vAlign w:val="center"/>
          </w:tcPr>
          <w:p w14:paraId="4FEED094" w14:textId="77777777" w:rsidR="00964DD2" w:rsidRPr="001E6A9A" w:rsidRDefault="00964DD2" w:rsidP="00A476B3">
            <w:pPr>
              <w:jc w:val="center"/>
              <w:rPr>
                <w:rFonts w:ascii="Fira Sans Light" w:hAnsi="Fira Sans Light"/>
                <w:b/>
                <w:sz w:val="20"/>
                <w:szCs w:val="20"/>
                <w:lang w:val="de-DE"/>
              </w:rPr>
            </w:pPr>
            <w:r w:rsidRPr="001E6A9A">
              <w:rPr>
                <w:rFonts w:ascii="Fira Sans Light" w:hAnsi="Fira Sans Light"/>
                <w:b/>
                <w:sz w:val="20"/>
                <w:szCs w:val="20"/>
                <w:lang w:val="de-DE"/>
              </w:rPr>
              <w:t>davon in</w:t>
            </w:r>
          </w:p>
          <w:p w14:paraId="7ACC2657" w14:textId="3389FE55" w:rsidR="00964DD2" w:rsidRPr="001E6A9A" w:rsidRDefault="00964DD2" w:rsidP="00A476B3">
            <w:pPr>
              <w:jc w:val="center"/>
              <w:rPr>
                <w:rFonts w:ascii="Fira Sans Light" w:hAnsi="Fira Sans Light"/>
                <w:b/>
                <w:sz w:val="20"/>
                <w:szCs w:val="20"/>
                <w:lang w:val="de-DE"/>
              </w:rPr>
            </w:pPr>
            <w:r w:rsidRPr="001E6A9A">
              <w:rPr>
                <w:rFonts w:ascii="Fira Sans Light" w:hAnsi="Fira Sans Light"/>
                <w:b/>
                <w:sz w:val="20"/>
                <w:szCs w:val="20"/>
                <w:lang w:val="de-DE"/>
              </w:rPr>
              <w:t>Vollzeit</w:t>
            </w:r>
          </w:p>
        </w:tc>
        <w:tc>
          <w:tcPr>
            <w:tcW w:w="1701" w:type="dxa"/>
            <w:shd w:val="clear" w:color="auto" w:fill="8BC540"/>
            <w:vAlign w:val="center"/>
          </w:tcPr>
          <w:p w14:paraId="77A48A58" w14:textId="77777777" w:rsidR="00964DD2" w:rsidRPr="001E6A9A" w:rsidRDefault="00964DD2" w:rsidP="00A476B3">
            <w:pPr>
              <w:jc w:val="center"/>
              <w:rPr>
                <w:rFonts w:ascii="Fira Sans Light" w:hAnsi="Fira Sans Light"/>
                <w:b/>
                <w:sz w:val="20"/>
                <w:szCs w:val="20"/>
                <w:lang w:val="de-DE"/>
              </w:rPr>
            </w:pPr>
            <w:r w:rsidRPr="001E6A9A">
              <w:rPr>
                <w:rFonts w:ascii="Fira Sans Light" w:hAnsi="Fira Sans Light"/>
                <w:b/>
                <w:sz w:val="20"/>
                <w:szCs w:val="20"/>
                <w:lang w:val="de-DE"/>
              </w:rPr>
              <w:t>davon in</w:t>
            </w:r>
          </w:p>
          <w:p w14:paraId="04E7C8C0" w14:textId="6E0CAF0D" w:rsidR="00964DD2" w:rsidRPr="001E6A9A" w:rsidRDefault="00964DD2" w:rsidP="00A476B3">
            <w:pPr>
              <w:jc w:val="center"/>
              <w:rPr>
                <w:rFonts w:ascii="Fira Sans Light" w:hAnsi="Fira Sans Light"/>
                <w:b/>
                <w:sz w:val="20"/>
                <w:szCs w:val="20"/>
                <w:lang w:val="de-DE"/>
              </w:rPr>
            </w:pPr>
            <w:r w:rsidRPr="001E6A9A">
              <w:rPr>
                <w:rFonts w:ascii="Fira Sans Light" w:hAnsi="Fira Sans Light"/>
                <w:b/>
                <w:sz w:val="20"/>
                <w:szCs w:val="20"/>
                <w:lang w:val="de-DE"/>
              </w:rPr>
              <w:t>Teilzeit</w:t>
            </w:r>
          </w:p>
        </w:tc>
      </w:tr>
      <w:tr w:rsidR="00F9761E" w:rsidRPr="000D5D13" w14:paraId="2AEA998B" w14:textId="77777777" w:rsidTr="00AF2678">
        <w:tc>
          <w:tcPr>
            <w:tcW w:w="4111" w:type="dxa"/>
            <w:vAlign w:val="center"/>
          </w:tcPr>
          <w:p w14:paraId="2F161218" w14:textId="19374654"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Zahntechnikermeister</w:t>
            </w:r>
          </w:p>
        </w:tc>
        <w:sdt>
          <w:sdtPr>
            <w:rPr>
              <w:rFonts w:ascii="Fira Sans Light" w:hAnsi="Fira Sans Light"/>
              <w:sz w:val="20"/>
              <w:szCs w:val="20"/>
              <w:lang w:val="de-DE"/>
            </w:rPr>
            <w:id w:val="1917358159"/>
            <w:placeholder>
              <w:docPart w:val="E70A950C9C0D4A38867F5444F9EACA3F"/>
            </w:placeholder>
            <w:showingPlcHdr/>
            <w:text/>
          </w:sdtPr>
          <w:sdtEndPr/>
          <w:sdtContent>
            <w:tc>
              <w:tcPr>
                <w:tcW w:w="1701" w:type="dxa"/>
              </w:tcPr>
              <w:p w14:paraId="7CC0DCC9" w14:textId="599E87A9"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640695582"/>
            <w:placeholder>
              <w:docPart w:val="4F2A51AC3C83419DA67A8A9C1F98D607"/>
            </w:placeholder>
            <w:showingPlcHdr/>
            <w:text/>
          </w:sdtPr>
          <w:sdtEndPr/>
          <w:sdtContent>
            <w:tc>
              <w:tcPr>
                <w:tcW w:w="1701" w:type="dxa"/>
              </w:tcPr>
              <w:p w14:paraId="0DE30275" w14:textId="2AB3DD11"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91455559"/>
            <w:placeholder>
              <w:docPart w:val="9324A5BBA41A4F419F7DCED7D0F06E63"/>
            </w:placeholder>
            <w:showingPlcHdr/>
            <w:text/>
          </w:sdtPr>
          <w:sdtEndPr/>
          <w:sdtContent>
            <w:tc>
              <w:tcPr>
                <w:tcW w:w="1701" w:type="dxa"/>
              </w:tcPr>
              <w:p w14:paraId="58E20AA9" w14:textId="3C2997F9"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F9761E" w:rsidRPr="000D5D13" w14:paraId="4B211CDA" w14:textId="77777777" w:rsidTr="00AF2678">
        <w:tc>
          <w:tcPr>
            <w:tcW w:w="4111" w:type="dxa"/>
            <w:vAlign w:val="center"/>
          </w:tcPr>
          <w:p w14:paraId="05112F55" w14:textId="5C57E555"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Zahntechniker</w:t>
            </w:r>
          </w:p>
        </w:tc>
        <w:sdt>
          <w:sdtPr>
            <w:rPr>
              <w:rFonts w:ascii="Fira Sans Light" w:hAnsi="Fira Sans Light"/>
              <w:sz w:val="20"/>
              <w:szCs w:val="20"/>
              <w:lang w:val="de-DE"/>
            </w:rPr>
            <w:id w:val="689728431"/>
            <w:placeholder>
              <w:docPart w:val="9D5362F6233D4742AD4263D2328EC20E"/>
            </w:placeholder>
            <w:showingPlcHdr/>
            <w:text/>
          </w:sdtPr>
          <w:sdtEndPr/>
          <w:sdtContent>
            <w:tc>
              <w:tcPr>
                <w:tcW w:w="1701" w:type="dxa"/>
              </w:tcPr>
              <w:p w14:paraId="7F518E71" w14:textId="3CE7D4AF"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407683009"/>
            <w:placeholder>
              <w:docPart w:val="55A17FFC4DE948ADBE6261B8B68F236D"/>
            </w:placeholder>
            <w:showingPlcHdr/>
            <w:text/>
          </w:sdtPr>
          <w:sdtEndPr/>
          <w:sdtContent>
            <w:tc>
              <w:tcPr>
                <w:tcW w:w="1701" w:type="dxa"/>
              </w:tcPr>
              <w:p w14:paraId="76D27896" w14:textId="5C73400A"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91593487"/>
            <w:placeholder>
              <w:docPart w:val="BD4AC60CB8E64FF0B9149F08AF6880A5"/>
            </w:placeholder>
            <w:showingPlcHdr/>
            <w:text/>
          </w:sdtPr>
          <w:sdtEndPr/>
          <w:sdtContent>
            <w:tc>
              <w:tcPr>
                <w:tcW w:w="1701" w:type="dxa"/>
              </w:tcPr>
              <w:p w14:paraId="0369164C" w14:textId="7DBC317E"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F9761E" w:rsidRPr="000D5D13" w14:paraId="6AC6C275" w14:textId="77777777" w:rsidTr="00AF2678">
        <w:tc>
          <w:tcPr>
            <w:tcW w:w="4111" w:type="dxa"/>
            <w:vAlign w:val="center"/>
          </w:tcPr>
          <w:p w14:paraId="505CA1AC" w14:textId="792D729E"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Auszubildende Zahntechniker</w:t>
            </w:r>
          </w:p>
        </w:tc>
        <w:sdt>
          <w:sdtPr>
            <w:rPr>
              <w:rFonts w:ascii="Fira Sans Light" w:hAnsi="Fira Sans Light"/>
              <w:sz w:val="20"/>
              <w:szCs w:val="20"/>
              <w:lang w:val="de-DE"/>
            </w:rPr>
            <w:id w:val="-2069874025"/>
            <w:placeholder>
              <w:docPart w:val="C168F773DAD1404FA994002B265B7C10"/>
            </w:placeholder>
            <w:showingPlcHdr/>
            <w:text/>
          </w:sdtPr>
          <w:sdtEndPr/>
          <w:sdtContent>
            <w:tc>
              <w:tcPr>
                <w:tcW w:w="1701" w:type="dxa"/>
              </w:tcPr>
              <w:p w14:paraId="0CB33275" w14:textId="066984FD"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597400747"/>
            <w:placeholder>
              <w:docPart w:val="5EED1EE70B26439DBCEE7D865934B158"/>
            </w:placeholder>
            <w:showingPlcHdr/>
            <w:text/>
          </w:sdtPr>
          <w:sdtEndPr/>
          <w:sdtContent>
            <w:tc>
              <w:tcPr>
                <w:tcW w:w="1701" w:type="dxa"/>
              </w:tcPr>
              <w:p w14:paraId="51A3665B" w14:textId="4D842AA8"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492939748"/>
            <w:placeholder>
              <w:docPart w:val="37AF5E7F81A54CC69C7E2F744AE332CF"/>
            </w:placeholder>
            <w:showingPlcHdr/>
            <w:text/>
          </w:sdtPr>
          <w:sdtEndPr/>
          <w:sdtContent>
            <w:tc>
              <w:tcPr>
                <w:tcW w:w="1701" w:type="dxa"/>
              </w:tcPr>
              <w:p w14:paraId="049A7F36" w14:textId="38F3066C"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F9761E" w:rsidRPr="000D5D13" w14:paraId="398A9B1F" w14:textId="77777777" w:rsidTr="00AF2678">
        <w:tc>
          <w:tcPr>
            <w:tcW w:w="4111" w:type="dxa"/>
            <w:vAlign w:val="center"/>
          </w:tcPr>
          <w:p w14:paraId="661F00E8" w14:textId="35F890D0"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Aushilfen Zahntechnik</w:t>
            </w:r>
          </w:p>
        </w:tc>
        <w:sdt>
          <w:sdtPr>
            <w:rPr>
              <w:rFonts w:ascii="Fira Sans Light" w:hAnsi="Fira Sans Light"/>
              <w:sz w:val="20"/>
              <w:szCs w:val="20"/>
              <w:lang w:val="de-DE"/>
            </w:rPr>
            <w:id w:val="1191109008"/>
            <w:placeholder>
              <w:docPart w:val="24B3647F12B345BD9D3A3711A495D99A"/>
            </w:placeholder>
            <w:showingPlcHdr/>
            <w:text/>
          </w:sdtPr>
          <w:sdtEndPr/>
          <w:sdtContent>
            <w:tc>
              <w:tcPr>
                <w:tcW w:w="1701" w:type="dxa"/>
              </w:tcPr>
              <w:p w14:paraId="4E72AE9B" w14:textId="58E020ED"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561846580"/>
            <w:placeholder>
              <w:docPart w:val="7EED95295B9348AD84357C1E796AA23D"/>
            </w:placeholder>
            <w:showingPlcHdr/>
            <w:text/>
          </w:sdtPr>
          <w:sdtEndPr/>
          <w:sdtContent>
            <w:tc>
              <w:tcPr>
                <w:tcW w:w="1701" w:type="dxa"/>
              </w:tcPr>
              <w:p w14:paraId="20A1407C" w14:textId="14C9B892"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923634044"/>
            <w:placeholder>
              <w:docPart w:val="75BC3A7E3FB0481C821EFEB77BF87BCA"/>
            </w:placeholder>
            <w:showingPlcHdr/>
            <w:text/>
          </w:sdtPr>
          <w:sdtEndPr/>
          <w:sdtContent>
            <w:tc>
              <w:tcPr>
                <w:tcW w:w="1701" w:type="dxa"/>
              </w:tcPr>
              <w:p w14:paraId="65339628" w14:textId="5B98ACB5"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F9761E" w:rsidRPr="000D5D13" w14:paraId="016EC2EB" w14:textId="77777777" w:rsidTr="00AF2678">
        <w:tc>
          <w:tcPr>
            <w:tcW w:w="4111" w:type="dxa"/>
            <w:vAlign w:val="center"/>
          </w:tcPr>
          <w:p w14:paraId="156DCB42" w14:textId="6344D69D"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Verwaltungsmitarbeiter</w:t>
            </w:r>
          </w:p>
        </w:tc>
        <w:sdt>
          <w:sdtPr>
            <w:rPr>
              <w:rFonts w:ascii="Fira Sans Light" w:hAnsi="Fira Sans Light"/>
              <w:sz w:val="20"/>
              <w:szCs w:val="20"/>
              <w:lang w:val="de-DE"/>
            </w:rPr>
            <w:id w:val="-1381316801"/>
            <w:placeholder>
              <w:docPart w:val="E2B2354FE57E47369CA71906B9778348"/>
            </w:placeholder>
            <w:showingPlcHdr/>
            <w:text/>
          </w:sdtPr>
          <w:sdtEndPr/>
          <w:sdtContent>
            <w:tc>
              <w:tcPr>
                <w:tcW w:w="1701" w:type="dxa"/>
              </w:tcPr>
              <w:p w14:paraId="301B5208" w14:textId="14DBCC76"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723599989"/>
            <w:placeholder>
              <w:docPart w:val="50E131EAD43F46CE8037D751E884CEE2"/>
            </w:placeholder>
            <w:showingPlcHdr/>
            <w:text/>
          </w:sdtPr>
          <w:sdtEndPr/>
          <w:sdtContent>
            <w:tc>
              <w:tcPr>
                <w:tcW w:w="1701" w:type="dxa"/>
              </w:tcPr>
              <w:p w14:paraId="2326D972" w14:textId="4A553820"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242602203"/>
            <w:placeholder>
              <w:docPart w:val="89EA5B7D08CB42849361BE875D7E3237"/>
            </w:placeholder>
            <w:showingPlcHdr/>
            <w:text/>
          </w:sdtPr>
          <w:sdtEndPr/>
          <w:sdtContent>
            <w:tc>
              <w:tcPr>
                <w:tcW w:w="1701" w:type="dxa"/>
              </w:tcPr>
              <w:p w14:paraId="2470AA68" w14:textId="14C6D5FD"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F9761E" w:rsidRPr="000D5D13" w14:paraId="3A5D846B" w14:textId="77777777" w:rsidTr="00AF2678">
        <w:tc>
          <w:tcPr>
            <w:tcW w:w="4111" w:type="dxa"/>
            <w:vAlign w:val="center"/>
          </w:tcPr>
          <w:p w14:paraId="11387077" w14:textId="5FD12B90"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Auszubildende Verwaltung</w:t>
            </w:r>
          </w:p>
        </w:tc>
        <w:sdt>
          <w:sdtPr>
            <w:rPr>
              <w:rFonts w:ascii="Fira Sans Light" w:hAnsi="Fira Sans Light"/>
              <w:sz w:val="20"/>
              <w:szCs w:val="20"/>
              <w:lang w:val="de-DE"/>
            </w:rPr>
            <w:id w:val="476959679"/>
            <w:placeholder>
              <w:docPart w:val="25C75620979F4EE495834059A4D0A35A"/>
            </w:placeholder>
            <w:showingPlcHdr/>
            <w:text/>
          </w:sdtPr>
          <w:sdtEndPr/>
          <w:sdtContent>
            <w:tc>
              <w:tcPr>
                <w:tcW w:w="1701" w:type="dxa"/>
              </w:tcPr>
              <w:p w14:paraId="3D3F3676" w14:textId="4F7C039A"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2081862798"/>
            <w:placeholder>
              <w:docPart w:val="14CADAA81187450882B7375BA1AEF92C"/>
            </w:placeholder>
            <w:showingPlcHdr/>
            <w:text/>
          </w:sdtPr>
          <w:sdtEndPr/>
          <w:sdtContent>
            <w:tc>
              <w:tcPr>
                <w:tcW w:w="1701" w:type="dxa"/>
              </w:tcPr>
              <w:p w14:paraId="3D1918CF" w14:textId="04848720"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362423264"/>
            <w:placeholder>
              <w:docPart w:val="D81231D4FDD64C4499F20C3D576514A6"/>
            </w:placeholder>
            <w:showingPlcHdr/>
            <w:text/>
          </w:sdtPr>
          <w:sdtEndPr/>
          <w:sdtContent>
            <w:tc>
              <w:tcPr>
                <w:tcW w:w="1701" w:type="dxa"/>
              </w:tcPr>
              <w:p w14:paraId="06D98762" w14:textId="4C921FC3"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F9761E" w:rsidRPr="000D5D13" w14:paraId="094511A8" w14:textId="77777777" w:rsidTr="00AF2678">
        <w:tc>
          <w:tcPr>
            <w:tcW w:w="4111" w:type="dxa"/>
            <w:vAlign w:val="center"/>
          </w:tcPr>
          <w:p w14:paraId="30ADCFBE" w14:textId="1CBB4672"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Aushilfen Verwaltung</w:t>
            </w:r>
          </w:p>
        </w:tc>
        <w:sdt>
          <w:sdtPr>
            <w:rPr>
              <w:rFonts w:ascii="Fira Sans Light" w:hAnsi="Fira Sans Light"/>
              <w:sz w:val="20"/>
              <w:szCs w:val="20"/>
              <w:lang w:val="de-DE"/>
            </w:rPr>
            <w:id w:val="493994762"/>
            <w:placeholder>
              <w:docPart w:val="BC7D8D8B2B8F4E30B601040FA5553799"/>
            </w:placeholder>
            <w:showingPlcHdr/>
            <w:text/>
          </w:sdtPr>
          <w:sdtEndPr/>
          <w:sdtContent>
            <w:tc>
              <w:tcPr>
                <w:tcW w:w="1701" w:type="dxa"/>
              </w:tcPr>
              <w:p w14:paraId="170781D2" w14:textId="5E8A3974"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712268106"/>
            <w:placeholder>
              <w:docPart w:val="7350AC179970427A9177D19630DA518E"/>
            </w:placeholder>
            <w:showingPlcHdr/>
            <w:text/>
          </w:sdtPr>
          <w:sdtEndPr/>
          <w:sdtContent>
            <w:tc>
              <w:tcPr>
                <w:tcW w:w="1701" w:type="dxa"/>
              </w:tcPr>
              <w:p w14:paraId="160C07F2" w14:textId="4F23B4A5"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514262709"/>
            <w:placeholder>
              <w:docPart w:val="30D8E47695FA4F54A1076217C7BCA89D"/>
            </w:placeholder>
            <w:showingPlcHdr/>
            <w:text/>
          </w:sdtPr>
          <w:sdtEndPr/>
          <w:sdtContent>
            <w:tc>
              <w:tcPr>
                <w:tcW w:w="1701" w:type="dxa"/>
              </w:tcPr>
              <w:p w14:paraId="66997A4C" w14:textId="15324B3E"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F9761E" w:rsidRPr="000D5D13" w14:paraId="595613AE" w14:textId="77777777" w:rsidTr="00AF2678">
        <w:tc>
          <w:tcPr>
            <w:tcW w:w="4111" w:type="dxa"/>
            <w:vAlign w:val="center"/>
          </w:tcPr>
          <w:p w14:paraId="0167202B" w14:textId="664AC495"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Fahrer/Logistik</w:t>
            </w:r>
          </w:p>
        </w:tc>
        <w:sdt>
          <w:sdtPr>
            <w:rPr>
              <w:rFonts w:ascii="Fira Sans Light" w:hAnsi="Fira Sans Light"/>
              <w:sz w:val="20"/>
              <w:szCs w:val="20"/>
              <w:lang w:val="de-DE"/>
            </w:rPr>
            <w:id w:val="558749326"/>
            <w:placeholder>
              <w:docPart w:val="F7E930D4A7E44E489D399897E3376493"/>
            </w:placeholder>
            <w:showingPlcHdr/>
            <w:text/>
          </w:sdtPr>
          <w:sdtEndPr/>
          <w:sdtContent>
            <w:tc>
              <w:tcPr>
                <w:tcW w:w="1701" w:type="dxa"/>
              </w:tcPr>
              <w:p w14:paraId="6C49BD27" w14:textId="3967CA07"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92197479"/>
            <w:placeholder>
              <w:docPart w:val="FF7878DE554D402D9D2A6596AB17F593"/>
            </w:placeholder>
            <w:showingPlcHdr/>
            <w:text/>
          </w:sdtPr>
          <w:sdtEndPr/>
          <w:sdtContent>
            <w:tc>
              <w:tcPr>
                <w:tcW w:w="1701" w:type="dxa"/>
              </w:tcPr>
              <w:p w14:paraId="63EA6F76" w14:textId="73735310"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946993639"/>
            <w:placeholder>
              <w:docPart w:val="B8BFC92841E444B4861DA5C1A493937D"/>
            </w:placeholder>
            <w:showingPlcHdr/>
            <w:text/>
          </w:sdtPr>
          <w:sdtEndPr/>
          <w:sdtContent>
            <w:tc>
              <w:tcPr>
                <w:tcW w:w="1701" w:type="dxa"/>
              </w:tcPr>
              <w:p w14:paraId="33C2F5A2" w14:textId="179E07D8" w:rsidR="00F9761E" w:rsidRPr="001E6A9A" w:rsidRDefault="00F9761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3B16CC" w:rsidRPr="000D5D13" w14:paraId="29EFFB64" w14:textId="77777777" w:rsidTr="00AF2678">
        <w:tc>
          <w:tcPr>
            <w:tcW w:w="4111" w:type="dxa"/>
            <w:vAlign w:val="center"/>
          </w:tcPr>
          <w:p w14:paraId="562E1BDB" w14:textId="57DD68FC" w:rsidR="003B16CC" w:rsidRPr="001E6A9A" w:rsidRDefault="00332E90" w:rsidP="00F9761E">
            <w:pPr>
              <w:rPr>
                <w:rFonts w:ascii="Fira Sans Light" w:hAnsi="Fira Sans Light"/>
                <w:sz w:val="20"/>
                <w:szCs w:val="20"/>
                <w:lang w:val="de-DE"/>
              </w:rPr>
            </w:pPr>
            <w:sdt>
              <w:sdtPr>
                <w:rPr>
                  <w:rFonts w:ascii="Fira Sans Light" w:hAnsi="Fira Sans Light"/>
                  <w:sz w:val="20"/>
                  <w:szCs w:val="20"/>
                  <w:lang w:val="de-DE"/>
                </w:rPr>
                <w:id w:val="-307474117"/>
                <w:placeholder>
                  <w:docPart w:val="7319592A00AC4A5BAF75D9B189122BCE"/>
                </w:placeholder>
                <w:showingPlcHdr/>
                <w:text/>
              </w:sdtPr>
              <w:sdtEndPr/>
              <w:sdtContent>
                <w:r w:rsidR="008D4B6D">
                  <w:rPr>
                    <w:rFonts w:ascii="Fira Sans Light" w:hAnsi="Fira Sans Light"/>
                    <w:sz w:val="20"/>
                    <w:szCs w:val="20"/>
                    <w:lang w:val="de-DE"/>
                  </w:rPr>
                  <w:t>[</w:t>
                </w:r>
                <w:r w:rsidR="008D4B6D" w:rsidRPr="001E6A9A">
                  <w:rPr>
                    <w:rFonts w:ascii="Fira Sans Light" w:hAnsi="Fira Sans Light"/>
                    <w:sz w:val="20"/>
                    <w:szCs w:val="20"/>
                    <w:lang w:val="de-DE"/>
                  </w:rPr>
                  <w:t xml:space="preserve"> </w:t>
                </w:r>
                <w:r w:rsidR="008D4B6D">
                  <w:rPr>
                    <w:rFonts w:ascii="Fira Sans Light" w:hAnsi="Fira Sans Light"/>
                    <w:sz w:val="20"/>
                    <w:szCs w:val="20"/>
                    <w:lang w:val="de-DE"/>
                  </w:rPr>
                  <w:t>…]</w:t>
                </w:r>
                <w:r w:rsidR="008D4B6D" w:rsidRPr="001E6A9A">
                  <w:rPr>
                    <w:sz w:val="20"/>
                    <w:szCs w:val="20"/>
                    <w:lang w:val="de-DE"/>
                  </w:rPr>
                  <w:t xml:space="preserve"> </w:t>
                </w:r>
              </w:sdtContent>
            </w:sdt>
          </w:p>
        </w:tc>
        <w:sdt>
          <w:sdtPr>
            <w:rPr>
              <w:rFonts w:ascii="Fira Sans Light" w:hAnsi="Fira Sans Light"/>
              <w:sz w:val="20"/>
              <w:szCs w:val="20"/>
              <w:lang w:val="de-DE"/>
            </w:rPr>
            <w:id w:val="-97876686"/>
            <w:placeholder>
              <w:docPart w:val="BBF23ABAED584E15B23F6E44CEE0B370"/>
            </w:placeholder>
            <w:showingPlcHdr/>
            <w:text/>
          </w:sdtPr>
          <w:sdtEndPr/>
          <w:sdtContent>
            <w:tc>
              <w:tcPr>
                <w:tcW w:w="1701" w:type="dxa"/>
              </w:tcPr>
              <w:p w14:paraId="41EF8A95" w14:textId="12FB60FB" w:rsidR="003B16CC" w:rsidRPr="001E6A9A" w:rsidRDefault="00AE2FA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810056190"/>
            <w:placeholder>
              <w:docPart w:val="0C5CAECF55CD49C1973AF96927C9C870"/>
            </w:placeholder>
            <w:showingPlcHdr/>
            <w:text/>
          </w:sdtPr>
          <w:sdtEndPr/>
          <w:sdtContent>
            <w:tc>
              <w:tcPr>
                <w:tcW w:w="1701" w:type="dxa"/>
              </w:tcPr>
              <w:p w14:paraId="1DA450CB" w14:textId="2C2DDEEA" w:rsidR="003B16CC" w:rsidRPr="001E6A9A" w:rsidRDefault="00AE2FA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285192163"/>
            <w:placeholder>
              <w:docPart w:val="B70A83DA0BA54DBBABC308E7A604F17D"/>
            </w:placeholder>
            <w:showingPlcHdr/>
            <w:text/>
          </w:sdtPr>
          <w:sdtEndPr/>
          <w:sdtContent>
            <w:tc>
              <w:tcPr>
                <w:tcW w:w="1701" w:type="dxa"/>
              </w:tcPr>
              <w:p w14:paraId="43BC4D58" w14:textId="2D23B067" w:rsidR="003B16CC" w:rsidRPr="001E6A9A" w:rsidRDefault="00AE2FAE" w:rsidP="00F9761E">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bl>
    <w:p w14:paraId="43125D5A" w14:textId="77777777" w:rsidR="006B4BE8" w:rsidRPr="00C46F94" w:rsidRDefault="006B4BE8" w:rsidP="006B4BE8">
      <w:pPr>
        <w:spacing w:after="0" w:line="240" w:lineRule="auto"/>
        <w:rPr>
          <w:rFonts w:ascii="Fira Sans" w:eastAsiaTheme="majorEastAsia" w:hAnsi="Fira Sans" w:cstheme="majorBidi"/>
          <w:color w:val="4A4A4A"/>
          <w:spacing w:val="5"/>
          <w:kern w:val="28"/>
          <w:sz w:val="20"/>
          <w:szCs w:val="20"/>
          <w:lang w:val="de-DE"/>
        </w:rPr>
      </w:pPr>
    </w:p>
    <w:p w14:paraId="329427C7" w14:textId="77777777" w:rsidR="006B4BE8" w:rsidRPr="00C46F94" w:rsidRDefault="006B4BE8" w:rsidP="006B4BE8">
      <w:pPr>
        <w:spacing w:after="0" w:line="240" w:lineRule="auto"/>
        <w:rPr>
          <w:rFonts w:ascii="Fira Sans" w:eastAsiaTheme="majorEastAsia" w:hAnsi="Fira Sans" w:cstheme="majorBidi"/>
          <w:color w:val="4A4A4A"/>
          <w:spacing w:val="5"/>
          <w:kern w:val="28"/>
          <w:sz w:val="20"/>
          <w:szCs w:val="20"/>
          <w:lang w:val="de-DE"/>
        </w:rPr>
      </w:pPr>
    </w:p>
    <w:p w14:paraId="78C6CE36" w14:textId="77777777" w:rsidR="006B4BE8" w:rsidRPr="00C46F94" w:rsidRDefault="006B4BE8" w:rsidP="006B4BE8">
      <w:pPr>
        <w:spacing w:after="0" w:line="240" w:lineRule="auto"/>
        <w:rPr>
          <w:rFonts w:ascii="Fira Sans" w:eastAsiaTheme="majorEastAsia" w:hAnsi="Fira Sans" w:cstheme="majorBidi"/>
          <w:color w:val="4A4A4A"/>
          <w:spacing w:val="5"/>
          <w:kern w:val="28"/>
          <w:sz w:val="20"/>
          <w:szCs w:val="20"/>
          <w:lang w:val="de-DE"/>
        </w:rPr>
      </w:pPr>
    </w:p>
    <w:p w14:paraId="7DE1F469" w14:textId="56A0871E" w:rsidR="006B4BE8" w:rsidRDefault="006B4BE8" w:rsidP="006B4BE8">
      <w:pPr>
        <w:pStyle w:val="Listenabsatz"/>
        <w:numPr>
          <w:ilvl w:val="0"/>
          <w:numId w:val="43"/>
        </w:numPr>
        <w:spacing w:after="0" w:line="240" w:lineRule="auto"/>
        <w:ind w:left="426" w:hanging="426"/>
        <w:contextualSpacing w:val="0"/>
        <w:rPr>
          <w:rFonts w:ascii="Fira Sans" w:eastAsiaTheme="majorEastAsia" w:hAnsi="Fira Sans" w:cstheme="majorBidi"/>
          <w:color w:val="4A4A4A"/>
          <w:spacing w:val="5"/>
          <w:kern w:val="28"/>
          <w:sz w:val="40"/>
          <w:szCs w:val="40"/>
          <w:lang w:val="de-DE"/>
        </w:rPr>
      </w:pPr>
      <w:r>
        <w:rPr>
          <w:rFonts w:ascii="Fira Sans" w:eastAsiaTheme="majorEastAsia" w:hAnsi="Fira Sans" w:cstheme="majorBidi"/>
          <w:color w:val="4A4A4A"/>
          <w:spacing w:val="5"/>
          <w:kern w:val="28"/>
          <w:sz w:val="40"/>
          <w:szCs w:val="40"/>
          <w:lang w:val="de-DE"/>
        </w:rPr>
        <w:t>Leistungsspektrum</w:t>
      </w:r>
    </w:p>
    <w:p w14:paraId="606A57A7" w14:textId="77777777" w:rsidR="006B4BE8" w:rsidRPr="00F4643C" w:rsidRDefault="006B4BE8" w:rsidP="006B4BE8">
      <w:pPr>
        <w:spacing w:after="0" w:line="240" w:lineRule="auto"/>
        <w:rPr>
          <w:rFonts w:ascii="Fira Sans" w:eastAsiaTheme="majorEastAsia" w:hAnsi="Fira Sans" w:cstheme="majorBidi"/>
          <w:color w:val="4A4A4A"/>
          <w:spacing w:val="5"/>
          <w:kern w:val="28"/>
          <w:sz w:val="20"/>
          <w:szCs w:val="20"/>
          <w:lang w:val="de-DE"/>
        </w:rPr>
      </w:pPr>
    </w:p>
    <w:tbl>
      <w:tblPr>
        <w:tblStyle w:val="Tabellenraster"/>
        <w:tblW w:w="9214" w:type="dxa"/>
        <w:tblInd w:w="-5" w:type="dxa"/>
        <w:tblLayout w:type="fixed"/>
        <w:tblCellMar>
          <w:top w:w="57" w:type="dxa"/>
          <w:bottom w:w="57" w:type="dxa"/>
        </w:tblCellMar>
        <w:tblLook w:val="04A0" w:firstRow="1" w:lastRow="0" w:firstColumn="1" w:lastColumn="0" w:noHBand="0" w:noVBand="1"/>
      </w:tblPr>
      <w:tblGrid>
        <w:gridCol w:w="2835"/>
        <w:gridCol w:w="6379"/>
      </w:tblGrid>
      <w:tr w:rsidR="00CB2F9D" w:rsidRPr="004E48B9" w14:paraId="224F5617" w14:textId="77777777" w:rsidTr="00CB2F9D">
        <w:tc>
          <w:tcPr>
            <w:tcW w:w="2835" w:type="dxa"/>
            <w:shd w:val="clear" w:color="auto" w:fill="8BC540"/>
          </w:tcPr>
          <w:p w14:paraId="2EBBBBDB" w14:textId="27BD54EA" w:rsidR="00CB2F9D" w:rsidRPr="00F766A7" w:rsidRDefault="00CB2F9D" w:rsidP="00A476B3">
            <w:pPr>
              <w:rPr>
                <w:rFonts w:ascii="Fira Sans Light" w:hAnsi="Fira Sans Light"/>
                <w:b/>
                <w:sz w:val="20"/>
                <w:szCs w:val="20"/>
                <w:lang w:val="de-DE"/>
              </w:rPr>
            </w:pPr>
            <w:r w:rsidRPr="00F766A7">
              <w:rPr>
                <w:rFonts w:ascii="Fira Sans Light" w:hAnsi="Fira Sans Light"/>
                <w:b/>
                <w:sz w:val="20"/>
                <w:szCs w:val="20"/>
                <w:lang w:val="de-DE"/>
              </w:rPr>
              <w:t>Festsitzender Zahnersatz</w:t>
            </w:r>
          </w:p>
        </w:tc>
        <w:tc>
          <w:tcPr>
            <w:tcW w:w="6379" w:type="dxa"/>
            <w:vAlign w:val="center"/>
          </w:tcPr>
          <w:p w14:paraId="592500C6" w14:textId="3F6A8602" w:rsidR="00CB2F9D" w:rsidRPr="001E6A9A" w:rsidRDefault="00332E90" w:rsidP="00A476B3">
            <w:pPr>
              <w:rPr>
                <w:rFonts w:ascii="Fira Sans Light" w:hAnsi="Fira Sans Light"/>
                <w:sz w:val="20"/>
                <w:szCs w:val="20"/>
                <w:lang w:val="de-DE"/>
              </w:rPr>
            </w:pPr>
            <w:sdt>
              <w:sdtPr>
                <w:rPr>
                  <w:rFonts w:ascii="Fira Sans Light" w:hAnsi="Fira Sans Light"/>
                  <w:sz w:val="20"/>
                  <w:szCs w:val="20"/>
                  <w:lang w:val="de-DE"/>
                </w:rPr>
                <w:id w:val="-1860349362"/>
                <w14:checkbox>
                  <w14:checked w14:val="0"/>
                  <w14:checkedState w14:val="2612" w14:font="MS Gothic"/>
                  <w14:uncheckedState w14:val="2610" w14:font="MS Gothic"/>
                </w14:checkbox>
              </w:sdtPr>
              <w:sdtEndPr/>
              <w:sdtContent>
                <w:r w:rsidR="00CB2F9D" w:rsidRPr="001E6A9A">
                  <w:rPr>
                    <w:rFonts w:ascii="MS Gothic" w:eastAsia="MS Gothic" w:hAnsi="MS Gothic" w:hint="eastAsia"/>
                    <w:sz w:val="20"/>
                    <w:szCs w:val="20"/>
                    <w:lang w:val="de-DE"/>
                  </w:rPr>
                  <w:t>☐</w:t>
                </w:r>
              </w:sdtContent>
            </w:sdt>
            <w:r w:rsidR="00CB2F9D" w:rsidRPr="001E6A9A">
              <w:rPr>
                <w:rFonts w:ascii="Fira Sans Light" w:hAnsi="Fira Sans Light"/>
                <w:sz w:val="20"/>
                <w:szCs w:val="20"/>
                <w:lang w:val="de-DE"/>
              </w:rPr>
              <w:t xml:space="preserve"> Kronen     </w:t>
            </w:r>
            <w:sdt>
              <w:sdtPr>
                <w:rPr>
                  <w:rFonts w:ascii="Fira Sans Light" w:hAnsi="Fira Sans Light"/>
                  <w:sz w:val="20"/>
                  <w:szCs w:val="20"/>
                  <w:lang w:val="de-DE"/>
                </w:rPr>
                <w:id w:val="-399986033"/>
                <w14:checkbox>
                  <w14:checked w14:val="0"/>
                  <w14:checkedState w14:val="2612" w14:font="MS Gothic"/>
                  <w14:uncheckedState w14:val="2610" w14:font="MS Gothic"/>
                </w14:checkbox>
              </w:sdtPr>
              <w:sdtEndPr/>
              <w:sdtContent>
                <w:r w:rsidR="00CB2F9D" w:rsidRPr="001E6A9A">
                  <w:rPr>
                    <w:rFonts w:ascii="MS Gothic" w:eastAsia="MS Gothic" w:hAnsi="MS Gothic" w:hint="eastAsia"/>
                    <w:sz w:val="20"/>
                    <w:szCs w:val="20"/>
                    <w:lang w:val="de-DE"/>
                  </w:rPr>
                  <w:t>☐</w:t>
                </w:r>
              </w:sdtContent>
            </w:sdt>
            <w:r w:rsidR="00CB2F9D" w:rsidRPr="001E6A9A">
              <w:rPr>
                <w:rFonts w:ascii="Fira Sans Light" w:hAnsi="Fira Sans Light"/>
                <w:sz w:val="20"/>
                <w:szCs w:val="20"/>
                <w:lang w:val="de-DE"/>
              </w:rPr>
              <w:t xml:space="preserve"> Brücken   </w:t>
            </w:r>
            <w:sdt>
              <w:sdtPr>
                <w:rPr>
                  <w:rFonts w:ascii="Fira Sans Light" w:hAnsi="Fira Sans Light"/>
                  <w:sz w:val="20"/>
                  <w:szCs w:val="20"/>
                  <w:lang w:val="de-DE"/>
                </w:rPr>
                <w:id w:val="307140045"/>
                <w14:checkbox>
                  <w14:checked w14:val="0"/>
                  <w14:checkedState w14:val="2612" w14:font="MS Gothic"/>
                  <w14:uncheckedState w14:val="2610" w14:font="MS Gothic"/>
                </w14:checkbox>
              </w:sdtPr>
              <w:sdtEndPr/>
              <w:sdtContent>
                <w:r w:rsidR="00CB2F9D" w:rsidRPr="001E6A9A">
                  <w:rPr>
                    <w:rFonts w:ascii="MS Gothic" w:eastAsia="MS Gothic" w:hAnsi="MS Gothic" w:hint="eastAsia"/>
                    <w:sz w:val="20"/>
                    <w:szCs w:val="20"/>
                    <w:lang w:val="de-DE"/>
                  </w:rPr>
                  <w:t>☐</w:t>
                </w:r>
              </w:sdtContent>
            </w:sdt>
            <w:r w:rsidR="00CB2F9D" w:rsidRPr="001E6A9A">
              <w:rPr>
                <w:rFonts w:ascii="Fira Sans Light" w:hAnsi="Fira Sans Light"/>
                <w:sz w:val="20"/>
                <w:szCs w:val="20"/>
                <w:lang w:val="de-DE"/>
              </w:rPr>
              <w:t xml:space="preserve"> Inlays   </w:t>
            </w:r>
            <w:sdt>
              <w:sdtPr>
                <w:rPr>
                  <w:rFonts w:ascii="Fira Sans Light" w:hAnsi="Fira Sans Light"/>
                  <w:sz w:val="20"/>
                  <w:szCs w:val="20"/>
                  <w:lang w:val="de-DE"/>
                </w:rPr>
                <w:id w:val="429865022"/>
                <w14:checkbox>
                  <w14:checked w14:val="0"/>
                  <w14:checkedState w14:val="2612" w14:font="MS Gothic"/>
                  <w14:uncheckedState w14:val="2610" w14:font="MS Gothic"/>
                </w14:checkbox>
              </w:sdtPr>
              <w:sdtEndPr/>
              <w:sdtContent>
                <w:r w:rsidR="00CB2F9D" w:rsidRPr="001E6A9A">
                  <w:rPr>
                    <w:rFonts w:ascii="MS Gothic" w:eastAsia="MS Gothic" w:hAnsi="MS Gothic" w:hint="eastAsia"/>
                    <w:sz w:val="20"/>
                    <w:szCs w:val="20"/>
                    <w:lang w:val="de-DE"/>
                  </w:rPr>
                  <w:t>☐</w:t>
                </w:r>
              </w:sdtContent>
            </w:sdt>
            <w:r w:rsidR="00CB2F9D" w:rsidRPr="001E6A9A">
              <w:rPr>
                <w:rFonts w:ascii="Fira Sans Light" w:hAnsi="Fira Sans Light"/>
                <w:sz w:val="20"/>
                <w:szCs w:val="20"/>
                <w:lang w:val="de-DE"/>
              </w:rPr>
              <w:t xml:space="preserve"> Onlays   </w:t>
            </w:r>
            <w:sdt>
              <w:sdtPr>
                <w:rPr>
                  <w:rFonts w:ascii="Fira Sans Light" w:hAnsi="Fira Sans Light"/>
                  <w:sz w:val="20"/>
                  <w:szCs w:val="20"/>
                  <w:lang w:val="de-DE"/>
                </w:rPr>
                <w:id w:val="215470506"/>
                <w14:checkbox>
                  <w14:checked w14:val="0"/>
                  <w14:checkedState w14:val="2612" w14:font="MS Gothic"/>
                  <w14:uncheckedState w14:val="2610" w14:font="MS Gothic"/>
                </w14:checkbox>
              </w:sdtPr>
              <w:sdtEndPr/>
              <w:sdtContent>
                <w:r w:rsidR="00CB2F9D" w:rsidRPr="001E6A9A">
                  <w:rPr>
                    <w:rFonts w:ascii="MS Gothic" w:eastAsia="MS Gothic" w:hAnsi="MS Gothic" w:hint="eastAsia"/>
                    <w:sz w:val="20"/>
                    <w:szCs w:val="20"/>
                    <w:lang w:val="de-DE"/>
                  </w:rPr>
                  <w:t>☐</w:t>
                </w:r>
              </w:sdtContent>
            </w:sdt>
            <w:r w:rsidR="00CB2F9D" w:rsidRPr="001E6A9A">
              <w:rPr>
                <w:rFonts w:ascii="Fira Sans Light" w:hAnsi="Fira Sans Light"/>
                <w:sz w:val="20"/>
                <w:szCs w:val="20"/>
                <w:lang w:val="de-DE"/>
              </w:rPr>
              <w:t xml:space="preserve"> Veneers</w:t>
            </w:r>
          </w:p>
        </w:tc>
      </w:tr>
      <w:tr w:rsidR="00CB2F9D" w:rsidRPr="000D5D13" w14:paraId="7D8F8FCA" w14:textId="77777777" w:rsidTr="00CB2F9D">
        <w:tc>
          <w:tcPr>
            <w:tcW w:w="2835" w:type="dxa"/>
            <w:shd w:val="clear" w:color="auto" w:fill="8BC540"/>
            <w:vAlign w:val="center"/>
          </w:tcPr>
          <w:p w14:paraId="20B89F1D" w14:textId="6EA1B85C" w:rsidR="00CB2F9D" w:rsidRPr="00F766A7" w:rsidRDefault="00CB2F9D" w:rsidP="00CB2F9D">
            <w:pPr>
              <w:rPr>
                <w:rFonts w:ascii="Fira Sans Light" w:hAnsi="Fira Sans Light"/>
                <w:b/>
                <w:sz w:val="20"/>
                <w:szCs w:val="20"/>
                <w:lang w:val="de-DE"/>
              </w:rPr>
            </w:pPr>
            <w:r w:rsidRPr="00F766A7">
              <w:rPr>
                <w:rFonts w:ascii="Fira Sans Light" w:hAnsi="Fira Sans Light"/>
                <w:b/>
                <w:sz w:val="20"/>
                <w:szCs w:val="20"/>
                <w:lang w:val="de-DE"/>
              </w:rPr>
              <w:t>Herausnehmbarer Zahnersatz</w:t>
            </w:r>
          </w:p>
        </w:tc>
        <w:tc>
          <w:tcPr>
            <w:tcW w:w="6379" w:type="dxa"/>
            <w:vAlign w:val="center"/>
          </w:tcPr>
          <w:p w14:paraId="58A67729" w14:textId="087FBD0F" w:rsidR="00CB2F9D" w:rsidRPr="001E6A9A" w:rsidRDefault="00332E90" w:rsidP="00CB2F9D">
            <w:pPr>
              <w:rPr>
                <w:rFonts w:ascii="Fira Sans Light" w:hAnsi="Fira Sans Light"/>
                <w:sz w:val="20"/>
                <w:szCs w:val="20"/>
                <w:lang w:val="de-DE"/>
              </w:rPr>
            </w:pPr>
            <w:sdt>
              <w:sdtPr>
                <w:rPr>
                  <w:rFonts w:ascii="Fira Sans Light" w:hAnsi="Fira Sans Light"/>
                  <w:sz w:val="20"/>
                  <w:szCs w:val="20"/>
                  <w:lang w:val="de-DE"/>
                </w:rPr>
                <w:id w:val="1686405662"/>
                <w14:checkbox>
                  <w14:checked w14:val="0"/>
                  <w14:checkedState w14:val="2612" w14:font="MS Gothic"/>
                  <w14:uncheckedState w14:val="2610" w14:font="MS Gothic"/>
                </w14:checkbox>
              </w:sdtPr>
              <w:sdtEndPr/>
              <w:sdtContent>
                <w:r w:rsidR="00CB2F9D" w:rsidRPr="001E6A9A">
                  <w:rPr>
                    <w:rFonts w:ascii="MS Gothic" w:eastAsia="MS Gothic" w:hAnsi="MS Gothic" w:hint="eastAsia"/>
                    <w:sz w:val="20"/>
                    <w:szCs w:val="20"/>
                    <w:lang w:val="de-DE"/>
                  </w:rPr>
                  <w:t>☐</w:t>
                </w:r>
              </w:sdtContent>
            </w:sdt>
            <w:r w:rsidR="00CB2F9D" w:rsidRPr="001E6A9A">
              <w:rPr>
                <w:rFonts w:ascii="Fira Sans Light" w:hAnsi="Fira Sans Light"/>
                <w:sz w:val="20"/>
                <w:szCs w:val="20"/>
                <w:lang w:val="de-DE"/>
              </w:rPr>
              <w:t xml:space="preserve"> Prothesen   </w:t>
            </w:r>
            <w:sdt>
              <w:sdtPr>
                <w:rPr>
                  <w:rFonts w:ascii="Fira Sans Light" w:hAnsi="Fira Sans Light"/>
                  <w:sz w:val="20"/>
                  <w:szCs w:val="20"/>
                  <w:lang w:val="de-DE"/>
                </w:rPr>
                <w:id w:val="-1840926760"/>
                <w14:checkbox>
                  <w14:checked w14:val="0"/>
                  <w14:checkedState w14:val="2612" w14:font="MS Gothic"/>
                  <w14:uncheckedState w14:val="2610" w14:font="MS Gothic"/>
                </w14:checkbox>
              </w:sdtPr>
              <w:sdtEndPr/>
              <w:sdtContent>
                <w:r w:rsidR="00CB2F9D" w:rsidRPr="001E6A9A">
                  <w:rPr>
                    <w:rFonts w:ascii="MS Gothic" w:eastAsia="MS Gothic" w:hAnsi="MS Gothic" w:hint="eastAsia"/>
                    <w:sz w:val="20"/>
                    <w:szCs w:val="20"/>
                    <w:lang w:val="de-DE"/>
                  </w:rPr>
                  <w:t>☐</w:t>
                </w:r>
              </w:sdtContent>
            </w:sdt>
            <w:r w:rsidR="00CB2F9D" w:rsidRPr="001E6A9A">
              <w:rPr>
                <w:rFonts w:ascii="Fira Sans Light" w:hAnsi="Fira Sans Light"/>
                <w:sz w:val="20"/>
                <w:szCs w:val="20"/>
                <w:lang w:val="de-DE"/>
              </w:rPr>
              <w:t xml:space="preserve"> Teleskope</w:t>
            </w:r>
          </w:p>
        </w:tc>
      </w:tr>
      <w:tr w:rsidR="00CB2F9D" w:rsidRPr="004E48B9" w14:paraId="7D0E9E55" w14:textId="77777777" w:rsidTr="00CB2F9D">
        <w:tc>
          <w:tcPr>
            <w:tcW w:w="2835" w:type="dxa"/>
            <w:shd w:val="clear" w:color="auto" w:fill="8BC540"/>
            <w:vAlign w:val="center"/>
          </w:tcPr>
          <w:p w14:paraId="5CC3CA2B" w14:textId="62931FE3" w:rsidR="00CB2F9D" w:rsidRPr="00F766A7" w:rsidRDefault="00CB2F9D" w:rsidP="00CB2F9D">
            <w:pPr>
              <w:rPr>
                <w:rFonts w:ascii="Fira Sans Light" w:hAnsi="Fira Sans Light"/>
                <w:b/>
                <w:sz w:val="20"/>
                <w:szCs w:val="20"/>
                <w:lang w:val="de-DE"/>
              </w:rPr>
            </w:pPr>
            <w:r w:rsidRPr="00F766A7">
              <w:rPr>
                <w:rFonts w:ascii="Fira Sans Light" w:hAnsi="Fira Sans Light"/>
                <w:b/>
                <w:sz w:val="20"/>
                <w:szCs w:val="20"/>
                <w:lang w:val="de-DE"/>
              </w:rPr>
              <w:t>Implantatprothetik</w:t>
            </w:r>
          </w:p>
        </w:tc>
        <w:tc>
          <w:tcPr>
            <w:tcW w:w="6379" w:type="dxa"/>
            <w:vAlign w:val="center"/>
          </w:tcPr>
          <w:p w14:paraId="078C3B10" w14:textId="471E122C" w:rsidR="00CB2F9D" w:rsidRPr="001E6A9A" w:rsidRDefault="00332E90" w:rsidP="00CB2F9D">
            <w:pPr>
              <w:rPr>
                <w:rFonts w:ascii="Fira Sans Light" w:hAnsi="Fira Sans Light"/>
                <w:sz w:val="20"/>
                <w:szCs w:val="20"/>
                <w:lang w:val="de-DE"/>
              </w:rPr>
            </w:pPr>
            <w:sdt>
              <w:sdtPr>
                <w:rPr>
                  <w:rFonts w:ascii="Fira Sans Light" w:hAnsi="Fira Sans Light"/>
                  <w:sz w:val="20"/>
                  <w:szCs w:val="20"/>
                  <w:lang w:val="de-DE"/>
                </w:rPr>
                <w:id w:val="-1999876311"/>
                <w14:checkbox>
                  <w14:checked w14:val="0"/>
                  <w14:checkedState w14:val="2612" w14:font="MS Gothic"/>
                  <w14:uncheckedState w14:val="2610" w14:font="MS Gothic"/>
                </w14:checkbox>
              </w:sdtPr>
              <w:sdtEndPr/>
              <w:sdtContent>
                <w:r w:rsidR="00CB2F9D" w:rsidRPr="001E6A9A">
                  <w:rPr>
                    <w:rFonts w:ascii="MS Gothic" w:eastAsia="MS Gothic" w:hAnsi="MS Gothic" w:hint="eastAsia"/>
                    <w:sz w:val="20"/>
                    <w:szCs w:val="20"/>
                    <w:lang w:val="de-DE"/>
                  </w:rPr>
                  <w:t>☐</w:t>
                </w:r>
              </w:sdtContent>
            </w:sdt>
            <w:r w:rsidR="00CB2F9D" w:rsidRPr="001E6A9A">
              <w:rPr>
                <w:rFonts w:ascii="Fira Sans Light" w:hAnsi="Fira Sans Light"/>
                <w:sz w:val="20"/>
                <w:szCs w:val="20"/>
                <w:lang w:val="de-DE"/>
              </w:rPr>
              <w:t xml:space="preserve"> </w:t>
            </w:r>
            <w:r w:rsidR="00D3576D" w:rsidRPr="001E6A9A">
              <w:rPr>
                <w:rFonts w:ascii="Fira Sans Light" w:hAnsi="Fira Sans Light"/>
                <w:sz w:val="20"/>
                <w:szCs w:val="20"/>
                <w:lang w:val="de-DE"/>
              </w:rPr>
              <w:t xml:space="preserve">Kronen/Brücken   </w:t>
            </w:r>
            <w:sdt>
              <w:sdtPr>
                <w:rPr>
                  <w:rFonts w:ascii="Fira Sans Light" w:hAnsi="Fira Sans Light"/>
                  <w:sz w:val="20"/>
                  <w:szCs w:val="20"/>
                  <w:lang w:val="de-DE"/>
                </w:rPr>
                <w:id w:val="-1600321118"/>
                <w14:checkbox>
                  <w14:checked w14:val="0"/>
                  <w14:checkedState w14:val="2612" w14:font="MS Gothic"/>
                  <w14:uncheckedState w14:val="2610" w14:font="MS Gothic"/>
                </w14:checkbox>
              </w:sdtPr>
              <w:sdtEndPr/>
              <w:sdtContent>
                <w:r w:rsidR="00D3576D" w:rsidRPr="001E6A9A">
                  <w:rPr>
                    <w:rFonts w:ascii="MS Gothic" w:eastAsia="MS Gothic" w:hAnsi="MS Gothic" w:hint="eastAsia"/>
                    <w:sz w:val="20"/>
                    <w:szCs w:val="20"/>
                    <w:lang w:val="de-DE"/>
                  </w:rPr>
                  <w:t>☐</w:t>
                </w:r>
              </w:sdtContent>
            </w:sdt>
            <w:r w:rsidR="00D3576D" w:rsidRPr="001E6A9A">
              <w:rPr>
                <w:rFonts w:ascii="Fira Sans Light" w:hAnsi="Fira Sans Light"/>
                <w:sz w:val="20"/>
                <w:szCs w:val="20"/>
                <w:lang w:val="de-DE"/>
              </w:rPr>
              <w:t xml:space="preserve"> Prothesen   </w:t>
            </w:r>
            <w:sdt>
              <w:sdtPr>
                <w:rPr>
                  <w:rFonts w:ascii="Fira Sans Light" w:hAnsi="Fira Sans Light"/>
                  <w:sz w:val="20"/>
                  <w:szCs w:val="20"/>
                  <w:lang w:val="de-DE"/>
                </w:rPr>
                <w:id w:val="601538979"/>
                <w14:checkbox>
                  <w14:checked w14:val="0"/>
                  <w14:checkedState w14:val="2612" w14:font="MS Gothic"/>
                  <w14:uncheckedState w14:val="2610" w14:font="MS Gothic"/>
                </w14:checkbox>
              </w:sdtPr>
              <w:sdtEndPr/>
              <w:sdtContent>
                <w:r w:rsidR="00D3576D" w:rsidRPr="001E6A9A">
                  <w:rPr>
                    <w:rFonts w:ascii="MS Gothic" w:eastAsia="MS Gothic" w:hAnsi="MS Gothic" w:hint="eastAsia"/>
                    <w:sz w:val="20"/>
                    <w:szCs w:val="20"/>
                    <w:lang w:val="de-DE"/>
                  </w:rPr>
                  <w:t>☐</w:t>
                </w:r>
              </w:sdtContent>
            </w:sdt>
            <w:r w:rsidR="00D3576D" w:rsidRPr="001E6A9A">
              <w:rPr>
                <w:rFonts w:ascii="Fira Sans Light" w:hAnsi="Fira Sans Light"/>
                <w:sz w:val="20"/>
                <w:szCs w:val="20"/>
                <w:lang w:val="de-DE"/>
              </w:rPr>
              <w:t xml:space="preserve"> individuelle Abutments</w:t>
            </w:r>
          </w:p>
        </w:tc>
      </w:tr>
      <w:tr w:rsidR="00CB2F9D" w:rsidRPr="000D5D13" w14:paraId="06C2B1D0" w14:textId="77777777" w:rsidTr="00CB2F9D">
        <w:tc>
          <w:tcPr>
            <w:tcW w:w="2835" w:type="dxa"/>
            <w:shd w:val="clear" w:color="auto" w:fill="8BC540"/>
          </w:tcPr>
          <w:p w14:paraId="6692F53A" w14:textId="117FDD3F" w:rsidR="00CB2F9D" w:rsidRPr="00F766A7" w:rsidRDefault="00CB2F9D" w:rsidP="00CB2F9D">
            <w:pPr>
              <w:rPr>
                <w:rFonts w:ascii="Fira Sans Light" w:hAnsi="Fira Sans Light"/>
                <w:b/>
                <w:sz w:val="20"/>
                <w:szCs w:val="20"/>
                <w:lang w:val="de-DE"/>
              </w:rPr>
            </w:pPr>
            <w:r w:rsidRPr="00F766A7">
              <w:rPr>
                <w:rFonts w:ascii="Fira Sans Light" w:hAnsi="Fira Sans Light"/>
                <w:b/>
                <w:sz w:val="20"/>
                <w:szCs w:val="20"/>
                <w:lang w:val="de-DE"/>
              </w:rPr>
              <w:t>Kieferorthopädie</w:t>
            </w:r>
          </w:p>
        </w:tc>
        <w:tc>
          <w:tcPr>
            <w:tcW w:w="6379" w:type="dxa"/>
            <w:vAlign w:val="center"/>
          </w:tcPr>
          <w:p w14:paraId="34DD1FC9" w14:textId="2555013F" w:rsidR="00CB2F9D" w:rsidRPr="001E6A9A" w:rsidRDefault="00332E90" w:rsidP="00CB2F9D">
            <w:pPr>
              <w:rPr>
                <w:rFonts w:ascii="Fira Sans Light" w:hAnsi="Fira Sans Light"/>
                <w:sz w:val="20"/>
                <w:szCs w:val="20"/>
                <w:lang w:val="de-DE"/>
              </w:rPr>
            </w:pPr>
            <w:sdt>
              <w:sdtPr>
                <w:rPr>
                  <w:rFonts w:ascii="Fira Sans Light" w:hAnsi="Fira Sans Light"/>
                  <w:sz w:val="20"/>
                  <w:szCs w:val="20"/>
                  <w:lang w:val="de-DE"/>
                </w:rPr>
                <w:id w:val="1234356076"/>
                <w14:checkbox>
                  <w14:checked w14:val="0"/>
                  <w14:checkedState w14:val="2612" w14:font="MS Gothic"/>
                  <w14:uncheckedState w14:val="2610" w14:font="MS Gothic"/>
                </w14:checkbox>
              </w:sdtPr>
              <w:sdtEndPr/>
              <w:sdtContent>
                <w:r w:rsidR="007D10AB" w:rsidRPr="001E6A9A">
                  <w:rPr>
                    <w:rFonts w:ascii="MS Gothic" w:eastAsia="MS Gothic" w:hAnsi="MS Gothic" w:hint="eastAsia"/>
                    <w:sz w:val="20"/>
                    <w:szCs w:val="20"/>
                    <w:lang w:val="de-DE"/>
                  </w:rPr>
                  <w:t>☐</w:t>
                </w:r>
              </w:sdtContent>
            </w:sdt>
            <w:r w:rsidR="007D10AB" w:rsidRPr="001E6A9A">
              <w:rPr>
                <w:rFonts w:ascii="Fira Sans Light" w:hAnsi="Fira Sans Light"/>
                <w:sz w:val="20"/>
                <w:szCs w:val="20"/>
                <w:lang w:val="de-DE"/>
              </w:rPr>
              <w:t xml:space="preserve"> Aligner   </w:t>
            </w:r>
            <w:sdt>
              <w:sdtPr>
                <w:rPr>
                  <w:rFonts w:ascii="Fira Sans Light" w:hAnsi="Fira Sans Light"/>
                  <w:sz w:val="20"/>
                  <w:szCs w:val="20"/>
                  <w:lang w:val="de-DE"/>
                </w:rPr>
                <w:id w:val="1842046128"/>
                <w14:checkbox>
                  <w14:checked w14:val="0"/>
                  <w14:checkedState w14:val="2612" w14:font="MS Gothic"/>
                  <w14:uncheckedState w14:val="2610" w14:font="MS Gothic"/>
                </w14:checkbox>
              </w:sdtPr>
              <w:sdtEndPr/>
              <w:sdtContent>
                <w:r w:rsidR="007D10AB" w:rsidRPr="001E6A9A">
                  <w:rPr>
                    <w:rFonts w:ascii="MS Gothic" w:eastAsia="MS Gothic" w:hAnsi="MS Gothic" w:hint="eastAsia"/>
                    <w:sz w:val="20"/>
                    <w:szCs w:val="20"/>
                    <w:lang w:val="de-DE"/>
                  </w:rPr>
                  <w:t>☐</w:t>
                </w:r>
              </w:sdtContent>
            </w:sdt>
            <w:r w:rsidR="007D10AB" w:rsidRPr="001E6A9A">
              <w:rPr>
                <w:rFonts w:ascii="Fira Sans Light" w:hAnsi="Fira Sans Light"/>
                <w:sz w:val="20"/>
                <w:szCs w:val="20"/>
                <w:lang w:val="de-DE"/>
              </w:rPr>
              <w:t xml:space="preserve"> KFO-Apparaturen/Retainer</w:t>
            </w:r>
          </w:p>
        </w:tc>
      </w:tr>
      <w:tr w:rsidR="00CB2F9D" w:rsidRPr="000D5D13" w14:paraId="14B68298" w14:textId="77777777" w:rsidTr="00CB2F9D">
        <w:tc>
          <w:tcPr>
            <w:tcW w:w="2835" w:type="dxa"/>
            <w:shd w:val="clear" w:color="auto" w:fill="8BC540"/>
          </w:tcPr>
          <w:p w14:paraId="15A89525" w14:textId="0C65D98C" w:rsidR="00CB2F9D" w:rsidRPr="00F766A7" w:rsidRDefault="00CB2F9D" w:rsidP="00CB2F9D">
            <w:pPr>
              <w:rPr>
                <w:rFonts w:ascii="Fira Sans Light" w:hAnsi="Fira Sans Light"/>
                <w:b/>
                <w:sz w:val="20"/>
                <w:szCs w:val="20"/>
                <w:lang w:val="de-DE"/>
              </w:rPr>
            </w:pPr>
            <w:r w:rsidRPr="00F766A7">
              <w:rPr>
                <w:rFonts w:ascii="Fira Sans Light" w:hAnsi="Fira Sans Light"/>
                <w:b/>
                <w:sz w:val="20"/>
                <w:szCs w:val="20"/>
                <w:lang w:val="de-DE"/>
              </w:rPr>
              <w:t>Funktionsdiagnostik</w:t>
            </w:r>
          </w:p>
        </w:tc>
        <w:tc>
          <w:tcPr>
            <w:tcW w:w="6379" w:type="dxa"/>
            <w:vAlign w:val="center"/>
          </w:tcPr>
          <w:p w14:paraId="762C32EE" w14:textId="19F146A2" w:rsidR="00CB2F9D" w:rsidRPr="001E6A9A" w:rsidRDefault="00332E90" w:rsidP="00CB2F9D">
            <w:pPr>
              <w:rPr>
                <w:rFonts w:ascii="Fira Sans Light" w:hAnsi="Fira Sans Light"/>
                <w:sz w:val="20"/>
                <w:szCs w:val="20"/>
                <w:lang w:val="de-DE"/>
              </w:rPr>
            </w:pPr>
            <w:sdt>
              <w:sdtPr>
                <w:rPr>
                  <w:rFonts w:ascii="Fira Sans Light" w:hAnsi="Fira Sans Light"/>
                  <w:sz w:val="20"/>
                  <w:szCs w:val="20"/>
                  <w:lang w:val="de-DE"/>
                </w:rPr>
                <w:id w:val="2095973409"/>
                <w14:checkbox>
                  <w14:checked w14:val="0"/>
                  <w14:checkedState w14:val="2612" w14:font="MS Gothic"/>
                  <w14:uncheckedState w14:val="2610" w14:font="MS Gothic"/>
                </w14:checkbox>
              </w:sdtPr>
              <w:sdtEndPr/>
              <w:sdtContent>
                <w:r w:rsidR="007D10AB" w:rsidRPr="001E6A9A">
                  <w:rPr>
                    <w:rFonts w:ascii="MS Gothic" w:eastAsia="MS Gothic" w:hAnsi="MS Gothic" w:hint="eastAsia"/>
                    <w:sz w:val="20"/>
                    <w:szCs w:val="20"/>
                    <w:lang w:val="de-DE"/>
                  </w:rPr>
                  <w:t>☐</w:t>
                </w:r>
              </w:sdtContent>
            </w:sdt>
            <w:r w:rsidR="007D10AB" w:rsidRPr="001E6A9A">
              <w:rPr>
                <w:rFonts w:ascii="Fira Sans Light" w:hAnsi="Fira Sans Light"/>
                <w:sz w:val="20"/>
                <w:szCs w:val="20"/>
                <w:lang w:val="de-DE"/>
              </w:rPr>
              <w:t xml:space="preserve"> </w:t>
            </w:r>
            <w:r w:rsidR="00640796" w:rsidRPr="001E6A9A">
              <w:rPr>
                <w:rFonts w:ascii="Fira Sans Light" w:hAnsi="Fira Sans Light"/>
                <w:sz w:val="20"/>
                <w:szCs w:val="20"/>
                <w:lang w:val="de-DE"/>
              </w:rPr>
              <w:t>Schienen</w:t>
            </w:r>
          </w:p>
        </w:tc>
      </w:tr>
      <w:tr w:rsidR="00CB2F9D" w:rsidRPr="000D5D13" w14:paraId="2E665400" w14:textId="77777777" w:rsidTr="00CB2F9D">
        <w:tc>
          <w:tcPr>
            <w:tcW w:w="2835" w:type="dxa"/>
            <w:shd w:val="clear" w:color="auto" w:fill="8BC540"/>
          </w:tcPr>
          <w:p w14:paraId="25E19085" w14:textId="3FEAC811" w:rsidR="00CB2F9D" w:rsidRPr="00F766A7" w:rsidRDefault="00640796" w:rsidP="00CB2F9D">
            <w:pPr>
              <w:rPr>
                <w:rFonts w:ascii="Fira Sans Light" w:hAnsi="Fira Sans Light"/>
                <w:b/>
                <w:sz w:val="20"/>
                <w:szCs w:val="20"/>
                <w:lang w:val="de-DE"/>
              </w:rPr>
            </w:pPr>
            <w:r w:rsidRPr="00F766A7">
              <w:rPr>
                <w:rFonts w:ascii="Fira Sans Light" w:hAnsi="Fira Sans Light"/>
                <w:b/>
                <w:sz w:val="20"/>
                <w:szCs w:val="20"/>
                <w:lang w:val="de-DE"/>
              </w:rPr>
              <w:t>Service</w:t>
            </w:r>
          </w:p>
        </w:tc>
        <w:tc>
          <w:tcPr>
            <w:tcW w:w="6379" w:type="dxa"/>
            <w:vAlign w:val="center"/>
          </w:tcPr>
          <w:p w14:paraId="1D7F749E" w14:textId="65594F16" w:rsidR="00CB2F9D" w:rsidRPr="001E6A9A" w:rsidRDefault="00332E90" w:rsidP="00CB2F9D">
            <w:pPr>
              <w:rPr>
                <w:rFonts w:ascii="Fira Sans Light" w:hAnsi="Fira Sans Light"/>
                <w:sz w:val="20"/>
                <w:szCs w:val="20"/>
                <w:lang w:val="de-DE"/>
              </w:rPr>
            </w:pPr>
            <w:sdt>
              <w:sdtPr>
                <w:rPr>
                  <w:rFonts w:ascii="Fira Sans Light" w:hAnsi="Fira Sans Light"/>
                  <w:sz w:val="20"/>
                  <w:szCs w:val="20"/>
                  <w:lang w:val="de-DE"/>
                </w:rPr>
                <w:id w:val="-1256585258"/>
                <w14:checkbox>
                  <w14:checked w14:val="0"/>
                  <w14:checkedState w14:val="2612" w14:font="MS Gothic"/>
                  <w14:uncheckedState w14:val="2610" w14:font="MS Gothic"/>
                </w14:checkbox>
              </w:sdtPr>
              <w:sdtEndPr/>
              <w:sdtContent>
                <w:r w:rsidR="00640796" w:rsidRPr="001E6A9A">
                  <w:rPr>
                    <w:rFonts w:ascii="MS Gothic" w:eastAsia="MS Gothic" w:hAnsi="MS Gothic" w:hint="eastAsia"/>
                    <w:sz w:val="20"/>
                    <w:szCs w:val="20"/>
                    <w:lang w:val="de-DE"/>
                  </w:rPr>
                  <w:t>☐</w:t>
                </w:r>
              </w:sdtContent>
            </w:sdt>
            <w:r w:rsidR="00640796" w:rsidRPr="001E6A9A">
              <w:rPr>
                <w:rFonts w:ascii="Fira Sans Light" w:hAnsi="Fira Sans Light"/>
                <w:sz w:val="20"/>
                <w:szCs w:val="20"/>
                <w:lang w:val="de-DE"/>
              </w:rPr>
              <w:t xml:space="preserve"> </w:t>
            </w:r>
            <w:r w:rsidR="00CB2F9D" w:rsidRPr="001E6A9A">
              <w:rPr>
                <w:rFonts w:ascii="Fira Sans Light" w:hAnsi="Fira Sans Light"/>
                <w:sz w:val="20"/>
                <w:szCs w:val="20"/>
                <w:lang w:val="de-DE"/>
              </w:rPr>
              <w:t>Reparatur</w:t>
            </w:r>
            <w:r w:rsidR="00640796" w:rsidRPr="001E6A9A">
              <w:rPr>
                <w:rFonts w:ascii="Fira Sans Light" w:hAnsi="Fira Sans Light"/>
                <w:sz w:val="20"/>
                <w:szCs w:val="20"/>
                <w:lang w:val="de-DE"/>
              </w:rPr>
              <w:t xml:space="preserve">en   </w:t>
            </w:r>
            <w:sdt>
              <w:sdtPr>
                <w:rPr>
                  <w:rFonts w:ascii="Fira Sans Light" w:hAnsi="Fira Sans Light"/>
                  <w:sz w:val="20"/>
                  <w:szCs w:val="20"/>
                  <w:lang w:val="de-DE"/>
                </w:rPr>
                <w:id w:val="1430005405"/>
                <w14:checkbox>
                  <w14:checked w14:val="0"/>
                  <w14:checkedState w14:val="2612" w14:font="MS Gothic"/>
                  <w14:uncheckedState w14:val="2610" w14:font="MS Gothic"/>
                </w14:checkbox>
              </w:sdtPr>
              <w:sdtEndPr/>
              <w:sdtContent>
                <w:r w:rsidR="00640796" w:rsidRPr="001E6A9A">
                  <w:rPr>
                    <w:rFonts w:ascii="MS Gothic" w:eastAsia="MS Gothic" w:hAnsi="MS Gothic" w:hint="eastAsia"/>
                    <w:sz w:val="20"/>
                    <w:szCs w:val="20"/>
                    <w:lang w:val="de-DE"/>
                  </w:rPr>
                  <w:t>☐</w:t>
                </w:r>
              </w:sdtContent>
            </w:sdt>
            <w:r w:rsidR="00640796" w:rsidRPr="001E6A9A">
              <w:rPr>
                <w:rFonts w:ascii="Fira Sans Light" w:hAnsi="Fira Sans Light"/>
                <w:sz w:val="20"/>
                <w:szCs w:val="20"/>
                <w:lang w:val="de-DE"/>
              </w:rPr>
              <w:t xml:space="preserve"> Express</w:t>
            </w:r>
          </w:p>
        </w:tc>
      </w:tr>
      <w:tr w:rsidR="00CB2F9D" w:rsidRPr="000D5D13" w14:paraId="40B42BB8" w14:textId="77777777" w:rsidTr="00CB2F9D">
        <w:tc>
          <w:tcPr>
            <w:tcW w:w="2835" w:type="dxa"/>
            <w:shd w:val="clear" w:color="auto" w:fill="8BC540"/>
          </w:tcPr>
          <w:p w14:paraId="6C34A359" w14:textId="3102C086" w:rsidR="00CB2F9D" w:rsidRPr="00F766A7" w:rsidRDefault="00640796" w:rsidP="00CB2F9D">
            <w:pPr>
              <w:rPr>
                <w:rFonts w:ascii="Fira Sans Light" w:hAnsi="Fira Sans Light"/>
                <w:b/>
                <w:sz w:val="20"/>
                <w:szCs w:val="20"/>
                <w:lang w:val="de-DE"/>
              </w:rPr>
            </w:pPr>
            <w:r w:rsidRPr="00F766A7">
              <w:rPr>
                <w:rFonts w:ascii="Fira Sans Light" w:hAnsi="Fira Sans Light"/>
                <w:b/>
                <w:sz w:val="20"/>
                <w:szCs w:val="20"/>
                <w:lang w:val="de-DE"/>
              </w:rPr>
              <w:t>Weiteres</w:t>
            </w:r>
          </w:p>
        </w:tc>
        <w:sdt>
          <w:sdtPr>
            <w:rPr>
              <w:rFonts w:ascii="Fira Sans Light" w:hAnsi="Fira Sans Light"/>
              <w:sz w:val="20"/>
              <w:szCs w:val="20"/>
              <w:lang w:val="de-DE"/>
            </w:rPr>
            <w:id w:val="-670020155"/>
            <w:placeholder>
              <w:docPart w:val="9CF8E95C99C54A389D11F56E6502A288"/>
            </w:placeholder>
            <w:showingPlcHdr/>
            <w:text/>
          </w:sdtPr>
          <w:sdtEndPr/>
          <w:sdtContent>
            <w:tc>
              <w:tcPr>
                <w:tcW w:w="6379" w:type="dxa"/>
                <w:vAlign w:val="center"/>
              </w:tcPr>
              <w:p w14:paraId="3C73E692" w14:textId="357D14B6" w:rsidR="00CB2F9D" w:rsidRPr="001E6A9A" w:rsidRDefault="000607E0" w:rsidP="00CB2F9D">
                <w:pPr>
                  <w:rPr>
                    <w:rFonts w:ascii="Fira Sans Light" w:hAnsi="Fira Sans Light"/>
                    <w:sz w:val="20"/>
                    <w:szCs w:val="20"/>
                    <w:lang w:val="de-DE"/>
                  </w:rPr>
                </w:pPr>
                <w:r>
                  <w:rPr>
                    <w:rFonts w:ascii="Fira Sans Light" w:hAnsi="Fira Sans Light"/>
                    <w:sz w:val="20"/>
                    <w:szCs w:val="20"/>
                    <w:lang w:val="de-DE"/>
                  </w:rPr>
                  <w:t>[…]</w:t>
                </w:r>
                <w:r w:rsidR="00D4408E" w:rsidRPr="001E6A9A">
                  <w:rPr>
                    <w:sz w:val="20"/>
                    <w:szCs w:val="20"/>
                    <w:lang w:val="de-DE"/>
                  </w:rPr>
                  <w:t xml:space="preserve"> </w:t>
                </w:r>
              </w:p>
            </w:tc>
          </w:sdtContent>
        </w:sdt>
      </w:tr>
    </w:tbl>
    <w:p w14:paraId="78045033" w14:textId="77777777" w:rsidR="00F766A7" w:rsidRPr="00C46F94" w:rsidRDefault="00F766A7" w:rsidP="00F766A7">
      <w:pPr>
        <w:spacing w:after="0" w:line="240" w:lineRule="auto"/>
        <w:rPr>
          <w:rFonts w:ascii="Fira Sans" w:eastAsiaTheme="majorEastAsia" w:hAnsi="Fira Sans" w:cstheme="majorBidi"/>
          <w:color w:val="4A4A4A"/>
          <w:spacing w:val="5"/>
          <w:kern w:val="28"/>
          <w:sz w:val="20"/>
          <w:szCs w:val="20"/>
          <w:lang w:val="de-DE"/>
        </w:rPr>
      </w:pPr>
    </w:p>
    <w:p w14:paraId="5885B09B" w14:textId="77777777" w:rsidR="00F766A7" w:rsidRPr="00C46F94" w:rsidRDefault="00F766A7" w:rsidP="00F766A7">
      <w:pPr>
        <w:spacing w:after="0" w:line="240" w:lineRule="auto"/>
        <w:rPr>
          <w:rFonts w:ascii="Fira Sans" w:eastAsiaTheme="majorEastAsia" w:hAnsi="Fira Sans" w:cstheme="majorBidi"/>
          <w:color w:val="4A4A4A"/>
          <w:spacing w:val="5"/>
          <w:kern w:val="28"/>
          <w:sz w:val="20"/>
          <w:szCs w:val="20"/>
          <w:lang w:val="de-DE"/>
        </w:rPr>
      </w:pPr>
    </w:p>
    <w:p w14:paraId="1BD522B9" w14:textId="77777777" w:rsidR="00F766A7" w:rsidRPr="00C46F94" w:rsidRDefault="00F766A7" w:rsidP="00F766A7">
      <w:pPr>
        <w:spacing w:after="0" w:line="240" w:lineRule="auto"/>
        <w:rPr>
          <w:rFonts w:ascii="Fira Sans" w:eastAsiaTheme="majorEastAsia" w:hAnsi="Fira Sans" w:cstheme="majorBidi"/>
          <w:color w:val="4A4A4A"/>
          <w:spacing w:val="5"/>
          <w:kern w:val="28"/>
          <w:sz w:val="20"/>
          <w:szCs w:val="20"/>
          <w:lang w:val="de-DE"/>
        </w:rPr>
      </w:pPr>
    </w:p>
    <w:p w14:paraId="5AA1C2B6" w14:textId="42F5D2A4" w:rsidR="00F766A7" w:rsidRDefault="00F766A7" w:rsidP="00F766A7">
      <w:pPr>
        <w:pStyle w:val="Listenabsatz"/>
        <w:numPr>
          <w:ilvl w:val="0"/>
          <w:numId w:val="43"/>
        </w:numPr>
        <w:spacing w:after="0" w:line="240" w:lineRule="auto"/>
        <w:ind w:left="426" w:hanging="426"/>
        <w:contextualSpacing w:val="0"/>
        <w:rPr>
          <w:rFonts w:ascii="Fira Sans" w:eastAsiaTheme="majorEastAsia" w:hAnsi="Fira Sans" w:cstheme="majorBidi"/>
          <w:color w:val="4A4A4A"/>
          <w:spacing w:val="5"/>
          <w:kern w:val="28"/>
          <w:sz w:val="40"/>
          <w:szCs w:val="40"/>
          <w:lang w:val="de-DE"/>
        </w:rPr>
      </w:pPr>
      <w:r>
        <w:rPr>
          <w:rFonts w:ascii="Fira Sans" w:eastAsiaTheme="majorEastAsia" w:hAnsi="Fira Sans" w:cstheme="majorBidi"/>
          <w:color w:val="4A4A4A"/>
          <w:spacing w:val="5"/>
          <w:kern w:val="28"/>
          <w:sz w:val="40"/>
          <w:szCs w:val="40"/>
          <w:lang w:val="de-DE"/>
        </w:rPr>
        <w:lastRenderedPageBreak/>
        <w:t>Technische Ausstattung</w:t>
      </w:r>
    </w:p>
    <w:p w14:paraId="0AB7A01B" w14:textId="77777777" w:rsidR="00F766A7" w:rsidRPr="00F4643C" w:rsidRDefault="00F766A7" w:rsidP="00F766A7">
      <w:pPr>
        <w:spacing w:after="0" w:line="240" w:lineRule="auto"/>
        <w:rPr>
          <w:rFonts w:ascii="Fira Sans" w:eastAsiaTheme="majorEastAsia" w:hAnsi="Fira Sans" w:cstheme="majorBidi"/>
          <w:color w:val="4A4A4A"/>
          <w:spacing w:val="5"/>
          <w:kern w:val="28"/>
          <w:sz w:val="20"/>
          <w:szCs w:val="20"/>
          <w:lang w:val="de-DE"/>
        </w:rPr>
      </w:pPr>
    </w:p>
    <w:tbl>
      <w:tblPr>
        <w:tblStyle w:val="Tabellenraster"/>
        <w:tblW w:w="9214" w:type="dxa"/>
        <w:tblInd w:w="-5" w:type="dxa"/>
        <w:tblLayout w:type="fixed"/>
        <w:tblCellMar>
          <w:top w:w="57" w:type="dxa"/>
          <w:bottom w:w="57" w:type="dxa"/>
        </w:tblCellMar>
        <w:tblLook w:val="04A0" w:firstRow="1" w:lastRow="0" w:firstColumn="1" w:lastColumn="0" w:noHBand="0" w:noVBand="1"/>
      </w:tblPr>
      <w:tblGrid>
        <w:gridCol w:w="4111"/>
        <w:gridCol w:w="1701"/>
        <w:gridCol w:w="1701"/>
        <w:gridCol w:w="1701"/>
      </w:tblGrid>
      <w:tr w:rsidR="00563DCF" w:rsidRPr="000D5D13" w14:paraId="674F7785" w14:textId="77777777" w:rsidTr="00A476B3">
        <w:trPr>
          <w:tblHeader/>
        </w:trPr>
        <w:tc>
          <w:tcPr>
            <w:tcW w:w="4111" w:type="dxa"/>
            <w:shd w:val="clear" w:color="auto" w:fill="8BC540"/>
            <w:vAlign w:val="center"/>
          </w:tcPr>
          <w:p w14:paraId="40A541D3" w14:textId="0FB414BF" w:rsidR="00563DCF" w:rsidRPr="001E6A9A" w:rsidRDefault="00563DCF" w:rsidP="00A476B3">
            <w:pPr>
              <w:jc w:val="center"/>
              <w:rPr>
                <w:rFonts w:ascii="Fira Sans regular" w:hAnsi="Fira Sans regular" w:hint="eastAsia"/>
                <w:b/>
                <w:sz w:val="20"/>
                <w:szCs w:val="20"/>
                <w:lang w:val="de-DE"/>
              </w:rPr>
            </w:pPr>
            <w:r>
              <w:rPr>
                <w:rFonts w:ascii="Fira Sans regular" w:hAnsi="Fira Sans regular"/>
                <w:b/>
                <w:sz w:val="20"/>
                <w:szCs w:val="20"/>
                <w:lang w:val="de-DE"/>
              </w:rPr>
              <w:t>Gerät/System</w:t>
            </w:r>
          </w:p>
        </w:tc>
        <w:tc>
          <w:tcPr>
            <w:tcW w:w="1701" w:type="dxa"/>
            <w:shd w:val="clear" w:color="auto" w:fill="8BC540"/>
            <w:vAlign w:val="center"/>
          </w:tcPr>
          <w:p w14:paraId="1EDB072F" w14:textId="6AD9C8AE" w:rsidR="00563DCF" w:rsidRPr="001E6A9A" w:rsidRDefault="00D4408E" w:rsidP="00A476B3">
            <w:pPr>
              <w:jc w:val="center"/>
              <w:rPr>
                <w:rFonts w:ascii="Fira Sans Light" w:hAnsi="Fira Sans Light"/>
                <w:b/>
                <w:sz w:val="20"/>
                <w:szCs w:val="20"/>
                <w:lang w:val="de-DE"/>
              </w:rPr>
            </w:pPr>
            <w:r>
              <w:rPr>
                <w:rFonts w:ascii="Fira Sans Light" w:hAnsi="Fira Sans Light"/>
                <w:b/>
                <w:sz w:val="20"/>
                <w:szCs w:val="20"/>
                <w:lang w:val="de-DE"/>
              </w:rPr>
              <w:t>vorhanden</w:t>
            </w:r>
          </w:p>
        </w:tc>
        <w:tc>
          <w:tcPr>
            <w:tcW w:w="1701" w:type="dxa"/>
            <w:shd w:val="clear" w:color="auto" w:fill="8BC540"/>
            <w:vAlign w:val="center"/>
          </w:tcPr>
          <w:p w14:paraId="072F71B1" w14:textId="768F52F1" w:rsidR="00563DCF" w:rsidRPr="001E6A9A" w:rsidRDefault="008753AB" w:rsidP="00A476B3">
            <w:pPr>
              <w:jc w:val="center"/>
              <w:rPr>
                <w:rFonts w:ascii="Fira Sans Light" w:hAnsi="Fira Sans Light"/>
                <w:b/>
                <w:sz w:val="20"/>
                <w:szCs w:val="20"/>
                <w:lang w:val="de-DE"/>
              </w:rPr>
            </w:pPr>
            <w:r>
              <w:rPr>
                <w:rFonts w:ascii="Fira Sans Light" w:hAnsi="Fira Sans Light"/>
                <w:b/>
                <w:sz w:val="20"/>
                <w:szCs w:val="20"/>
                <w:lang w:val="de-DE"/>
              </w:rPr>
              <w:t>Anzahl</w:t>
            </w:r>
          </w:p>
        </w:tc>
        <w:tc>
          <w:tcPr>
            <w:tcW w:w="1701" w:type="dxa"/>
            <w:shd w:val="clear" w:color="auto" w:fill="8BC540"/>
            <w:vAlign w:val="center"/>
          </w:tcPr>
          <w:p w14:paraId="4395DD16" w14:textId="04C3C4CD" w:rsidR="00563DCF" w:rsidRPr="001E6A9A" w:rsidRDefault="008753AB" w:rsidP="00A476B3">
            <w:pPr>
              <w:jc w:val="center"/>
              <w:rPr>
                <w:rFonts w:ascii="Fira Sans Light" w:hAnsi="Fira Sans Light"/>
                <w:b/>
                <w:sz w:val="20"/>
                <w:szCs w:val="20"/>
                <w:lang w:val="de-DE"/>
              </w:rPr>
            </w:pPr>
            <w:r>
              <w:rPr>
                <w:rFonts w:ascii="Fira Sans Light" w:hAnsi="Fira Sans Light"/>
                <w:b/>
                <w:sz w:val="20"/>
                <w:szCs w:val="20"/>
                <w:lang w:val="de-DE"/>
              </w:rPr>
              <w:t>Hersteller</w:t>
            </w:r>
          </w:p>
        </w:tc>
      </w:tr>
      <w:tr w:rsidR="00563DCF" w:rsidRPr="000D5D13" w14:paraId="7DACB73B" w14:textId="77777777" w:rsidTr="00A476B3">
        <w:tc>
          <w:tcPr>
            <w:tcW w:w="4111" w:type="dxa"/>
            <w:vAlign w:val="center"/>
          </w:tcPr>
          <w:p w14:paraId="6EA9240C" w14:textId="2A8ED6BA" w:rsidR="00563DCF" w:rsidRPr="00D4408E" w:rsidRDefault="00D4408E" w:rsidP="00A476B3">
            <w:pPr>
              <w:rPr>
                <w:rFonts w:ascii="Fira Sans Light" w:hAnsi="Fira Sans Light"/>
                <w:sz w:val="20"/>
                <w:szCs w:val="20"/>
              </w:rPr>
            </w:pPr>
            <w:r w:rsidRPr="00D4408E">
              <w:rPr>
                <w:rFonts w:ascii="Fira Sans Light" w:hAnsi="Fira Sans Light"/>
                <w:sz w:val="20"/>
                <w:szCs w:val="20"/>
              </w:rPr>
              <w:t>CAD-Software (3Shape/exocad</w:t>
            </w:r>
            <w:r w:rsidR="0082636F">
              <w:rPr>
                <w:rFonts w:ascii="Fira Sans Light" w:hAnsi="Fira Sans Light"/>
                <w:sz w:val="20"/>
                <w:szCs w:val="20"/>
              </w:rPr>
              <w:t>/</w:t>
            </w:r>
            <w:r>
              <w:rPr>
                <w:rFonts w:ascii="Fira Sans Light" w:hAnsi="Fira Sans Light"/>
                <w:sz w:val="20"/>
                <w:szCs w:val="20"/>
              </w:rPr>
              <w:t>andere)</w:t>
            </w:r>
          </w:p>
        </w:tc>
        <w:tc>
          <w:tcPr>
            <w:tcW w:w="1701" w:type="dxa"/>
          </w:tcPr>
          <w:p w14:paraId="69D8CE6D" w14:textId="244B7732" w:rsidR="00563DCF" w:rsidRPr="001E6A9A" w:rsidRDefault="00332E90" w:rsidP="00A476B3">
            <w:pPr>
              <w:rPr>
                <w:rFonts w:ascii="Fira Sans Light" w:hAnsi="Fira Sans Light"/>
                <w:sz w:val="20"/>
                <w:szCs w:val="20"/>
                <w:lang w:val="de-DE"/>
              </w:rPr>
            </w:pPr>
            <w:sdt>
              <w:sdtPr>
                <w:rPr>
                  <w:rFonts w:ascii="Fira Sans Light" w:hAnsi="Fira Sans Light"/>
                  <w:sz w:val="20"/>
                  <w:szCs w:val="20"/>
                  <w:lang w:val="de-DE"/>
                </w:rPr>
                <w:id w:val="-1765134058"/>
                <w14:checkbox>
                  <w14:checked w14:val="0"/>
                  <w14:checkedState w14:val="2612" w14:font="MS Gothic"/>
                  <w14:uncheckedState w14:val="2610" w14:font="MS Gothic"/>
                </w14:checkbox>
              </w:sdtPr>
              <w:sdtEndPr/>
              <w:sdtContent>
                <w:r w:rsidR="00D4408E">
                  <w:rPr>
                    <w:rFonts w:ascii="MS Gothic" w:eastAsia="MS Gothic" w:hAnsi="MS Gothic" w:hint="eastAsia"/>
                    <w:sz w:val="20"/>
                    <w:szCs w:val="20"/>
                    <w:lang w:val="de-DE"/>
                  </w:rPr>
                  <w:t>☐</w:t>
                </w:r>
              </w:sdtContent>
            </w:sdt>
            <w:r w:rsidR="00D4408E">
              <w:rPr>
                <w:rFonts w:ascii="Fira Sans Light" w:hAnsi="Fira Sans Light"/>
                <w:sz w:val="20"/>
                <w:szCs w:val="20"/>
                <w:lang w:val="de-DE"/>
              </w:rPr>
              <w:t xml:space="preserve"> ja   </w:t>
            </w:r>
            <w:sdt>
              <w:sdtPr>
                <w:rPr>
                  <w:rFonts w:ascii="Fira Sans Light" w:hAnsi="Fira Sans Light"/>
                  <w:sz w:val="20"/>
                  <w:szCs w:val="20"/>
                  <w:lang w:val="de-DE"/>
                </w:rPr>
                <w:id w:val="-143049298"/>
                <w14:checkbox>
                  <w14:checked w14:val="0"/>
                  <w14:checkedState w14:val="2612" w14:font="MS Gothic"/>
                  <w14:uncheckedState w14:val="2610" w14:font="MS Gothic"/>
                </w14:checkbox>
              </w:sdtPr>
              <w:sdtEndPr/>
              <w:sdtContent>
                <w:r w:rsidR="00D4408E">
                  <w:rPr>
                    <w:rFonts w:ascii="MS Gothic" w:eastAsia="MS Gothic" w:hAnsi="MS Gothic" w:hint="eastAsia"/>
                    <w:sz w:val="20"/>
                    <w:szCs w:val="20"/>
                    <w:lang w:val="de-DE"/>
                  </w:rPr>
                  <w:t>☐</w:t>
                </w:r>
              </w:sdtContent>
            </w:sdt>
            <w:r w:rsidR="00D4408E">
              <w:rPr>
                <w:rFonts w:ascii="Fira Sans Light" w:hAnsi="Fira Sans Light"/>
                <w:sz w:val="20"/>
                <w:szCs w:val="20"/>
                <w:lang w:val="de-DE"/>
              </w:rPr>
              <w:t xml:space="preserve"> nein</w:t>
            </w:r>
          </w:p>
        </w:tc>
        <w:sdt>
          <w:sdtPr>
            <w:rPr>
              <w:rFonts w:ascii="Fira Sans Light" w:hAnsi="Fira Sans Light"/>
              <w:sz w:val="20"/>
              <w:szCs w:val="20"/>
              <w:lang w:val="de-DE"/>
            </w:rPr>
            <w:id w:val="777443778"/>
            <w:placeholder>
              <w:docPart w:val="4E976C76BD60411197BEA9274AF3EB59"/>
            </w:placeholder>
            <w:showingPlcHdr/>
            <w:text/>
          </w:sdtPr>
          <w:sdtEndPr/>
          <w:sdtContent>
            <w:tc>
              <w:tcPr>
                <w:tcW w:w="1701" w:type="dxa"/>
              </w:tcPr>
              <w:p w14:paraId="3D74255B" w14:textId="77777777" w:rsidR="00563DCF" w:rsidRPr="001E6A9A" w:rsidRDefault="00563DCF"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292478586"/>
            <w:placeholder>
              <w:docPart w:val="201269F659B2465D81F0862B03C3B4AF"/>
            </w:placeholder>
            <w:showingPlcHdr/>
            <w:text/>
          </w:sdtPr>
          <w:sdtEndPr/>
          <w:sdtContent>
            <w:tc>
              <w:tcPr>
                <w:tcW w:w="1701" w:type="dxa"/>
              </w:tcPr>
              <w:p w14:paraId="2BC9F445" w14:textId="77777777" w:rsidR="00563DCF" w:rsidRPr="001E6A9A" w:rsidRDefault="00563DCF"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563DCF" w:rsidRPr="000D5D13" w14:paraId="48D0913E" w14:textId="77777777" w:rsidTr="00A476B3">
        <w:tc>
          <w:tcPr>
            <w:tcW w:w="4111" w:type="dxa"/>
            <w:vAlign w:val="center"/>
          </w:tcPr>
          <w:p w14:paraId="65FE4D2A" w14:textId="5A7425CE" w:rsidR="00563DCF" w:rsidRPr="001E6A9A" w:rsidRDefault="008753AB" w:rsidP="00A476B3">
            <w:pPr>
              <w:rPr>
                <w:rFonts w:ascii="Fira Sans Light" w:hAnsi="Fira Sans Light"/>
                <w:sz w:val="20"/>
                <w:szCs w:val="20"/>
                <w:lang w:val="de-DE"/>
              </w:rPr>
            </w:pPr>
            <w:r>
              <w:rPr>
                <w:rFonts w:ascii="Fira Sans Light" w:hAnsi="Fira Sans Light"/>
                <w:sz w:val="20"/>
                <w:szCs w:val="20"/>
                <w:lang w:val="de-DE"/>
              </w:rPr>
              <w:t>Fräsmaschinen</w:t>
            </w:r>
          </w:p>
        </w:tc>
        <w:tc>
          <w:tcPr>
            <w:tcW w:w="1701" w:type="dxa"/>
          </w:tcPr>
          <w:p w14:paraId="67E3327A" w14:textId="26885D23" w:rsidR="00563DCF" w:rsidRPr="001E6A9A" w:rsidRDefault="00332E90" w:rsidP="00A476B3">
            <w:pPr>
              <w:rPr>
                <w:rFonts w:ascii="Fira Sans Light" w:hAnsi="Fira Sans Light"/>
                <w:sz w:val="20"/>
                <w:szCs w:val="20"/>
                <w:lang w:val="de-DE"/>
              </w:rPr>
            </w:pPr>
            <w:sdt>
              <w:sdtPr>
                <w:rPr>
                  <w:rFonts w:ascii="Fira Sans Light" w:hAnsi="Fira Sans Light"/>
                  <w:sz w:val="20"/>
                  <w:szCs w:val="20"/>
                  <w:lang w:val="de-DE"/>
                </w:rPr>
                <w:id w:val="-110055141"/>
                <w14:checkbox>
                  <w14:checked w14:val="0"/>
                  <w14:checkedState w14:val="2612" w14:font="MS Gothic"/>
                  <w14:uncheckedState w14:val="2610" w14:font="MS Gothic"/>
                </w14:checkbox>
              </w:sdtPr>
              <w:sdtEndPr/>
              <w:sdtContent>
                <w:r w:rsidR="00185ED5">
                  <w:rPr>
                    <w:rFonts w:ascii="MS Gothic" w:eastAsia="MS Gothic" w:hAnsi="MS Gothic" w:hint="eastAsia"/>
                    <w:sz w:val="20"/>
                    <w:szCs w:val="20"/>
                    <w:lang w:val="de-DE"/>
                  </w:rPr>
                  <w:t>☐</w:t>
                </w:r>
              </w:sdtContent>
            </w:sdt>
            <w:r w:rsidR="00185ED5">
              <w:rPr>
                <w:rFonts w:ascii="Fira Sans Light" w:hAnsi="Fira Sans Light"/>
                <w:sz w:val="20"/>
                <w:szCs w:val="20"/>
                <w:lang w:val="de-DE"/>
              </w:rPr>
              <w:t xml:space="preserve"> ja   </w:t>
            </w:r>
            <w:sdt>
              <w:sdtPr>
                <w:rPr>
                  <w:rFonts w:ascii="Fira Sans Light" w:hAnsi="Fira Sans Light"/>
                  <w:sz w:val="20"/>
                  <w:szCs w:val="20"/>
                  <w:lang w:val="de-DE"/>
                </w:rPr>
                <w:id w:val="-1039964806"/>
                <w14:checkbox>
                  <w14:checked w14:val="0"/>
                  <w14:checkedState w14:val="2612" w14:font="MS Gothic"/>
                  <w14:uncheckedState w14:val="2610" w14:font="MS Gothic"/>
                </w14:checkbox>
              </w:sdtPr>
              <w:sdtEndPr/>
              <w:sdtContent>
                <w:r w:rsidR="00185ED5">
                  <w:rPr>
                    <w:rFonts w:ascii="MS Gothic" w:eastAsia="MS Gothic" w:hAnsi="MS Gothic" w:hint="eastAsia"/>
                    <w:sz w:val="20"/>
                    <w:szCs w:val="20"/>
                    <w:lang w:val="de-DE"/>
                  </w:rPr>
                  <w:t>☐</w:t>
                </w:r>
              </w:sdtContent>
            </w:sdt>
            <w:r w:rsidR="00185ED5">
              <w:rPr>
                <w:rFonts w:ascii="Fira Sans Light" w:hAnsi="Fira Sans Light"/>
                <w:sz w:val="20"/>
                <w:szCs w:val="20"/>
                <w:lang w:val="de-DE"/>
              </w:rPr>
              <w:t xml:space="preserve"> nein</w:t>
            </w:r>
          </w:p>
        </w:tc>
        <w:sdt>
          <w:sdtPr>
            <w:rPr>
              <w:rFonts w:ascii="Fira Sans Light" w:hAnsi="Fira Sans Light"/>
              <w:sz w:val="20"/>
              <w:szCs w:val="20"/>
              <w:lang w:val="de-DE"/>
            </w:rPr>
            <w:id w:val="-1937130544"/>
            <w:placeholder>
              <w:docPart w:val="2820DF493867457A8A2522A795E06B31"/>
            </w:placeholder>
            <w:showingPlcHdr/>
            <w:text/>
          </w:sdtPr>
          <w:sdtEndPr/>
          <w:sdtContent>
            <w:tc>
              <w:tcPr>
                <w:tcW w:w="1701" w:type="dxa"/>
              </w:tcPr>
              <w:p w14:paraId="12145395" w14:textId="77777777" w:rsidR="00563DCF" w:rsidRPr="001E6A9A" w:rsidRDefault="00563DCF"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2012025689"/>
            <w:placeholder>
              <w:docPart w:val="114D9E40678F4750AB8114931FAA9B6E"/>
            </w:placeholder>
            <w:showingPlcHdr/>
            <w:text/>
          </w:sdtPr>
          <w:sdtEndPr/>
          <w:sdtContent>
            <w:tc>
              <w:tcPr>
                <w:tcW w:w="1701" w:type="dxa"/>
              </w:tcPr>
              <w:p w14:paraId="30D725C4" w14:textId="77777777" w:rsidR="00563DCF" w:rsidRPr="001E6A9A" w:rsidRDefault="00563DCF"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563DCF" w:rsidRPr="000D5D13" w14:paraId="45AAF328" w14:textId="77777777" w:rsidTr="00A476B3">
        <w:tc>
          <w:tcPr>
            <w:tcW w:w="4111" w:type="dxa"/>
            <w:vAlign w:val="center"/>
          </w:tcPr>
          <w:p w14:paraId="0460C47B" w14:textId="502099A1" w:rsidR="00563DCF" w:rsidRPr="001E6A9A" w:rsidRDefault="008753AB" w:rsidP="00A476B3">
            <w:pPr>
              <w:rPr>
                <w:rFonts w:ascii="Fira Sans Light" w:hAnsi="Fira Sans Light"/>
                <w:sz w:val="20"/>
                <w:szCs w:val="20"/>
                <w:lang w:val="de-DE"/>
              </w:rPr>
            </w:pPr>
            <w:r>
              <w:rPr>
                <w:rFonts w:ascii="Fira Sans Light" w:hAnsi="Fira Sans Light"/>
                <w:sz w:val="20"/>
                <w:szCs w:val="20"/>
                <w:lang w:val="de-DE"/>
              </w:rPr>
              <w:t>3D-Drucker</w:t>
            </w:r>
          </w:p>
        </w:tc>
        <w:tc>
          <w:tcPr>
            <w:tcW w:w="1701" w:type="dxa"/>
          </w:tcPr>
          <w:p w14:paraId="0F5E44B4" w14:textId="4C1B893A" w:rsidR="00563DCF" w:rsidRPr="001E6A9A" w:rsidRDefault="00332E90" w:rsidP="00A476B3">
            <w:pPr>
              <w:rPr>
                <w:rFonts w:ascii="Fira Sans Light" w:hAnsi="Fira Sans Light"/>
                <w:sz w:val="20"/>
                <w:szCs w:val="20"/>
                <w:lang w:val="de-DE"/>
              </w:rPr>
            </w:pPr>
            <w:sdt>
              <w:sdtPr>
                <w:rPr>
                  <w:rFonts w:ascii="Fira Sans Light" w:hAnsi="Fira Sans Light"/>
                  <w:sz w:val="20"/>
                  <w:szCs w:val="20"/>
                  <w:lang w:val="de-DE"/>
                </w:rPr>
                <w:id w:val="-1328358288"/>
                <w14:checkbox>
                  <w14:checked w14:val="0"/>
                  <w14:checkedState w14:val="2612" w14:font="MS Gothic"/>
                  <w14:uncheckedState w14:val="2610" w14:font="MS Gothic"/>
                </w14:checkbox>
              </w:sdtPr>
              <w:sdtEndPr/>
              <w:sdtContent>
                <w:r w:rsidR="00185ED5">
                  <w:rPr>
                    <w:rFonts w:ascii="MS Gothic" w:eastAsia="MS Gothic" w:hAnsi="MS Gothic" w:hint="eastAsia"/>
                    <w:sz w:val="20"/>
                    <w:szCs w:val="20"/>
                    <w:lang w:val="de-DE"/>
                  </w:rPr>
                  <w:t>☐</w:t>
                </w:r>
              </w:sdtContent>
            </w:sdt>
            <w:r w:rsidR="00185ED5">
              <w:rPr>
                <w:rFonts w:ascii="Fira Sans Light" w:hAnsi="Fira Sans Light"/>
                <w:sz w:val="20"/>
                <w:szCs w:val="20"/>
                <w:lang w:val="de-DE"/>
              </w:rPr>
              <w:t xml:space="preserve"> ja   </w:t>
            </w:r>
            <w:sdt>
              <w:sdtPr>
                <w:rPr>
                  <w:rFonts w:ascii="Fira Sans Light" w:hAnsi="Fira Sans Light"/>
                  <w:sz w:val="20"/>
                  <w:szCs w:val="20"/>
                  <w:lang w:val="de-DE"/>
                </w:rPr>
                <w:id w:val="721179580"/>
                <w14:checkbox>
                  <w14:checked w14:val="0"/>
                  <w14:checkedState w14:val="2612" w14:font="MS Gothic"/>
                  <w14:uncheckedState w14:val="2610" w14:font="MS Gothic"/>
                </w14:checkbox>
              </w:sdtPr>
              <w:sdtEndPr/>
              <w:sdtContent>
                <w:r w:rsidR="00185ED5">
                  <w:rPr>
                    <w:rFonts w:ascii="MS Gothic" w:eastAsia="MS Gothic" w:hAnsi="MS Gothic" w:hint="eastAsia"/>
                    <w:sz w:val="20"/>
                    <w:szCs w:val="20"/>
                    <w:lang w:val="de-DE"/>
                  </w:rPr>
                  <w:t>☐</w:t>
                </w:r>
              </w:sdtContent>
            </w:sdt>
            <w:r w:rsidR="00185ED5">
              <w:rPr>
                <w:rFonts w:ascii="Fira Sans Light" w:hAnsi="Fira Sans Light"/>
                <w:sz w:val="20"/>
                <w:szCs w:val="20"/>
                <w:lang w:val="de-DE"/>
              </w:rPr>
              <w:t xml:space="preserve"> nein</w:t>
            </w:r>
          </w:p>
        </w:tc>
        <w:sdt>
          <w:sdtPr>
            <w:rPr>
              <w:rFonts w:ascii="Fira Sans Light" w:hAnsi="Fira Sans Light"/>
              <w:sz w:val="20"/>
              <w:szCs w:val="20"/>
              <w:lang w:val="de-DE"/>
            </w:rPr>
            <w:id w:val="-704631976"/>
            <w:placeholder>
              <w:docPart w:val="B5478353D82647588CAEF79A7B5A0F1E"/>
            </w:placeholder>
            <w:showingPlcHdr/>
            <w:text/>
          </w:sdtPr>
          <w:sdtEndPr/>
          <w:sdtContent>
            <w:tc>
              <w:tcPr>
                <w:tcW w:w="1701" w:type="dxa"/>
              </w:tcPr>
              <w:p w14:paraId="2E7E72B3" w14:textId="77777777" w:rsidR="00563DCF" w:rsidRPr="001E6A9A" w:rsidRDefault="00563DCF"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218258478"/>
            <w:placeholder>
              <w:docPart w:val="7165561F7E8444338EBECB91DF0F729E"/>
            </w:placeholder>
            <w:showingPlcHdr/>
            <w:text/>
          </w:sdtPr>
          <w:sdtEndPr/>
          <w:sdtContent>
            <w:tc>
              <w:tcPr>
                <w:tcW w:w="1701" w:type="dxa"/>
              </w:tcPr>
              <w:p w14:paraId="4403178A" w14:textId="77777777" w:rsidR="00563DCF" w:rsidRPr="001E6A9A" w:rsidRDefault="00563DCF"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563DCF" w:rsidRPr="000D5D13" w14:paraId="6FC56550" w14:textId="77777777" w:rsidTr="00A476B3">
        <w:tc>
          <w:tcPr>
            <w:tcW w:w="4111" w:type="dxa"/>
            <w:vAlign w:val="center"/>
          </w:tcPr>
          <w:p w14:paraId="4A3F2032" w14:textId="0731C725" w:rsidR="00563DCF" w:rsidRPr="001E6A9A" w:rsidRDefault="008753AB" w:rsidP="00A476B3">
            <w:pPr>
              <w:rPr>
                <w:rFonts w:ascii="Fira Sans Light" w:hAnsi="Fira Sans Light"/>
                <w:sz w:val="20"/>
                <w:szCs w:val="20"/>
                <w:lang w:val="de-DE"/>
              </w:rPr>
            </w:pPr>
            <w:r>
              <w:rPr>
                <w:rFonts w:ascii="Fira Sans Light" w:hAnsi="Fira Sans Light"/>
                <w:sz w:val="20"/>
                <w:szCs w:val="20"/>
                <w:lang w:val="de-DE"/>
              </w:rPr>
              <w:t>Scanner</w:t>
            </w:r>
          </w:p>
        </w:tc>
        <w:tc>
          <w:tcPr>
            <w:tcW w:w="1701" w:type="dxa"/>
          </w:tcPr>
          <w:p w14:paraId="72C2EFC2" w14:textId="0E71DDD8" w:rsidR="00563DCF" w:rsidRPr="001E6A9A" w:rsidRDefault="00332E90" w:rsidP="00A476B3">
            <w:pPr>
              <w:rPr>
                <w:rFonts w:ascii="Fira Sans Light" w:hAnsi="Fira Sans Light"/>
                <w:sz w:val="20"/>
                <w:szCs w:val="20"/>
                <w:lang w:val="de-DE"/>
              </w:rPr>
            </w:pPr>
            <w:sdt>
              <w:sdtPr>
                <w:rPr>
                  <w:rFonts w:ascii="Fira Sans Light" w:hAnsi="Fira Sans Light"/>
                  <w:sz w:val="20"/>
                  <w:szCs w:val="20"/>
                  <w:lang w:val="de-DE"/>
                </w:rPr>
                <w:id w:val="-1361583220"/>
                <w14:checkbox>
                  <w14:checked w14:val="0"/>
                  <w14:checkedState w14:val="2612" w14:font="MS Gothic"/>
                  <w14:uncheckedState w14:val="2610" w14:font="MS Gothic"/>
                </w14:checkbox>
              </w:sdtPr>
              <w:sdtEndPr/>
              <w:sdtContent>
                <w:r w:rsidR="00185ED5">
                  <w:rPr>
                    <w:rFonts w:ascii="MS Gothic" w:eastAsia="MS Gothic" w:hAnsi="MS Gothic" w:hint="eastAsia"/>
                    <w:sz w:val="20"/>
                    <w:szCs w:val="20"/>
                    <w:lang w:val="de-DE"/>
                  </w:rPr>
                  <w:t>☐</w:t>
                </w:r>
              </w:sdtContent>
            </w:sdt>
            <w:r w:rsidR="00185ED5">
              <w:rPr>
                <w:rFonts w:ascii="Fira Sans Light" w:hAnsi="Fira Sans Light"/>
                <w:sz w:val="20"/>
                <w:szCs w:val="20"/>
                <w:lang w:val="de-DE"/>
              </w:rPr>
              <w:t xml:space="preserve"> ja   </w:t>
            </w:r>
            <w:sdt>
              <w:sdtPr>
                <w:rPr>
                  <w:rFonts w:ascii="Fira Sans Light" w:hAnsi="Fira Sans Light"/>
                  <w:sz w:val="20"/>
                  <w:szCs w:val="20"/>
                  <w:lang w:val="de-DE"/>
                </w:rPr>
                <w:id w:val="-625535756"/>
                <w14:checkbox>
                  <w14:checked w14:val="0"/>
                  <w14:checkedState w14:val="2612" w14:font="MS Gothic"/>
                  <w14:uncheckedState w14:val="2610" w14:font="MS Gothic"/>
                </w14:checkbox>
              </w:sdtPr>
              <w:sdtEndPr/>
              <w:sdtContent>
                <w:r w:rsidR="00185ED5">
                  <w:rPr>
                    <w:rFonts w:ascii="MS Gothic" w:eastAsia="MS Gothic" w:hAnsi="MS Gothic" w:hint="eastAsia"/>
                    <w:sz w:val="20"/>
                    <w:szCs w:val="20"/>
                    <w:lang w:val="de-DE"/>
                  </w:rPr>
                  <w:t>☐</w:t>
                </w:r>
              </w:sdtContent>
            </w:sdt>
            <w:r w:rsidR="00185ED5">
              <w:rPr>
                <w:rFonts w:ascii="Fira Sans Light" w:hAnsi="Fira Sans Light"/>
                <w:sz w:val="20"/>
                <w:szCs w:val="20"/>
                <w:lang w:val="de-DE"/>
              </w:rPr>
              <w:t xml:space="preserve"> nein</w:t>
            </w:r>
          </w:p>
        </w:tc>
        <w:sdt>
          <w:sdtPr>
            <w:rPr>
              <w:rFonts w:ascii="Fira Sans Light" w:hAnsi="Fira Sans Light"/>
              <w:sz w:val="20"/>
              <w:szCs w:val="20"/>
              <w:lang w:val="de-DE"/>
            </w:rPr>
            <w:id w:val="1543558403"/>
            <w:placeholder>
              <w:docPart w:val="C0FB5E68B8504E1E8C1241AA4B1599AD"/>
            </w:placeholder>
            <w:showingPlcHdr/>
            <w:text/>
          </w:sdtPr>
          <w:sdtEndPr/>
          <w:sdtContent>
            <w:tc>
              <w:tcPr>
                <w:tcW w:w="1701" w:type="dxa"/>
              </w:tcPr>
              <w:p w14:paraId="3B74DE43" w14:textId="77777777" w:rsidR="00563DCF" w:rsidRPr="001E6A9A" w:rsidRDefault="00563DCF"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721570844"/>
            <w:placeholder>
              <w:docPart w:val="A430A40CFF3D4DA29D6067C4E5E3D8AF"/>
            </w:placeholder>
            <w:showingPlcHdr/>
            <w:text/>
          </w:sdtPr>
          <w:sdtEndPr/>
          <w:sdtContent>
            <w:tc>
              <w:tcPr>
                <w:tcW w:w="1701" w:type="dxa"/>
              </w:tcPr>
              <w:p w14:paraId="0D7F82B0" w14:textId="77777777" w:rsidR="00563DCF" w:rsidRPr="001E6A9A" w:rsidRDefault="00563DCF"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563DCF" w:rsidRPr="000D5D13" w14:paraId="02197FAB" w14:textId="77777777" w:rsidTr="00A476B3">
        <w:tc>
          <w:tcPr>
            <w:tcW w:w="4111" w:type="dxa"/>
            <w:vAlign w:val="center"/>
          </w:tcPr>
          <w:p w14:paraId="02CCA3EE" w14:textId="6DE3205A" w:rsidR="00563DCF" w:rsidRPr="001E6A9A" w:rsidRDefault="00332E90" w:rsidP="00A476B3">
            <w:pPr>
              <w:rPr>
                <w:rFonts w:ascii="Fira Sans Light" w:hAnsi="Fira Sans Light"/>
                <w:sz w:val="20"/>
                <w:szCs w:val="20"/>
                <w:lang w:val="de-DE"/>
              </w:rPr>
            </w:pPr>
            <w:sdt>
              <w:sdtPr>
                <w:rPr>
                  <w:rFonts w:ascii="Fira Sans Light" w:hAnsi="Fira Sans Light"/>
                  <w:sz w:val="20"/>
                  <w:szCs w:val="20"/>
                  <w:lang w:val="de-DE"/>
                </w:rPr>
                <w:id w:val="-813567502"/>
                <w:placeholder>
                  <w:docPart w:val="5538DD8CB5AA42289B9E7C8B6DF542F2"/>
                </w:placeholder>
                <w:showingPlcHdr/>
                <w:text/>
              </w:sdtPr>
              <w:sdtEndPr/>
              <w:sdtContent>
                <w:r w:rsidR="000607E0">
                  <w:rPr>
                    <w:rFonts w:ascii="Fira Sans Light" w:hAnsi="Fira Sans Light"/>
                    <w:sz w:val="20"/>
                    <w:szCs w:val="20"/>
                    <w:lang w:val="de-DE"/>
                  </w:rPr>
                  <w:t>[</w:t>
                </w:r>
                <w:r w:rsidR="008753AB" w:rsidRPr="001E6A9A">
                  <w:rPr>
                    <w:rFonts w:ascii="Fira Sans Light" w:hAnsi="Fira Sans Light"/>
                    <w:sz w:val="20"/>
                    <w:szCs w:val="20"/>
                    <w:lang w:val="de-DE"/>
                  </w:rPr>
                  <w:t xml:space="preserve"> </w:t>
                </w:r>
                <w:r w:rsidR="000607E0">
                  <w:rPr>
                    <w:rFonts w:ascii="Fira Sans Light" w:hAnsi="Fira Sans Light"/>
                    <w:sz w:val="20"/>
                    <w:szCs w:val="20"/>
                    <w:lang w:val="de-DE"/>
                  </w:rPr>
                  <w:t>…]</w:t>
                </w:r>
                <w:r w:rsidR="008753AB" w:rsidRPr="001E6A9A">
                  <w:rPr>
                    <w:sz w:val="20"/>
                    <w:szCs w:val="20"/>
                    <w:lang w:val="de-DE"/>
                  </w:rPr>
                  <w:t xml:space="preserve"> </w:t>
                </w:r>
              </w:sdtContent>
            </w:sdt>
          </w:p>
        </w:tc>
        <w:tc>
          <w:tcPr>
            <w:tcW w:w="1701" w:type="dxa"/>
          </w:tcPr>
          <w:p w14:paraId="7FB98A4B" w14:textId="23E6DE1E" w:rsidR="00563DCF" w:rsidRPr="001E6A9A" w:rsidRDefault="00563DCF" w:rsidP="00A476B3">
            <w:pPr>
              <w:rPr>
                <w:rFonts w:ascii="Fira Sans Light" w:hAnsi="Fira Sans Light"/>
                <w:sz w:val="20"/>
                <w:szCs w:val="20"/>
                <w:lang w:val="de-DE"/>
              </w:rPr>
            </w:pPr>
          </w:p>
        </w:tc>
        <w:sdt>
          <w:sdtPr>
            <w:rPr>
              <w:rFonts w:ascii="Fira Sans Light" w:hAnsi="Fira Sans Light"/>
              <w:sz w:val="20"/>
              <w:szCs w:val="20"/>
              <w:lang w:val="de-DE"/>
            </w:rPr>
            <w:id w:val="-1173941789"/>
            <w:placeholder>
              <w:docPart w:val="8B8D3692622B43BF8A7FC0D7A51E2D36"/>
            </w:placeholder>
            <w:showingPlcHdr/>
            <w:text/>
          </w:sdtPr>
          <w:sdtEndPr/>
          <w:sdtContent>
            <w:tc>
              <w:tcPr>
                <w:tcW w:w="1701" w:type="dxa"/>
              </w:tcPr>
              <w:p w14:paraId="0BFB5F3B" w14:textId="77777777" w:rsidR="00563DCF" w:rsidRPr="001E6A9A" w:rsidRDefault="00563DCF"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1787848381"/>
            <w:placeholder>
              <w:docPart w:val="D2623F5CCFAD43A28AF43C70F2798A60"/>
            </w:placeholder>
            <w:showingPlcHdr/>
            <w:text/>
          </w:sdtPr>
          <w:sdtEndPr/>
          <w:sdtContent>
            <w:tc>
              <w:tcPr>
                <w:tcW w:w="1701" w:type="dxa"/>
              </w:tcPr>
              <w:p w14:paraId="458107EA" w14:textId="77777777" w:rsidR="00563DCF" w:rsidRPr="001E6A9A" w:rsidRDefault="00563DCF"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563DCF" w:rsidRPr="000D5D13" w14:paraId="7EBCA413" w14:textId="77777777" w:rsidTr="00A476B3">
        <w:tc>
          <w:tcPr>
            <w:tcW w:w="4111" w:type="dxa"/>
            <w:vAlign w:val="center"/>
          </w:tcPr>
          <w:p w14:paraId="27436690" w14:textId="34E7CAE7" w:rsidR="00563DCF" w:rsidRPr="001E6A9A" w:rsidRDefault="00332E90" w:rsidP="00A476B3">
            <w:pPr>
              <w:rPr>
                <w:rFonts w:ascii="Fira Sans Light" w:hAnsi="Fira Sans Light"/>
                <w:sz w:val="20"/>
                <w:szCs w:val="20"/>
                <w:lang w:val="de-DE"/>
              </w:rPr>
            </w:pPr>
            <w:sdt>
              <w:sdtPr>
                <w:rPr>
                  <w:rFonts w:ascii="Fira Sans Light" w:hAnsi="Fira Sans Light"/>
                  <w:sz w:val="20"/>
                  <w:szCs w:val="20"/>
                  <w:lang w:val="de-DE"/>
                </w:rPr>
                <w:id w:val="-138967826"/>
                <w:placeholder>
                  <w:docPart w:val="5E45F48A91FE455F8D66D57E56452EF8"/>
                </w:placeholder>
                <w:showingPlcHdr/>
                <w:text/>
              </w:sdtPr>
              <w:sdtEndPr/>
              <w:sdtContent>
                <w:r w:rsidR="000607E0">
                  <w:rPr>
                    <w:rFonts w:ascii="Fira Sans Light" w:hAnsi="Fira Sans Light"/>
                    <w:sz w:val="20"/>
                    <w:szCs w:val="20"/>
                    <w:lang w:val="de-DE"/>
                  </w:rPr>
                  <w:t>[</w:t>
                </w:r>
                <w:r w:rsidR="000607E0" w:rsidRPr="001E6A9A">
                  <w:rPr>
                    <w:rFonts w:ascii="Fira Sans Light" w:hAnsi="Fira Sans Light"/>
                    <w:sz w:val="20"/>
                    <w:szCs w:val="20"/>
                    <w:lang w:val="de-DE"/>
                  </w:rPr>
                  <w:t xml:space="preserve"> </w:t>
                </w:r>
                <w:r w:rsidR="000607E0">
                  <w:rPr>
                    <w:rFonts w:ascii="Fira Sans Light" w:hAnsi="Fira Sans Light"/>
                    <w:sz w:val="20"/>
                    <w:szCs w:val="20"/>
                    <w:lang w:val="de-DE"/>
                  </w:rPr>
                  <w:t>…]</w:t>
                </w:r>
                <w:r w:rsidR="000607E0" w:rsidRPr="001E6A9A">
                  <w:rPr>
                    <w:sz w:val="20"/>
                    <w:szCs w:val="20"/>
                    <w:lang w:val="de-DE"/>
                  </w:rPr>
                  <w:t xml:space="preserve"> </w:t>
                </w:r>
              </w:sdtContent>
            </w:sdt>
          </w:p>
        </w:tc>
        <w:tc>
          <w:tcPr>
            <w:tcW w:w="1701" w:type="dxa"/>
          </w:tcPr>
          <w:p w14:paraId="5FC278EE" w14:textId="6D64EA0E" w:rsidR="00563DCF" w:rsidRPr="001E6A9A" w:rsidRDefault="00563DCF" w:rsidP="00A476B3">
            <w:pPr>
              <w:rPr>
                <w:rFonts w:ascii="Fira Sans Light" w:hAnsi="Fira Sans Light"/>
                <w:sz w:val="20"/>
                <w:szCs w:val="20"/>
                <w:lang w:val="de-DE"/>
              </w:rPr>
            </w:pPr>
          </w:p>
        </w:tc>
        <w:sdt>
          <w:sdtPr>
            <w:rPr>
              <w:rFonts w:ascii="Fira Sans Light" w:hAnsi="Fira Sans Light"/>
              <w:sz w:val="20"/>
              <w:szCs w:val="20"/>
              <w:lang w:val="de-DE"/>
            </w:rPr>
            <w:id w:val="-525715655"/>
            <w:placeholder>
              <w:docPart w:val="DA9074E67BC44718A8BD08C9BC690808"/>
            </w:placeholder>
            <w:showingPlcHdr/>
            <w:text/>
          </w:sdtPr>
          <w:sdtEndPr/>
          <w:sdtContent>
            <w:tc>
              <w:tcPr>
                <w:tcW w:w="1701" w:type="dxa"/>
              </w:tcPr>
              <w:p w14:paraId="42A63267" w14:textId="77777777" w:rsidR="00563DCF" w:rsidRPr="001E6A9A" w:rsidRDefault="00563DCF"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580144500"/>
            <w:placeholder>
              <w:docPart w:val="A4FED24E159F4F3FB4969A6C9396ACFC"/>
            </w:placeholder>
            <w:showingPlcHdr/>
            <w:text/>
          </w:sdtPr>
          <w:sdtEndPr/>
          <w:sdtContent>
            <w:tc>
              <w:tcPr>
                <w:tcW w:w="1701" w:type="dxa"/>
              </w:tcPr>
              <w:p w14:paraId="7CE8817D" w14:textId="77777777" w:rsidR="00563DCF" w:rsidRPr="001E6A9A" w:rsidRDefault="00563DCF"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563DCF" w:rsidRPr="000D5D13" w14:paraId="122E96FC" w14:textId="77777777" w:rsidTr="00A476B3">
        <w:tc>
          <w:tcPr>
            <w:tcW w:w="4111" w:type="dxa"/>
            <w:vAlign w:val="center"/>
          </w:tcPr>
          <w:p w14:paraId="25EF5CEC" w14:textId="6C111FCE" w:rsidR="00563DCF" w:rsidRPr="001E6A9A" w:rsidRDefault="00332E90" w:rsidP="00A476B3">
            <w:pPr>
              <w:rPr>
                <w:rFonts w:ascii="Fira Sans Light" w:hAnsi="Fira Sans Light"/>
                <w:sz w:val="20"/>
                <w:szCs w:val="20"/>
                <w:lang w:val="de-DE"/>
              </w:rPr>
            </w:pPr>
            <w:sdt>
              <w:sdtPr>
                <w:rPr>
                  <w:rFonts w:ascii="Fira Sans Light" w:hAnsi="Fira Sans Light"/>
                  <w:sz w:val="20"/>
                  <w:szCs w:val="20"/>
                  <w:lang w:val="de-DE"/>
                </w:rPr>
                <w:id w:val="707376242"/>
                <w:placeholder>
                  <w:docPart w:val="7609161AB75242BC979056E34EF84BF5"/>
                </w:placeholder>
                <w:showingPlcHdr/>
                <w:text/>
              </w:sdtPr>
              <w:sdtEndPr/>
              <w:sdtContent>
                <w:r w:rsidR="005D25E6">
                  <w:rPr>
                    <w:rFonts w:ascii="Fira Sans Light" w:hAnsi="Fira Sans Light"/>
                    <w:sz w:val="20"/>
                    <w:szCs w:val="20"/>
                    <w:lang w:val="de-DE"/>
                  </w:rPr>
                  <w:t>[</w:t>
                </w:r>
                <w:r w:rsidR="005D25E6" w:rsidRPr="001E6A9A">
                  <w:rPr>
                    <w:rFonts w:ascii="Fira Sans Light" w:hAnsi="Fira Sans Light"/>
                    <w:sz w:val="20"/>
                    <w:szCs w:val="20"/>
                    <w:lang w:val="de-DE"/>
                  </w:rPr>
                  <w:t xml:space="preserve"> </w:t>
                </w:r>
                <w:r w:rsidR="005D25E6">
                  <w:rPr>
                    <w:rFonts w:ascii="Fira Sans Light" w:hAnsi="Fira Sans Light"/>
                    <w:sz w:val="20"/>
                    <w:szCs w:val="20"/>
                    <w:lang w:val="de-DE"/>
                  </w:rPr>
                  <w:t>…]</w:t>
                </w:r>
                <w:r w:rsidR="005D25E6" w:rsidRPr="001E6A9A">
                  <w:rPr>
                    <w:sz w:val="20"/>
                    <w:szCs w:val="20"/>
                    <w:lang w:val="de-DE"/>
                  </w:rPr>
                  <w:t xml:space="preserve"> </w:t>
                </w:r>
              </w:sdtContent>
            </w:sdt>
          </w:p>
        </w:tc>
        <w:tc>
          <w:tcPr>
            <w:tcW w:w="1701" w:type="dxa"/>
          </w:tcPr>
          <w:p w14:paraId="6ACC927D" w14:textId="32F0F857" w:rsidR="00563DCF" w:rsidRPr="001E6A9A" w:rsidRDefault="00563DCF" w:rsidP="00A476B3">
            <w:pPr>
              <w:rPr>
                <w:rFonts w:ascii="Fira Sans Light" w:hAnsi="Fira Sans Light"/>
                <w:sz w:val="20"/>
                <w:szCs w:val="20"/>
                <w:lang w:val="de-DE"/>
              </w:rPr>
            </w:pPr>
          </w:p>
        </w:tc>
        <w:sdt>
          <w:sdtPr>
            <w:rPr>
              <w:rFonts w:ascii="Fira Sans Light" w:hAnsi="Fira Sans Light"/>
              <w:sz w:val="20"/>
              <w:szCs w:val="20"/>
              <w:lang w:val="de-DE"/>
            </w:rPr>
            <w:id w:val="1878506790"/>
            <w:placeholder>
              <w:docPart w:val="F8E2267F933642339A338E7D89AE0BEE"/>
            </w:placeholder>
            <w:showingPlcHdr/>
            <w:text/>
          </w:sdtPr>
          <w:sdtEndPr/>
          <w:sdtContent>
            <w:tc>
              <w:tcPr>
                <w:tcW w:w="1701" w:type="dxa"/>
              </w:tcPr>
              <w:p w14:paraId="451CAD8F" w14:textId="77777777" w:rsidR="00563DCF" w:rsidRPr="001E6A9A" w:rsidRDefault="00563DCF"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sdt>
          <w:sdtPr>
            <w:rPr>
              <w:rFonts w:ascii="Fira Sans Light" w:hAnsi="Fira Sans Light"/>
              <w:sz w:val="20"/>
              <w:szCs w:val="20"/>
              <w:lang w:val="de-DE"/>
            </w:rPr>
            <w:id w:val="-948780032"/>
            <w:placeholder>
              <w:docPart w:val="FA6957153A584F028963A3C3F8880868"/>
            </w:placeholder>
            <w:showingPlcHdr/>
            <w:text/>
          </w:sdtPr>
          <w:sdtEndPr/>
          <w:sdtContent>
            <w:tc>
              <w:tcPr>
                <w:tcW w:w="1701" w:type="dxa"/>
              </w:tcPr>
              <w:p w14:paraId="783B335E" w14:textId="77777777" w:rsidR="00563DCF" w:rsidRPr="001E6A9A" w:rsidRDefault="00563DCF"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bl>
    <w:p w14:paraId="6190AFFD" w14:textId="77777777" w:rsidR="005D25E6" w:rsidRDefault="005D25E6" w:rsidP="005D25E6">
      <w:pPr>
        <w:spacing w:after="0" w:line="240" w:lineRule="auto"/>
        <w:rPr>
          <w:rFonts w:ascii="Fira Sans" w:eastAsiaTheme="majorEastAsia" w:hAnsi="Fira Sans" w:cstheme="majorBidi"/>
          <w:color w:val="4A4A4A"/>
          <w:spacing w:val="5"/>
          <w:kern w:val="28"/>
          <w:sz w:val="20"/>
          <w:szCs w:val="20"/>
          <w:lang w:val="de-DE"/>
        </w:rPr>
      </w:pPr>
    </w:p>
    <w:p w14:paraId="0C8F547B" w14:textId="77777777" w:rsidR="005D25E6" w:rsidRDefault="005D25E6" w:rsidP="005D25E6">
      <w:pPr>
        <w:spacing w:after="0" w:line="240" w:lineRule="auto"/>
        <w:rPr>
          <w:rFonts w:ascii="Fira Sans" w:eastAsiaTheme="majorEastAsia" w:hAnsi="Fira Sans" w:cstheme="majorBidi"/>
          <w:color w:val="4A4A4A"/>
          <w:spacing w:val="5"/>
          <w:kern w:val="28"/>
          <w:sz w:val="20"/>
          <w:szCs w:val="20"/>
          <w:lang w:val="de-DE"/>
        </w:rPr>
      </w:pPr>
    </w:p>
    <w:p w14:paraId="3894E679" w14:textId="77777777" w:rsidR="000B59A6" w:rsidRPr="00C46F94" w:rsidRDefault="000B59A6" w:rsidP="000B59A6">
      <w:pPr>
        <w:spacing w:after="0" w:line="240" w:lineRule="auto"/>
        <w:rPr>
          <w:rFonts w:ascii="Fira Sans" w:eastAsiaTheme="majorEastAsia" w:hAnsi="Fira Sans" w:cstheme="majorBidi"/>
          <w:color w:val="4A4A4A"/>
          <w:spacing w:val="5"/>
          <w:kern w:val="28"/>
          <w:sz w:val="20"/>
          <w:szCs w:val="20"/>
          <w:lang w:val="de-DE"/>
        </w:rPr>
      </w:pPr>
    </w:p>
    <w:p w14:paraId="435A7CC2" w14:textId="6D5D1644" w:rsidR="000B59A6" w:rsidRDefault="000B59A6" w:rsidP="000B59A6">
      <w:pPr>
        <w:pStyle w:val="Listenabsatz"/>
        <w:numPr>
          <w:ilvl w:val="0"/>
          <w:numId w:val="43"/>
        </w:numPr>
        <w:spacing w:after="0" w:line="240" w:lineRule="auto"/>
        <w:ind w:left="426" w:hanging="426"/>
        <w:contextualSpacing w:val="0"/>
        <w:rPr>
          <w:rFonts w:ascii="Fira Sans" w:eastAsiaTheme="majorEastAsia" w:hAnsi="Fira Sans" w:cstheme="majorBidi"/>
          <w:color w:val="4A4A4A"/>
          <w:spacing w:val="5"/>
          <w:kern w:val="28"/>
          <w:sz w:val="40"/>
          <w:szCs w:val="40"/>
          <w:lang w:val="de-DE"/>
        </w:rPr>
      </w:pPr>
      <w:r>
        <w:rPr>
          <w:rFonts w:ascii="Fira Sans" w:eastAsiaTheme="majorEastAsia" w:hAnsi="Fira Sans" w:cstheme="majorBidi"/>
          <w:color w:val="4A4A4A"/>
          <w:spacing w:val="5"/>
          <w:kern w:val="28"/>
          <w:sz w:val="40"/>
          <w:szCs w:val="40"/>
          <w:lang w:val="de-DE"/>
        </w:rPr>
        <w:t>Räumlichkeiten</w:t>
      </w:r>
      <w:r w:rsidR="00A727BA">
        <w:rPr>
          <w:rFonts w:ascii="Fira Sans" w:eastAsiaTheme="majorEastAsia" w:hAnsi="Fira Sans" w:cstheme="majorBidi"/>
          <w:color w:val="4A4A4A"/>
          <w:spacing w:val="5"/>
          <w:kern w:val="28"/>
          <w:sz w:val="40"/>
          <w:szCs w:val="40"/>
          <w:lang w:val="de-DE"/>
        </w:rPr>
        <w:t xml:space="preserve"> (Hauptstandort)</w:t>
      </w:r>
    </w:p>
    <w:p w14:paraId="0170FF4A" w14:textId="77777777" w:rsidR="000B59A6" w:rsidRPr="00F4643C" w:rsidRDefault="000B59A6" w:rsidP="000B59A6">
      <w:pPr>
        <w:spacing w:after="0" w:line="240" w:lineRule="auto"/>
        <w:rPr>
          <w:rFonts w:ascii="Fira Sans" w:eastAsiaTheme="majorEastAsia" w:hAnsi="Fira Sans" w:cstheme="majorBidi"/>
          <w:color w:val="4A4A4A"/>
          <w:spacing w:val="5"/>
          <w:kern w:val="28"/>
          <w:sz w:val="20"/>
          <w:szCs w:val="20"/>
          <w:lang w:val="de-DE"/>
        </w:rPr>
      </w:pPr>
    </w:p>
    <w:tbl>
      <w:tblPr>
        <w:tblStyle w:val="Tabellenraster"/>
        <w:tblW w:w="9214" w:type="dxa"/>
        <w:tblInd w:w="-5" w:type="dxa"/>
        <w:tblLayout w:type="fixed"/>
        <w:tblCellMar>
          <w:top w:w="57" w:type="dxa"/>
          <w:bottom w:w="57" w:type="dxa"/>
        </w:tblCellMar>
        <w:tblLook w:val="04A0" w:firstRow="1" w:lastRow="0" w:firstColumn="1" w:lastColumn="0" w:noHBand="0" w:noVBand="1"/>
      </w:tblPr>
      <w:tblGrid>
        <w:gridCol w:w="3119"/>
        <w:gridCol w:w="1488"/>
        <w:gridCol w:w="496"/>
        <w:gridCol w:w="4111"/>
      </w:tblGrid>
      <w:tr w:rsidR="000F37AF" w:rsidRPr="000D5D13" w14:paraId="48DD8B81" w14:textId="77777777" w:rsidTr="000518CB">
        <w:tc>
          <w:tcPr>
            <w:tcW w:w="3119" w:type="dxa"/>
            <w:shd w:val="clear" w:color="auto" w:fill="8BC540"/>
          </w:tcPr>
          <w:p w14:paraId="66FE6111" w14:textId="5F11ADC4" w:rsidR="000F37AF" w:rsidRPr="00F766A7" w:rsidRDefault="000F37AF" w:rsidP="000F37AF">
            <w:pPr>
              <w:rPr>
                <w:rFonts w:ascii="Fira Sans Light" w:hAnsi="Fira Sans Light"/>
                <w:b/>
                <w:sz w:val="20"/>
                <w:szCs w:val="20"/>
                <w:lang w:val="de-DE"/>
              </w:rPr>
            </w:pPr>
            <w:r>
              <w:rPr>
                <w:rFonts w:ascii="Fira Sans Light" w:hAnsi="Fira Sans Light"/>
                <w:b/>
                <w:sz w:val="20"/>
                <w:szCs w:val="20"/>
                <w:lang w:val="de-DE"/>
              </w:rPr>
              <w:t>Nutzungsart der Immobilie</w:t>
            </w:r>
          </w:p>
        </w:tc>
        <w:tc>
          <w:tcPr>
            <w:tcW w:w="6095" w:type="dxa"/>
            <w:gridSpan w:val="3"/>
            <w:vAlign w:val="center"/>
          </w:tcPr>
          <w:p w14:paraId="47DEC94E" w14:textId="5EB4BC49" w:rsidR="000F37AF" w:rsidRPr="001E6A9A" w:rsidRDefault="00332E90" w:rsidP="000F37AF">
            <w:pPr>
              <w:rPr>
                <w:rFonts w:ascii="Fira Sans Light" w:hAnsi="Fira Sans Light"/>
                <w:sz w:val="20"/>
                <w:szCs w:val="20"/>
                <w:lang w:val="de-DE"/>
              </w:rPr>
            </w:pPr>
            <w:sdt>
              <w:sdtPr>
                <w:rPr>
                  <w:rFonts w:ascii="Fira Sans Light" w:hAnsi="Fira Sans Light"/>
                  <w:sz w:val="20"/>
                  <w:szCs w:val="20"/>
                  <w:lang w:val="de-DE"/>
                </w:rPr>
                <w:id w:val="1449197108"/>
                <w14:checkbox>
                  <w14:checked w14:val="0"/>
                  <w14:checkedState w14:val="2612" w14:font="MS Gothic"/>
                  <w14:uncheckedState w14:val="2610" w14:font="MS Gothic"/>
                </w14:checkbox>
              </w:sdtPr>
              <w:sdtEndPr/>
              <w:sdtContent>
                <w:r w:rsidR="000F37AF" w:rsidRPr="001E6A9A">
                  <w:rPr>
                    <w:rFonts w:ascii="MS Gothic" w:eastAsia="MS Gothic" w:hAnsi="MS Gothic" w:hint="eastAsia"/>
                    <w:sz w:val="20"/>
                    <w:szCs w:val="20"/>
                    <w:lang w:val="de-DE"/>
                  </w:rPr>
                  <w:t>☐</w:t>
                </w:r>
              </w:sdtContent>
            </w:sdt>
            <w:r w:rsidR="000F37AF" w:rsidRPr="001E6A9A">
              <w:rPr>
                <w:rFonts w:ascii="Fira Sans Light" w:hAnsi="Fira Sans Light"/>
                <w:sz w:val="20"/>
                <w:szCs w:val="20"/>
                <w:lang w:val="de-DE"/>
              </w:rPr>
              <w:t xml:space="preserve"> </w:t>
            </w:r>
            <w:r w:rsidR="000F37AF">
              <w:rPr>
                <w:rFonts w:ascii="Fira Sans Light" w:hAnsi="Fira Sans Light"/>
                <w:sz w:val="20"/>
                <w:szCs w:val="20"/>
                <w:lang w:val="de-DE"/>
              </w:rPr>
              <w:t>Eigentum</w:t>
            </w:r>
            <w:r w:rsidR="000F37AF" w:rsidRPr="001E6A9A">
              <w:rPr>
                <w:rFonts w:ascii="Fira Sans Light" w:hAnsi="Fira Sans Light"/>
                <w:sz w:val="20"/>
                <w:szCs w:val="20"/>
                <w:lang w:val="de-DE"/>
              </w:rPr>
              <w:t xml:space="preserve">   </w:t>
            </w:r>
            <w:sdt>
              <w:sdtPr>
                <w:rPr>
                  <w:rFonts w:ascii="Fira Sans Light" w:hAnsi="Fira Sans Light"/>
                  <w:sz w:val="20"/>
                  <w:szCs w:val="20"/>
                  <w:lang w:val="de-DE"/>
                </w:rPr>
                <w:id w:val="-1898194684"/>
                <w14:checkbox>
                  <w14:checked w14:val="0"/>
                  <w14:checkedState w14:val="2612" w14:font="MS Gothic"/>
                  <w14:uncheckedState w14:val="2610" w14:font="MS Gothic"/>
                </w14:checkbox>
              </w:sdtPr>
              <w:sdtEndPr/>
              <w:sdtContent>
                <w:r w:rsidR="000F37AF" w:rsidRPr="001E6A9A">
                  <w:rPr>
                    <w:rFonts w:ascii="MS Gothic" w:eastAsia="MS Gothic" w:hAnsi="MS Gothic" w:hint="eastAsia"/>
                    <w:sz w:val="20"/>
                    <w:szCs w:val="20"/>
                    <w:lang w:val="de-DE"/>
                  </w:rPr>
                  <w:t>☐</w:t>
                </w:r>
              </w:sdtContent>
            </w:sdt>
            <w:r w:rsidR="000F37AF" w:rsidRPr="001E6A9A">
              <w:rPr>
                <w:rFonts w:ascii="Fira Sans Light" w:hAnsi="Fira Sans Light"/>
                <w:sz w:val="20"/>
                <w:szCs w:val="20"/>
                <w:lang w:val="de-DE"/>
              </w:rPr>
              <w:t xml:space="preserve"> </w:t>
            </w:r>
            <w:r w:rsidR="000F37AF">
              <w:rPr>
                <w:rFonts w:ascii="Fira Sans Light" w:hAnsi="Fira Sans Light"/>
                <w:sz w:val="20"/>
                <w:szCs w:val="20"/>
                <w:lang w:val="de-DE"/>
              </w:rPr>
              <w:t>Miete</w:t>
            </w:r>
          </w:p>
        </w:tc>
      </w:tr>
      <w:tr w:rsidR="000F37AF" w:rsidRPr="000D5D13" w14:paraId="56D7D58B" w14:textId="77777777" w:rsidTr="000518CB">
        <w:tc>
          <w:tcPr>
            <w:tcW w:w="3119" w:type="dxa"/>
            <w:shd w:val="clear" w:color="auto" w:fill="8BC540"/>
            <w:vAlign w:val="center"/>
          </w:tcPr>
          <w:p w14:paraId="763DA95A" w14:textId="3760262F" w:rsidR="000F37AF" w:rsidRPr="00F766A7" w:rsidRDefault="00365F2D" w:rsidP="000F37AF">
            <w:pPr>
              <w:rPr>
                <w:rFonts w:ascii="Fira Sans Light" w:hAnsi="Fira Sans Light"/>
                <w:b/>
                <w:sz w:val="20"/>
                <w:szCs w:val="20"/>
                <w:lang w:val="de-DE"/>
              </w:rPr>
            </w:pPr>
            <w:r>
              <w:rPr>
                <w:rFonts w:ascii="Fira Sans Light" w:hAnsi="Fira Sans Light"/>
                <w:b/>
                <w:sz w:val="20"/>
                <w:szCs w:val="20"/>
                <w:lang w:val="de-DE"/>
              </w:rPr>
              <w:t>Festlaufzeit des Mietvertrages</w:t>
            </w:r>
          </w:p>
        </w:tc>
        <w:sdt>
          <w:sdtPr>
            <w:rPr>
              <w:rFonts w:ascii="Fira Sans Light" w:hAnsi="Fira Sans Light"/>
              <w:sz w:val="20"/>
              <w:szCs w:val="20"/>
              <w:lang w:val="de-DE"/>
            </w:rPr>
            <w:id w:val="-2081200845"/>
            <w:placeholder>
              <w:docPart w:val="4E19D4B89CDF4EC089B4CA4F3D6FF7DF"/>
            </w:placeholder>
            <w:showingPlcHdr/>
            <w:text/>
          </w:sdtPr>
          <w:sdtEndPr/>
          <w:sdtContent>
            <w:tc>
              <w:tcPr>
                <w:tcW w:w="6095" w:type="dxa"/>
                <w:gridSpan w:val="3"/>
                <w:vAlign w:val="center"/>
              </w:tcPr>
              <w:p w14:paraId="3696EB90" w14:textId="53A7A716" w:rsidR="000F37AF" w:rsidRPr="001E6A9A" w:rsidRDefault="00AE2FAE" w:rsidP="000F37AF">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365F2D" w:rsidRPr="000D5D13" w14:paraId="7D32CC11" w14:textId="77777777" w:rsidTr="000518CB">
        <w:tc>
          <w:tcPr>
            <w:tcW w:w="3119" w:type="dxa"/>
            <w:shd w:val="clear" w:color="auto" w:fill="8BC540"/>
            <w:vAlign w:val="center"/>
          </w:tcPr>
          <w:p w14:paraId="571B337B" w14:textId="77777777" w:rsidR="00365F2D" w:rsidRPr="001E6A9A" w:rsidRDefault="00365F2D" w:rsidP="000F37AF">
            <w:pPr>
              <w:rPr>
                <w:rFonts w:ascii="Fira Sans Light" w:hAnsi="Fira Sans Light"/>
                <w:sz w:val="20"/>
                <w:szCs w:val="20"/>
                <w:lang w:val="de-DE"/>
              </w:rPr>
            </w:pPr>
            <w:r>
              <w:rPr>
                <w:rFonts w:ascii="Fira Sans Light" w:hAnsi="Fira Sans Light"/>
                <w:b/>
                <w:sz w:val="20"/>
                <w:szCs w:val="20"/>
                <w:lang w:val="de-DE"/>
              </w:rPr>
              <w:t>Anzahl der Optionsrechte</w:t>
            </w:r>
          </w:p>
        </w:tc>
        <w:sdt>
          <w:sdtPr>
            <w:rPr>
              <w:rFonts w:ascii="Fira Sans Light" w:hAnsi="Fira Sans Light"/>
              <w:sz w:val="20"/>
              <w:szCs w:val="20"/>
              <w:lang w:val="de-DE"/>
            </w:rPr>
            <w:id w:val="-1076662687"/>
            <w:placeholder>
              <w:docPart w:val="4113860957FA4853A108D902D5C38EE2"/>
            </w:placeholder>
            <w:showingPlcHdr/>
            <w:text/>
          </w:sdtPr>
          <w:sdtEndPr/>
          <w:sdtContent>
            <w:tc>
              <w:tcPr>
                <w:tcW w:w="1488" w:type="dxa"/>
                <w:vAlign w:val="center"/>
              </w:tcPr>
              <w:p w14:paraId="4992EA1F" w14:textId="673F0349" w:rsidR="00365F2D" w:rsidRPr="001E6A9A" w:rsidRDefault="00AE2FAE" w:rsidP="000F37AF">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c>
          <w:tcPr>
            <w:tcW w:w="496" w:type="dxa"/>
            <w:shd w:val="clear" w:color="auto" w:fill="8BC540"/>
            <w:vAlign w:val="center"/>
          </w:tcPr>
          <w:p w14:paraId="242C8B71" w14:textId="10DD57DF" w:rsidR="00365F2D" w:rsidRPr="001E6A9A" w:rsidRDefault="00365F2D" w:rsidP="000F37AF">
            <w:pPr>
              <w:rPr>
                <w:rFonts w:ascii="Fira Sans Light" w:hAnsi="Fira Sans Light"/>
                <w:sz w:val="20"/>
                <w:szCs w:val="20"/>
                <w:lang w:val="de-DE"/>
              </w:rPr>
            </w:pPr>
            <w:r>
              <w:rPr>
                <w:rFonts w:ascii="Fira Sans Light" w:hAnsi="Fira Sans Light"/>
                <w:sz w:val="20"/>
                <w:szCs w:val="20"/>
                <w:lang w:val="de-DE"/>
              </w:rPr>
              <w:t>á</w:t>
            </w:r>
          </w:p>
        </w:tc>
        <w:tc>
          <w:tcPr>
            <w:tcW w:w="4111" w:type="dxa"/>
            <w:vAlign w:val="center"/>
          </w:tcPr>
          <w:p w14:paraId="69A1BF3F" w14:textId="22CAD608" w:rsidR="00365F2D" w:rsidRPr="001E6A9A" w:rsidRDefault="00332E90" w:rsidP="000F37AF">
            <w:pPr>
              <w:rPr>
                <w:rFonts w:ascii="Fira Sans Light" w:hAnsi="Fira Sans Light"/>
                <w:sz w:val="20"/>
                <w:szCs w:val="20"/>
                <w:lang w:val="de-DE"/>
              </w:rPr>
            </w:pPr>
            <w:sdt>
              <w:sdtPr>
                <w:rPr>
                  <w:rFonts w:ascii="Fira Sans Light" w:hAnsi="Fira Sans Light"/>
                  <w:sz w:val="20"/>
                  <w:szCs w:val="20"/>
                  <w:lang w:val="de-DE"/>
                </w:rPr>
                <w:id w:val="-1294679382"/>
                <w:placeholder>
                  <w:docPart w:val="4AB17CF5550742629C64BF5E843291E7"/>
                </w:placeholder>
                <w:showingPlcHdr/>
                <w:text/>
              </w:sdtPr>
              <w:sdtEndPr/>
              <w:sdtContent>
                <w:r w:rsidR="00365F2D">
                  <w:rPr>
                    <w:rFonts w:ascii="Fira Sans Light" w:hAnsi="Fira Sans Light"/>
                    <w:sz w:val="20"/>
                    <w:szCs w:val="20"/>
                    <w:lang w:val="de-DE"/>
                  </w:rPr>
                  <w:t>[</w:t>
                </w:r>
                <w:r w:rsidR="00365F2D" w:rsidRPr="001E6A9A">
                  <w:rPr>
                    <w:rFonts w:ascii="Fira Sans Light" w:hAnsi="Fira Sans Light"/>
                    <w:sz w:val="20"/>
                    <w:szCs w:val="20"/>
                    <w:lang w:val="de-DE"/>
                  </w:rPr>
                  <w:t xml:space="preserve"> </w:t>
                </w:r>
                <w:r w:rsidR="00365F2D">
                  <w:rPr>
                    <w:rFonts w:ascii="Fira Sans Light" w:hAnsi="Fira Sans Light"/>
                    <w:sz w:val="20"/>
                    <w:szCs w:val="20"/>
                    <w:lang w:val="de-DE"/>
                  </w:rPr>
                  <w:t>…]</w:t>
                </w:r>
                <w:r w:rsidR="00365F2D" w:rsidRPr="001E6A9A">
                  <w:rPr>
                    <w:sz w:val="20"/>
                    <w:szCs w:val="20"/>
                    <w:lang w:val="de-DE"/>
                  </w:rPr>
                  <w:t xml:space="preserve"> </w:t>
                </w:r>
              </w:sdtContent>
            </w:sdt>
            <w:r w:rsidR="00365F2D">
              <w:rPr>
                <w:rFonts w:ascii="Fira Sans Light" w:hAnsi="Fira Sans Light"/>
                <w:sz w:val="20"/>
                <w:szCs w:val="20"/>
                <w:lang w:val="de-DE"/>
              </w:rPr>
              <w:t xml:space="preserve"> Jahre</w:t>
            </w:r>
          </w:p>
        </w:tc>
      </w:tr>
      <w:tr w:rsidR="000F37AF" w:rsidRPr="000D5D13" w14:paraId="7FEFB238" w14:textId="77777777" w:rsidTr="000518CB">
        <w:tc>
          <w:tcPr>
            <w:tcW w:w="3119" w:type="dxa"/>
            <w:shd w:val="clear" w:color="auto" w:fill="8BC540"/>
          </w:tcPr>
          <w:p w14:paraId="20CBB5DE" w14:textId="2EBD3E17" w:rsidR="000F37AF" w:rsidRPr="00F766A7" w:rsidRDefault="0085586F" w:rsidP="000F37AF">
            <w:pPr>
              <w:rPr>
                <w:rFonts w:ascii="Fira Sans Light" w:hAnsi="Fira Sans Light"/>
                <w:b/>
                <w:sz w:val="20"/>
                <w:szCs w:val="20"/>
                <w:lang w:val="de-DE"/>
              </w:rPr>
            </w:pPr>
            <w:r>
              <w:rPr>
                <w:rFonts w:ascii="Fira Sans Light" w:hAnsi="Fira Sans Light"/>
                <w:b/>
                <w:sz w:val="20"/>
                <w:szCs w:val="20"/>
                <w:lang w:val="de-DE"/>
              </w:rPr>
              <w:t xml:space="preserve">Fläche </w:t>
            </w:r>
          </w:p>
        </w:tc>
        <w:sdt>
          <w:sdtPr>
            <w:rPr>
              <w:rFonts w:ascii="Fira Sans Light" w:hAnsi="Fira Sans Light"/>
              <w:sz w:val="20"/>
              <w:szCs w:val="20"/>
              <w:lang w:val="de-DE"/>
            </w:rPr>
            <w:id w:val="-459036242"/>
            <w:placeholder>
              <w:docPart w:val="BE1B5F9A3370458F812EE637EE7A9571"/>
            </w:placeholder>
            <w:showingPlcHdr/>
            <w:text/>
          </w:sdtPr>
          <w:sdtEndPr/>
          <w:sdtContent>
            <w:tc>
              <w:tcPr>
                <w:tcW w:w="6095" w:type="dxa"/>
                <w:gridSpan w:val="3"/>
                <w:vAlign w:val="center"/>
              </w:tcPr>
              <w:p w14:paraId="420CCBB5" w14:textId="7612F7D4" w:rsidR="000F37AF" w:rsidRPr="001E6A9A" w:rsidRDefault="00AE2FAE" w:rsidP="000F37AF">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0F37AF" w:rsidRPr="000D5D13" w14:paraId="4B06D534" w14:textId="77777777" w:rsidTr="000518CB">
        <w:tc>
          <w:tcPr>
            <w:tcW w:w="3119" w:type="dxa"/>
            <w:shd w:val="clear" w:color="auto" w:fill="8BC540"/>
          </w:tcPr>
          <w:p w14:paraId="29951BE3" w14:textId="629029F0" w:rsidR="000F37AF" w:rsidRPr="00F766A7" w:rsidRDefault="00F77999" w:rsidP="000F37AF">
            <w:pPr>
              <w:rPr>
                <w:rFonts w:ascii="Fira Sans Light" w:hAnsi="Fira Sans Light"/>
                <w:b/>
                <w:sz w:val="20"/>
                <w:szCs w:val="20"/>
                <w:lang w:val="de-DE"/>
              </w:rPr>
            </w:pPr>
            <w:r>
              <w:rPr>
                <w:rFonts w:ascii="Fira Sans Light" w:hAnsi="Fira Sans Light"/>
                <w:b/>
                <w:sz w:val="20"/>
                <w:szCs w:val="20"/>
                <w:lang w:val="de-DE"/>
              </w:rPr>
              <w:t>Anzahl vorhandener Arbeitsplätze</w:t>
            </w:r>
          </w:p>
        </w:tc>
        <w:sdt>
          <w:sdtPr>
            <w:rPr>
              <w:rFonts w:ascii="Fira Sans Light" w:hAnsi="Fira Sans Light"/>
              <w:sz w:val="20"/>
              <w:szCs w:val="20"/>
              <w:lang w:val="de-DE"/>
            </w:rPr>
            <w:id w:val="-1180966771"/>
            <w:placeholder>
              <w:docPart w:val="EBA25865F5A04F0998820CE9690D4D86"/>
            </w:placeholder>
            <w:showingPlcHdr/>
            <w:text/>
          </w:sdtPr>
          <w:sdtEndPr/>
          <w:sdtContent>
            <w:tc>
              <w:tcPr>
                <w:tcW w:w="6095" w:type="dxa"/>
                <w:gridSpan w:val="3"/>
                <w:vAlign w:val="center"/>
              </w:tcPr>
              <w:p w14:paraId="585B8B96" w14:textId="76AD9CE6" w:rsidR="000F37AF" w:rsidRPr="001E6A9A" w:rsidRDefault="00AE2FAE" w:rsidP="000F37AF">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0F37AF" w:rsidRPr="004E48B9" w14:paraId="1FEC9955" w14:textId="77777777" w:rsidTr="000518CB">
        <w:tc>
          <w:tcPr>
            <w:tcW w:w="3119" w:type="dxa"/>
            <w:shd w:val="clear" w:color="auto" w:fill="8BC540"/>
          </w:tcPr>
          <w:p w14:paraId="602E1251" w14:textId="7B8D792C" w:rsidR="000F37AF" w:rsidRPr="00F766A7" w:rsidRDefault="00185ED5" w:rsidP="000F37AF">
            <w:pPr>
              <w:rPr>
                <w:rFonts w:ascii="Fira Sans Light" w:hAnsi="Fira Sans Light"/>
                <w:b/>
                <w:sz w:val="20"/>
                <w:szCs w:val="20"/>
                <w:lang w:val="de-DE"/>
              </w:rPr>
            </w:pPr>
            <w:r>
              <w:rPr>
                <w:rFonts w:ascii="Fira Sans Light" w:hAnsi="Fira Sans Light"/>
                <w:b/>
                <w:sz w:val="20"/>
                <w:szCs w:val="20"/>
                <w:lang w:val="de-DE"/>
              </w:rPr>
              <w:t>Können auf der bestehenden Fläche weitere Arbeitsplätze eingerichtet werden?</w:t>
            </w:r>
          </w:p>
        </w:tc>
        <w:tc>
          <w:tcPr>
            <w:tcW w:w="6095" w:type="dxa"/>
            <w:gridSpan w:val="3"/>
            <w:vAlign w:val="center"/>
          </w:tcPr>
          <w:p w14:paraId="628192E0" w14:textId="7D22361E" w:rsidR="000F37AF" w:rsidRPr="001E6A9A" w:rsidRDefault="00332E90" w:rsidP="000F37AF">
            <w:pPr>
              <w:rPr>
                <w:rFonts w:ascii="Fira Sans Light" w:hAnsi="Fira Sans Light"/>
                <w:sz w:val="20"/>
                <w:szCs w:val="20"/>
                <w:lang w:val="de-DE"/>
              </w:rPr>
            </w:pPr>
            <w:sdt>
              <w:sdtPr>
                <w:rPr>
                  <w:rFonts w:ascii="Fira Sans Light" w:hAnsi="Fira Sans Light"/>
                  <w:sz w:val="20"/>
                  <w:szCs w:val="20"/>
                  <w:lang w:val="de-DE"/>
                </w:rPr>
                <w:id w:val="-1254047572"/>
                <w14:checkbox>
                  <w14:checked w14:val="0"/>
                  <w14:checkedState w14:val="2612" w14:font="MS Gothic"/>
                  <w14:uncheckedState w14:val="2610" w14:font="MS Gothic"/>
                </w14:checkbox>
              </w:sdtPr>
              <w:sdtEndPr/>
              <w:sdtContent>
                <w:r w:rsidR="00185ED5">
                  <w:rPr>
                    <w:rFonts w:ascii="MS Gothic" w:eastAsia="MS Gothic" w:hAnsi="MS Gothic" w:hint="eastAsia"/>
                    <w:sz w:val="20"/>
                    <w:szCs w:val="20"/>
                    <w:lang w:val="de-DE"/>
                  </w:rPr>
                  <w:t>☐</w:t>
                </w:r>
              </w:sdtContent>
            </w:sdt>
            <w:r w:rsidR="00185ED5">
              <w:rPr>
                <w:rFonts w:ascii="Fira Sans Light" w:hAnsi="Fira Sans Light"/>
                <w:sz w:val="20"/>
                <w:szCs w:val="20"/>
                <w:lang w:val="de-DE"/>
              </w:rPr>
              <w:t xml:space="preserve"> nein   </w:t>
            </w:r>
            <w:sdt>
              <w:sdtPr>
                <w:rPr>
                  <w:rFonts w:ascii="Fira Sans Light" w:hAnsi="Fira Sans Light"/>
                  <w:sz w:val="20"/>
                  <w:szCs w:val="20"/>
                  <w:lang w:val="de-DE"/>
                </w:rPr>
                <w:id w:val="-436756910"/>
                <w14:checkbox>
                  <w14:checked w14:val="0"/>
                  <w14:checkedState w14:val="2612" w14:font="MS Gothic"/>
                  <w14:uncheckedState w14:val="2610" w14:font="MS Gothic"/>
                </w14:checkbox>
              </w:sdtPr>
              <w:sdtEndPr/>
              <w:sdtContent>
                <w:r w:rsidR="00185ED5">
                  <w:rPr>
                    <w:rFonts w:ascii="MS Gothic" w:eastAsia="MS Gothic" w:hAnsi="MS Gothic" w:hint="eastAsia"/>
                    <w:sz w:val="20"/>
                    <w:szCs w:val="20"/>
                    <w:lang w:val="de-DE"/>
                  </w:rPr>
                  <w:t>☐</w:t>
                </w:r>
              </w:sdtContent>
            </w:sdt>
            <w:r w:rsidR="00185ED5">
              <w:rPr>
                <w:rFonts w:ascii="Fira Sans Light" w:hAnsi="Fira Sans Light"/>
                <w:sz w:val="20"/>
                <w:szCs w:val="20"/>
                <w:lang w:val="de-DE"/>
              </w:rPr>
              <w:t xml:space="preserve"> ja, es können </w:t>
            </w:r>
            <w:sdt>
              <w:sdtPr>
                <w:rPr>
                  <w:rFonts w:ascii="Fira Sans Light" w:hAnsi="Fira Sans Light"/>
                  <w:sz w:val="20"/>
                  <w:szCs w:val="20"/>
                  <w:lang w:val="de-DE"/>
                </w:rPr>
                <w:id w:val="-2140026774"/>
                <w:placeholder>
                  <w:docPart w:val="017F9D3C318A40D49E27EAE686F6BCAD"/>
                </w:placeholder>
                <w:showingPlcHdr/>
                <w:text/>
              </w:sdtPr>
              <w:sdtEndPr/>
              <w:sdtContent>
                <w:r w:rsidR="00185ED5">
                  <w:rPr>
                    <w:rFonts w:ascii="Fira Sans Light" w:hAnsi="Fira Sans Light"/>
                    <w:sz w:val="20"/>
                    <w:szCs w:val="20"/>
                    <w:lang w:val="de-DE"/>
                  </w:rPr>
                  <w:t>[…]</w:t>
                </w:r>
                <w:r w:rsidR="00185ED5" w:rsidRPr="001E6A9A">
                  <w:rPr>
                    <w:sz w:val="20"/>
                    <w:szCs w:val="20"/>
                    <w:lang w:val="de-DE"/>
                  </w:rPr>
                  <w:t xml:space="preserve"> </w:t>
                </w:r>
              </w:sdtContent>
            </w:sdt>
            <w:r w:rsidR="00185ED5">
              <w:rPr>
                <w:rFonts w:ascii="Fira Sans Light" w:hAnsi="Fira Sans Light"/>
                <w:sz w:val="20"/>
                <w:szCs w:val="20"/>
                <w:lang w:val="de-DE"/>
              </w:rPr>
              <w:t xml:space="preserve">weitere Arbeitsplätze eingerichtet </w:t>
            </w:r>
            <w:r w:rsidR="000518CB">
              <w:rPr>
                <w:rFonts w:ascii="Fira Sans Light" w:hAnsi="Fira Sans Light"/>
                <w:sz w:val="20"/>
                <w:szCs w:val="20"/>
                <w:lang w:val="de-DE"/>
              </w:rPr>
              <w:t xml:space="preserve">              </w:t>
            </w:r>
            <w:r w:rsidR="00185ED5">
              <w:rPr>
                <w:rFonts w:ascii="Fira Sans Light" w:hAnsi="Fira Sans Light"/>
                <w:sz w:val="20"/>
                <w:szCs w:val="20"/>
                <w:lang w:val="de-DE"/>
              </w:rPr>
              <w:t>werden.</w:t>
            </w:r>
          </w:p>
        </w:tc>
      </w:tr>
      <w:tr w:rsidR="000F37AF" w:rsidRPr="000D5D13" w14:paraId="17627F69" w14:textId="77777777" w:rsidTr="000518CB">
        <w:tc>
          <w:tcPr>
            <w:tcW w:w="3119" w:type="dxa"/>
            <w:shd w:val="clear" w:color="auto" w:fill="8BC540"/>
          </w:tcPr>
          <w:p w14:paraId="52C31251" w14:textId="0B47D5EE" w:rsidR="000F37AF" w:rsidRPr="00F766A7" w:rsidRDefault="00185ED5" w:rsidP="000F37AF">
            <w:pPr>
              <w:rPr>
                <w:rFonts w:ascii="Fira Sans Light" w:hAnsi="Fira Sans Light"/>
                <w:b/>
                <w:sz w:val="20"/>
                <w:szCs w:val="20"/>
                <w:lang w:val="de-DE"/>
              </w:rPr>
            </w:pPr>
            <w:r>
              <w:rPr>
                <w:rFonts w:ascii="Fira Sans Light" w:hAnsi="Fira Sans Light"/>
                <w:b/>
                <w:sz w:val="20"/>
                <w:szCs w:val="20"/>
                <w:lang w:val="de-DE"/>
              </w:rPr>
              <w:t>Können im Objekt weitere Flächen angemietet werden?</w:t>
            </w:r>
          </w:p>
        </w:tc>
        <w:tc>
          <w:tcPr>
            <w:tcW w:w="6095" w:type="dxa"/>
            <w:gridSpan w:val="3"/>
            <w:vAlign w:val="center"/>
          </w:tcPr>
          <w:p w14:paraId="20A28F5C" w14:textId="5AAB3837" w:rsidR="000F37AF" w:rsidRPr="001E6A9A" w:rsidRDefault="00332E90" w:rsidP="000F37AF">
            <w:pPr>
              <w:rPr>
                <w:rFonts w:ascii="Fira Sans Light" w:hAnsi="Fira Sans Light"/>
                <w:sz w:val="20"/>
                <w:szCs w:val="20"/>
                <w:lang w:val="de-DE"/>
              </w:rPr>
            </w:pPr>
            <w:sdt>
              <w:sdtPr>
                <w:rPr>
                  <w:rFonts w:ascii="Fira Sans Light" w:hAnsi="Fira Sans Light"/>
                  <w:sz w:val="20"/>
                  <w:szCs w:val="20"/>
                  <w:lang w:val="de-DE"/>
                </w:rPr>
                <w:id w:val="1283688707"/>
                <w14:checkbox>
                  <w14:checked w14:val="0"/>
                  <w14:checkedState w14:val="2612" w14:font="MS Gothic"/>
                  <w14:uncheckedState w14:val="2610" w14:font="MS Gothic"/>
                </w14:checkbox>
              </w:sdtPr>
              <w:sdtEndPr/>
              <w:sdtContent>
                <w:r w:rsidR="00185ED5">
                  <w:rPr>
                    <w:rFonts w:ascii="MS Gothic" w:eastAsia="MS Gothic" w:hAnsi="MS Gothic" w:hint="eastAsia"/>
                    <w:sz w:val="20"/>
                    <w:szCs w:val="20"/>
                    <w:lang w:val="de-DE"/>
                  </w:rPr>
                  <w:t>☐</w:t>
                </w:r>
              </w:sdtContent>
            </w:sdt>
            <w:r w:rsidR="00185ED5">
              <w:rPr>
                <w:rFonts w:ascii="Fira Sans Light" w:hAnsi="Fira Sans Light"/>
                <w:sz w:val="20"/>
                <w:szCs w:val="20"/>
                <w:lang w:val="de-DE"/>
              </w:rPr>
              <w:t xml:space="preserve"> nein   </w:t>
            </w:r>
            <w:sdt>
              <w:sdtPr>
                <w:rPr>
                  <w:rFonts w:ascii="Fira Sans Light" w:hAnsi="Fira Sans Light"/>
                  <w:sz w:val="20"/>
                  <w:szCs w:val="20"/>
                  <w:lang w:val="de-DE"/>
                </w:rPr>
                <w:id w:val="-2023078774"/>
                <w14:checkbox>
                  <w14:checked w14:val="0"/>
                  <w14:checkedState w14:val="2612" w14:font="MS Gothic"/>
                  <w14:uncheckedState w14:val="2610" w14:font="MS Gothic"/>
                </w14:checkbox>
              </w:sdtPr>
              <w:sdtEndPr/>
              <w:sdtContent>
                <w:r w:rsidR="00185ED5">
                  <w:rPr>
                    <w:rFonts w:ascii="MS Gothic" w:eastAsia="MS Gothic" w:hAnsi="MS Gothic" w:hint="eastAsia"/>
                    <w:sz w:val="20"/>
                    <w:szCs w:val="20"/>
                    <w:lang w:val="de-DE"/>
                  </w:rPr>
                  <w:t>☐</w:t>
                </w:r>
              </w:sdtContent>
            </w:sdt>
            <w:r w:rsidR="00185ED5">
              <w:rPr>
                <w:rFonts w:ascii="Fira Sans Light" w:hAnsi="Fira Sans Light"/>
                <w:sz w:val="20"/>
                <w:szCs w:val="20"/>
                <w:lang w:val="de-DE"/>
              </w:rPr>
              <w:t xml:space="preserve"> ja, es können weitere </w:t>
            </w:r>
            <w:sdt>
              <w:sdtPr>
                <w:rPr>
                  <w:rFonts w:ascii="Fira Sans Light" w:hAnsi="Fira Sans Light"/>
                  <w:sz w:val="20"/>
                  <w:szCs w:val="20"/>
                  <w:lang w:val="de-DE"/>
                </w:rPr>
                <w:id w:val="-1424023510"/>
                <w:placeholder>
                  <w:docPart w:val="9957CD63A6F74A1D9F356CED94AEE4B7"/>
                </w:placeholder>
                <w:showingPlcHdr/>
                <w:text/>
              </w:sdtPr>
              <w:sdtEndPr/>
              <w:sdtContent>
                <w:r w:rsidR="00185ED5">
                  <w:rPr>
                    <w:rFonts w:ascii="Fira Sans Light" w:hAnsi="Fira Sans Light"/>
                    <w:sz w:val="20"/>
                    <w:szCs w:val="20"/>
                    <w:lang w:val="de-DE"/>
                  </w:rPr>
                  <w:t>[…]</w:t>
                </w:r>
                <w:r w:rsidR="00185ED5" w:rsidRPr="001E6A9A">
                  <w:rPr>
                    <w:sz w:val="20"/>
                    <w:szCs w:val="20"/>
                    <w:lang w:val="de-DE"/>
                  </w:rPr>
                  <w:t xml:space="preserve"> </w:t>
                </w:r>
              </w:sdtContent>
            </w:sdt>
            <w:r w:rsidR="00185ED5">
              <w:rPr>
                <w:rFonts w:ascii="Fira Sans Light" w:hAnsi="Fira Sans Light"/>
                <w:sz w:val="20"/>
                <w:szCs w:val="20"/>
                <w:lang w:val="de-DE"/>
              </w:rPr>
              <w:t>qm angemietet werden.</w:t>
            </w:r>
          </w:p>
        </w:tc>
      </w:tr>
    </w:tbl>
    <w:p w14:paraId="6FC17021" w14:textId="77777777" w:rsidR="005D25E6" w:rsidRDefault="005D25E6" w:rsidP="005D25E6">
      <w:pPr>
        <w:spacing w:after="0" w:line="240" w:lineRule="auto"/>
        <w:rPr>
          <w:rFonts w:ascii="Fira Sans" w:eastAsiaTheme="majorEastAsia" w:hAnsi="Fira Sans" w:cstheme="majorBidi"/>
          <w:color w:val="4A4A4A"/>
          <w:spacing w:val="5"/>
          <w:kern w:val="28"/>
          <w:sz w:val="20"/>
          <w:szCs w:val="20"/>
          <w:lang w:val="de-DE"/>
        </w:rPr>
      </w:pPr>
    </w:p>
    <w:p w14:paraId="7614E27E" w14:textId="77777777" w:rsidR="002D5670" w:rsidRDefault="002D5670" w:rsidP="002D5670">
      <w:pPr>
        <w:spacing w:after="0" w:line="240" w:lineRule="auto"/>
        <w:rPr>
          <w:rFonts w:ascii="Fira Sans" w:eastAsiaTheme="majorEastAsia" w:hAnsi="Fira Sans" w:cstheme="majorBidi"/>
          <w:color w:val="4A4A4A"/>
          <w:spacing w:val="5"/>
          <w:kern w:val="28"/>
          <w:sz w:val="20"/>
          <w:szCs w:val="20"/>
          <w:lang w:val="de-DE"/>
        </w:rPr>
      </w:pPr>
    </w:p>
    <w:p w14:paraId="6CC361BA" w14:textId="77777777" w:rsidR="002D5670" w:rsidRPr="00C46F94" w:rsidRDefault="002D5670" w:rsidP="002D5670">
      <w:pPr>
        <w:spacing w:after="0" w:line="240" w:lineRule="auto"/>
        <w:rPr>
          <w:rFonts w:ascii="Fira Sans" w:eastAsiaTheme="majorEastAsia" w:hAnsi="Fira Sans" w:cstheme="majorBidi"/>
          <w:color w:val="4A4A4A"/>
          <w:spacing w:val="5"/>
          <w:kern w:val="28"/>
          <w:sz w:val="20"/>
          <w:szCs w:val="20"/>
          <w:lang w:val="de-DE"/>
        </w:rPr>
      </w:pPr>
    </w:p>
    <w:p w14:paraId="1E88FDAE" w14:textId="7B63E149" w:rsidR="002D5670" w:rsidRDefault="002D5670" w:rsidP="002D5670">
      <w:pPr>
        <w:pStyle w:val="Listenabsatz"/>
        <w:numPr>
          <w:ilvl w:val="0"/>
          <w:numId w:val="43"/>
        </w:numPr>
        <w:spacing w:after="0" w:line="240" w:lineRule="auto"/>
        <w:ind w:left="426" w:hanging="426"/>
        <w:contextualSpacing w:val="0"/>
        <w:rPr>
          <w:rFonts w:ascii="Fira Sans" w:eastAsiaTheme="majorEastAsia" w:hAnsi="Fira Sans" w:cstheme="majorBidi"/>
          <w:color w:val="4A4A4A"/>
          <w:spacing w:val="5"/>
          <w:kern w:val="28"/>
          <w:sz w:val="40"/>
          <w:szCs w:val="40"/>
          <w:lang w:val="de-DE"/>
        </w:rPr>
      </w:pPr>
      <w:r>
        <w:rPr>
          <w:rFonts w:ascii="Fira Sans" w:eastAsiaTheme="majorEastAsia" w:hAnsi="Fira Sans" w:cstheme="majorBidi"/>
          <w:color w:val="4A4A4A"/>
          <w:spacing w:val="5"/>
          <w:kern w:val="28"/>
          <w:sz w:val="40"/>
          <w:szCs w:val="40"/>
          <w:lang w:val="de-DE"/>
        </w:rPr>
        <w:t>Kundenstamm</w:t>
      </w:r>
    </w:p>
    <w:p w14:paraId="0878BF47" w14:textId="77777777" w:rsidR="002D5670" w:rsidRPr="00F4643C" w:rsidRDefault="002D5670" w:rsidP="002D5670">
      <w:pPr>
        <w:spacing w:after="0" w:line="240" w:lineRule="auto"/>
        <w:rPr>
          <w:rFonts w:ascii="Fira Sans" w:eastAsiaTheme="majorEastAsia" w:hAnsi="Fira Sans" w:cstheme="majorBidi"/>
          <w:color w:val="4A4A4A"/>
          <w:spacing w:val="5"/>
          <w:kern w:val="28"/>
          <w:sz w:val="20"/>
          <w:szCs w:val="20"/>
          <w:lang w:val="de-DE"/>
        </w:rPr>
      </w:pPr>
    </w:p>
    <w:tbl>
      <w:tblPr>
        <w:tblStyle w:val="Tabellenraster"/>
        <w:tblW w:w="9214" w:type="dxa"/>
        <w:tblInd w:w="-5" w:type="dxa"/>
        <w:tblLayout w:type="fixed"/>
        <w:tblCellMar>
          <w:top w:w="57" w:type="dxa"/>
          <w:bottom w:w="57" w:type="dxa"/>
        </w:tblCellMar>
        <w:tblLook w:val="04A0" w:firstRow="1" w:lastRow="0" w:firstColumn="1" w:lastColumn="0" w:noHBand="0" w:noVBand="1"/>
      </w:tblPr>
      <w:tblGrid>
        <w:gridCol w:w="3119"/>
        <w:gridCol w:w="6095"/>
      </w:tblGrid>
      <w:tr w:rsidR="002D5670" w:rsidRPr="000D5D13" w14:paraId="05DB5438" w14:textId="77777777" w:rsidTr="000518CB">
        <w:tc>
          <w:tcPr>
            <w:tcW w:w="3119" w:type="dxa"/>
            <w:shd w:val="clear" w:color="auto" w:fill="8BC540"/>
          </w:tcPr>
          <w:p w14:paraId="1B4EA9B6" w14:textId="4EA5B49B" w:rsidR="002D5670" w:rsidRPr="00F766A7" w:rsidRDefault="000518CB" w:rsidP="00A476B3">
            <w:pPr>
              <w:rPr>
                <w:rFonts w:ascii="Fira Sans Light" w:hAnsi="Fira Sans Light"/>
                <w:b/>
                <w:sz w:val="20"/>
                <w:szCs w:val="20"/>
                <w:lang w:val="de-DE"/>
              </w:rPr>
            </w:pPr>
            <w:r>
              <w:rPr>
                <w:rFonts w:ascii="Fira Sans Light" w:hAnsi="Fira Sans Light"/>
                <w:b/>
                <w:sz w:val="20"/>
                <w:szCs w:val="20"/>
                <w:lang w:val="de-DE"/>
              </w:rPr>
              <w:t>Anzahl aktiver Kunden (Praxen)</w:t>
            </w:r>
          </w:p>
        </w:tc>
        <w:sdt>
          <w:sdtPr>
            <w:rPr>
              <w:rFonts w:ascii="Fira Sans Light" w:hAnsi="Fira Sans Light"/>
              <w:sz w:val="20"/>
              <w:szCs w:val="20"/>
              <w:lang w:val="de-DE"/>
            </w:rPr>
            <w:id w:val="1979646990"/>
            <w:placeholder>
              <w:docPart w:val="4A1908B9CCB44432B4FB223D10CE50EC"/>
            </w:placeholder>
            <w:showingPlcHdr/>
            <w:text/>
          </w:sdtPr>
          <w:sdtEndPr/>
          <w:sdtContent>
            <w:tc>
              <w:tcPr>
                <w:tcW w:w="6095" w:type="dxa"/>
                <w:vAlign w:val="center"/>
              </w:tcPr>
              <w:p w14:paraId="33D17752" w14:textId="712FFB10" w:rsidR="002D5670" w:rsidRPr="001E6A9A" w:rsidRDefault="00AE2FAE"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0518CB" w:rsidRPr="000D5D13" w14:paraId="35B459CA" w14:textId="77777777" w:rsidTr="000518CB">
        <w:tc>
          <w:tcPr>
            <w:tcW w:w="3119" w:type="dxa"/>
            <w:shd w:val="clear" w:color="auto" w:fill="8BC540"/>
          </w:tcPr>
          <w:p w14:paraId="72D740F6" w14:textId="464BCF80" w:rsidR="000518CB" w:rsidRDefault="00172084" w:rsidP="00A476B3">
            <w:pPr>
              <w:rPr>
                <w:rFonts w:ascii="Fira Sans Light" w:hAnsi="Fira Sans Light"/>
                <w:b/>
                <w:sz w:val="20"/>
                <w:szCs w:val="20"/>
                <w:lang w:val="de-DE"/>
              </w:rPr>
            </w:pPr>
            <w:r>
              <w:rPr>
                <w:rFonts w:ascii="Fira Sans Light" w:hAnsi="Fira Sans Light"/>
                <w:b/>
                <w:sz w:val="20"/>
                <w:szCs w:val="20"/>
                <w:lang w:val="de-DE"/>
              </w:rPr>
              <w:t>Gesamtumsatz der TOP-5-Kunden</w:t>
            </w:r>
          </w:p>
        </w:tc>
        <w:sdt>
          <w:sdtPr>
            <w:rPr>
              <w:rFonts w:ascii="Fira Sans Light" w:hAnsi="Fira Sans Light"/>
              <w:sz w:val="20"/>
              <w:szCs w:val="20"/>
              <w:lang w:val="de-DE"/>
            </w:rPr>
            <w:id w:val="-810560830"/>
            <w:placeholder>
              <w:docPart w:val="34E918C1E0374E67A996E76BF5489BBE"/>
            </w:placeholder>
            <w:showingPlcHdr/>
            <w:text/>
          </w:sdtPr>
          <w:sdtEndPr/>
          <w:sdtContent>
            <w:tc>
              <w:tcPr>
                <w:tcW w:w="6095" w:type="dxa"/>
                <w:vAlign w:val="center"/>
              </w:tcPr>
              <w:p w14:paraId="46E40C30" w14:textId="62A9D547" w:rsidR="000518CB" w:rsidRPr="001E6A9A" w:rsidRDefault="00AE2FAE"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bl>
    <w:p w14:paraId="638F6538" w14:textId="77777777" w:rsidR="002D5670" w:rsidRDefault="002D5670" w:rsidP="005D25E6">
      <w:pPr>
        <w:spacing w:after="0" w:line="240" w:lineRule="auto"/>
        <w:rPr>
          <w:rFonts w:ascii="Fira Sans" w:eastAsiaTheme="majorEastAsia" w:hAnsi="Fira Sans" w:cstheme="majorBidi"/>
          <w:color w:val="4A4A4A"/>
          <w:spacing w:val="5"/>
          <w:kern w:val="28"/>
          <w:sz w:val="20"/>
          <w:szCs w:val="20"/>
          <w:lang w:val="de-DE"/>
        </w:rPr>
      </w:pPr>
    </w:p>
    <w:p w14:paraId="17D8E588" w14:textId="77777777" w:rsidR="00F77999" w:rsidRDefault="00F77999" w:rsidP="005D25E6">
      <w:pPr>
        <w:spacing w:after="0" w:line="240" w:lineRule="auto"/>
        <w:rPr>
          <w:rFonts w:ascii="Fira Sans" w:eastAsiaTheme="majorEastAsia" w:hAnsi="Fira Sans" w:cstheme="majorBidi"/>
          <w:color w:val="4A4A4A"/>
          <w:spacing w:val="5"/>
          <w:kern w:val="28"/>
          <w:sz w:val="20"/>
          <w:szCs w:val="20"/>
          <w:lang w:val="de-DE"/>
        </w:rPr>
      </w:pPr>
    </w:p>
    <w:p w14:paraId="6AE040FF" w14:textId="77777777" w:rsidR="002D5670" w:rsidRDefault="002D5670" w:rsidP="005D25E6">
      <w:pPr>
        <w:spacing w:after="0" w:line="240" w:lineRule="auto"/>
        <w:rPr>
          <w:rFonts w:ascii="Fira Sans" w:eastAsiaTheme="majorEastAsia" w:hAnsi="Fira Sans" w:cstheme="majorBidi"/>
          <w:color w:val="4A4A4A"/>
          <w:spacing w:val="5"/>
          <w:kern w:val="28"/>
          <w:sz w:val="20"/>
          <w:szCs w:val="20"/>
          <w:lang w:val="de-DE"/>
        </w:rPr>
      </w:pPr>
    </w:p>
    <w:p w14:paraId="3849F114" w14:textId="77777777" w:rsidR="000B59A6" w:rsidRPr="005D25E6" w:rsidRDefault="000B59A6" w:rsidP="005D25E6">
      <w:pPr>
        <w:spacing w:after="0" w:line="240" w:lineRule="auto"/>
        <w:rPr>
          <w:rFonts w:ascii="Fira Sans" w:eastAsiaTheme="majorEastAsia" w:hAnsi="Fira Sans" w:cstheme="majorBidi"/>
          <w:color w:val="4A4A4A"/>
          <w:spacing w:val="5"/>
          <w:kern w:val="28"/>
          <w:sz w:val="20"/>
          <w:szCs w:val="20"/>
          <w:lang w:val="de-DE"/>
        </w:rPr>
      </w:pPr>
    </w:p>
    <w:p w14:paraId="0D666E2C" w14:textId="77777777" w:rsidR="00807A34" w:rsidRDefault="00807A34" w:rsidP="005D25E6">
      <w:pPr>
        <w:pStyle w:val="Listenabsatz"/>
        <w:numPr>
          <w:ilvl w:val="0"/>
          <w:numId w:val="43"/>
        </w:numPr>
        <w:spacing w:after="0" w:line="240" w:lineRule="auto"/>
        <w:ind w:left="426" w:hanging="426"/>
        <w:contextualSpacing w:val="0"/>
        <w:rPr>
          <w:rFonts w:ascii="Fira Sans" w:eastAsiaTheme="majorEastAsia" w:hAnsi="Fira Sans" w:cstheme="majorBidi"/>
          <w:color w:val="4A4A4A"/>
          <w:spacing w:val="5"/>
          <w:kern w:val="28"/>
          <w:sz w:val="40"/>
          <w:szCs w:val="40"/>
          <w:lang w:val="de-DE"/>
        </w:rPr>
        <w:sectPr w:rsidR="00807A34" w:rsidSect="00753D34">
          <w:pgSz w:w="11906" w:h="16838" w:code="9"/>
          <w:pgMar w:top="1985" w:right="1469" w:bottom="993" w:left="1276" w:header="720" w:footer="720" w:gutter="0"/>
          <w:paperSrc w:first="4" w:other="4"/>
          <w:cols w:space="3399"/>
          <w:docGrid w:linePitch="360"/>
        </w:sectPr>
      </w:pPr>
      <w:bookmarkStart w:id="0" w:name="_Ref216347233"/>
    </w:p>
    <w:p w14:paraId="6E039ACC" w14:textId="581092C4" w:rsidR="005D25E6" w:rsidRDefault="005D25E6" w:rsidP="005D25E6">
      <w:pPr>
        <w:pStyle w:val="Listenabsatz"/>
        <w:numPr>
          <w:ilvl w:val="0"/>
          <w:numId w:val="43"/>
        </w:numPr>
        <w:spacing w:after="0" w:line="240" w:lineRule="auto"/>
        <w:ind w:left="426" w:hanging="426"/>
        <w:contextualSpacing w:val="0"/>
        <w:rPr>
          <w:rFonts w:ascii="Fira Sans" w:eastAsiaTheme="majorEastAsia" w:hAnsi="Fira Sans" w:cstheme="majorBidi"/>
          <w:color w:val="4A4A4A"/>
          <w:spacing w:val="5"/>
          <w:kern w:val="28"/>
          <w:sz w:val="40"/>
          <w:szCs w:val="40"/>
          <w:lang w:val="de-DE"/>
        </w:rPr>
      </w:pPr>
      <w:r>
        <w:rPr>
          <w:rFonts w:ascii="Fira Sans" w:eastAsiaTheme="majorEastAsia" w:hAnsi="Fira Sans" w:cstheme="majorBidi"/>
          <w:color w:val="4A4A4A"/>
          <w:spacing w:val="5"/>
          <w:kern w:val="28"/>
          <w:sz w:val="40"/>
          <w:szCs w:val="40"/>
          <w:lang w:val="de-DE"/>
        </w:rPr>
        <w:lastRenderedPageBreak/>
        <w:t>Betriebswirtschaftliche Angaben</w:t>
      </w:r>
      <w:bookmarkEnd w:id="0"/>
    </w:p>
    <w:p w14:paraId="060A505A" w14:textId="77777777" w:rsidR="00807A34" w:rsidRPr="00807A34" w:rsidRDefault="00807A34" w:rsidP="00807A34">
      <w:pPr>
        <w:spacing w:after="0" w:line="240" w:lineRule="auto"/>
        <w:rPr>
          <w:rFonts w:ascii="Fira Sans" w:eastAsiaTheme="majorEastAsia" w:hAnsi="Fira Sans" w:cstheme="majorBidi"/>
          <w:color w:val="4A4A4A"/>
          <w:spacing w:val="5"/>
          <w:kern w:val="28"/>
          <w:sz w:val="20"/>
          <w:szCs w:val="20"/>
          <w:lang w:val="de-DE"/>
        </w:rPr>
      </w:pPr>
    </w:p>
    <w:p w14:paraId="5726A05D" w14:textId="77777777" w:rsidR="00753D34" w:rsidRPr="00753D34" w:rsidRDefault="00753D34" w:rsidP="00753D34">
      <w:pPr>
        <w:spacing w:after="0" w:line="280" w:lineRule="exact"/>
        <w:rPr>
          <w:rFonts w:ascii="Fira Sans Light" w:hAnsi="Fira Sans Light"/>
          <w:lang w:val="de-DE"/>
        </w:rPr>
      </w:pPr>
      <w:r w:rsidRPr="00753D34">
        <w:rPr>
          <w:rFonts w:ascii="Fira Sans Light" w:hAnsi="Fira Sans Light"/>
          <w:lang w:val="de-DE"/>
        </w:rPr>
        <w:t>Investoren bewerten Dentallabore in der Regel auf Basis des EBITDA. Dieses errechnet sich aus der Summe von Überschuss, Zinsen, Abschreibungen und – sofern es sich um eine GmbH handelt – Unternehmenssteuern (Körperschafts- und Gewerbesteuern), sodass wir Sie bitten möchten, die in den Kosten beinhalteten Zinsen, Abschreibungen und etwaigen Unternehmenssteuern separat auszuweisen.</w:t>
      </w:r>
    </w:p>
    <w:p w14:paraId="1B567794" w14:textId="77777777" w:rsidR="005D25E6" w:rsidRPr="00F4643C" w:rsidRDefault="005D25E6" w:rsidP="005D25E6">
      <w:pPr>
        <w:spacing w:after="0" w:line="240" w:lineRule="auto"/>
        <w:rPr>
          <w:rFonts w:ascii="Fira Sans" w:eastAsiaTheme="majorEastAsia" w:hAnsi="Fira Sans" w:cstheme="majorBidi"/>
          <w:color w:val="4A4A4A"/>
          <w:spacing w:val="5"/>
          <w:kern w:val="28"/>
          <w:sz w:val="20"/>
          <w:szCs w:val="20"/>
          <w:lang w:val="de-DE"/>
        </w:rPr>
      </w:pPr>
    </w:p>
    <w:tbl>
      <w:tblPr>
        <w:tblStyle w:val="Tabellenraster"/>
        <w:tblW w:w="9214" w:type="dxa"/>
        <w:tblInd w:w="-5" w:type="dxa"/>
        <w:tblLayout w:type="fixed"/>
        <w:tblCellMar>
          <w:top w:w="57" w:type="dxa"/>
          <w:bottom w:w="57" w:type="dxa"/>
        </w:tblCellMar>
        <w:tblLook w:val="04A0" w:firstRow="1" w:lastRow="0" w:firstColumn="1" w:lastColumn="0" w:noHBand="0" w:noVBand="1"/>
      </w:tblPr>
      <w:tblGrid>
        <w:gridCol w:w="3261"/>
        <w:gridCol w:w="1488"/>
        <w:gridCol w:w="1488"/>
        <w:gridCol w:w="1488"/>
        <w:gridCol w:w="1489"/>
      </w:tblGrid>
      <w:tr w:rsidR="003610D9" w:rsidRPr="000D5D13" w14:paraId="66B79C57" w14:textId="335578A9" w:rsidTr="003610D9">
        <w:trPr>
          <w:tblHeader/>
        </w:trPr>
        <w:tc>
          <w:tcPr>
            <w:tcW w:w="3261" w:type="dxa"/>
            <w:shd w:val="clear" w:color="auto" w:fill="8BC540"/>
            <w:vAlign w:val="center"/>
          </w:tcPr>
          <w:p w14:paraId="5F3618CB" w14:textId="4613AD7A" w:rsidR="003610D9" w:rsidRPr="001E6A9A" w:rsidRDefault="003610D9" w:rsidP="003610D9">
            <w:pPr>
              <w:jc w:val="center"/>
              <w:rPr>
                <w:rFonts w:ascii="Fira Sans regular" w:hAnsi="Fira Sans regular" w:hint="eastAsia"/>
                <w:b/>
                <w:sz w:val="20"/>
                <w:szCs w:val="20"/>
                <w:lang w:val="de-DE"/>
              </w:rPr>
            </w:pPr>
          </w:p>
        </w:tc>
        <w:tc>
          <w:tcPr>
            <w:tcW w:w="1488" w:type="dxa"/>
            <w:shd w:val="clear" w:color="auto" w:fill="8BC540"/>
            <w:vAlign w:val="center"/>
          </w:tcPr>
          <w:p w14:paraId="39620E25" w14:textId="4F71AC61" w:rsidR="003610D9" w:rsidRPr="001E6A9A" w:rsidRDefault="003610D9" w:rsidP="003610D9">
            <w:pPr>
              <w:jc w:val="center"/>
              <w:rPr>
                <w:rFonts w:ascii="Fira Sans Light" w:hAnsi="Fira Sans Light"/>
                <w:b/>
                <w:sz w:val="20"/>
                <w:szCs w:val="20"/>
                <w:lang w:val="de-DE"/>
              </w:rPr>
            </w:pPr>
            <w:r>
              <w:rPr>
                <w:rFonts w:ascii="Fira Sans Light" w:hAnsi="Fira Sans Light"/>
                <w:b/>
                <w:sz w:val="20"/>
                <w:szCs w:val="20"/>
                <w:lang w:val="de-DE"/>
              </w:rPr>
              <w:t>2023</w:t>
            </w:r>
          </w:p>
        </w:tc>
        <w:tc>
          <w:tcPr>
            <w:tcW w:w="1488" w:type="dxa"/>
            <w:shd w:val="clear" w:color="auto" w:fill="8BC540"/>
            <w:vAlign w:val="center"/>
          </w:tcPr>
          <w:p w14:paraId="01C57896" w14:textId="799CF640" w:rsidR="003610D9" w:rsidRPr="001E6A9A" w:rsidRDefault="003610D9" w:rsidP="003610D9">
            <w:pPr>
              <w:jc w:val="center"/>
              <w:rPr>
                <w:rFonts w:ascii="Fira Sans Light" w:hAnsi="Fira Sans Light"/>
                <w:b/>
                <w:sz w:val="20"/>
                <w:szCs w:val="20"/>
                <w:lang w:val="de-DE"/>
              </w:rPr>
            </w:pPr>
            <w:r>
              <w:rPr>
                <w:rFonts w:ascii="Fira Sans Light" w:hAnsi="Fira Sans Light"/>
                <w:b/>
                <w:sz w:val="20"/>
                <w:szCs w:val="20"/>
                <w:lang w:val="de-DE"/>
              </w:rPr>
              <w:t>2024</w:t>
            </w:r>
          </w:p>
        </w:tc>
        <w:tc>
          <w:tcPr>
            <w:tcW w:w="1488" w:type="dxa"/>
            <w:shd w:val="clear" w:color="auto" w:fill="8BC540"/>
            <w:vAlign w:val="center"/>
          </w:tcPr>
          <w:p w14:paraId="72759963" w14:textId="77777777" w:rsidR="003610D9" w:rsidRDefault="003610D9" w:rsidP="003610D9">
            <w:pPr>
              <w:jc w:val="center"/>
              <w:rPr>
                <w:rFonts w:ascii="Fira Sans Light" w:hAnsi="Fira Sans Light"/>
                <w:b/>
                <w:sz w:val="20"/>
                <w:szCs w:val="20"/>
                <w:lang w:val="de-DE"/>
              </w:rPr>
            </w:pPr>
            <w:r>
              <w:rPr>
                <w:rFonts w:ascii="Fira Sans Light" w:hAnsi="Fira Sans Light"/>
                <w:b/>
                <w:sz w:val="20"/>
                <w:szCs w:val="20"/>
                <w:lang w:val="de-DE"/>
              </w:rPr>
              <w:t>2025</w:t>
            </w:r>
          </w:p>
          <w:p w14:paraId="0FAFCF7D" w14:textId="22B04123" w:rsidR="003610D9" w:rsidRPr="001E6A9A" w:rsidRDefault="003610D9" w:rsidP="003610D9">
            <w:pPr>
              <w:jc w:val="center"/>
              <w:rPr>
                <w:rFonts w:ascii="Fira Sans Light" w:hAnsi="Fira Sans Light"/>
                <w:b/>
                <w:sz w:val="20"/>
                <w:szCs w:val="20"/>
                <w:lang w:val="de-DE"/>
              </w:rPr>
            </w:pPr>
            <w:r w:rsidRPr="003610D9">
              <w:rPr>
                <w:rFonts w:ascii="Fira Sans Light" w:hAnsi="Fira Sans Light"/>
                <w:b/>
                <w:sz w:val="18"/>
                <w:szCs w:val="18"/>
                <w:lang w:val="de-DE"/>
              </w:rPr>
              <w:t xml:space="preserve">(per </w:t>
            </w:r>
            <w:sdt>
              <w:sdtPr>
                <w:rPr>
                  <w:rFonts w:ascii="Fira Sans Light" w:hAnsi="Fira Sans Light"/>
                  <w:b/>
                  <w:sz w:val="18"/>
                  <w:szCs w:val="18"/>
                  <w:lang w:val="de-DE"/>
                </w:rPr>
                <w:id w:val="-1689510082"/>
                <w:placeholder>
                  <w:docPart w:val="FBCC3CB628A24381879505ACA91E5416"/>
                </w:placeholder>
                <w:showingPlcHdr/>
              </w:sdtPr>
              <w:sdtEndPr/>
              <w:sdtContent>
                <w:r w:rsidRPr="001626FA">
                  <w:rPr>
                    <w:rStyle w:val="Platzhaltertext"/>
                    <w:rFonts w:ascii="Fira Sans Light" w:hAnsi="Fira Sans Light"/>
                    <w:color w:val="auto"/>
                    <w:sz w:val="20"/>
                    <w:szCs w:val="20"/>
                    <w:lang w:val="de-DE"/>
                  </w:rPr>
                  <w:t>[MONAT].</w:t>
                </w:r>
              </w:sdtContent>
            </w:sdt>
            <w:r w:rsidRPr="003610D9">
              <w:rPr>
                <w:rFonts w:ascii="Fira Sans Light" w:hAnsi="Fira Sans Light"/>
                <w:b/>
                <w:sz w:val="18"/>
                <w:szCs w:val="18"/>
                <w:lang w:val="de-DE"/>
              </w:rPr>
              <w:t>)</w:t>
            </w:r>
          </w:p>
        </w:tc>
        <w:tc>
          <w:tcPr>
            <w:tcW w:w="1489" w:type="dxa"/>
            <w:shd w:val="clear" w:color="auto" w:fill="8BC540"/>
            <w:vAlign w:val="center"/>
          </w:tcPr>
          <w:p w14:paraId="41FD9819" w14:textId="7222F7A0" w:rsidR="003610D9" w:rsidRDefault="003610D9" w:rsidP="003610D9">
            <w:pPr>
              <w:jc w:val="center"/>
              <w:rPr>
                <w:rFonts w:ascii="Fira Sans Light" w:hAnsi="Fira Sans Light"/>
                <w:b/>
                <w:sz w:val="20"/>
                <w:szCs w:val="20"/>
                <w:lang w:val="de-DE"/>
              </w:rPr>
            </w:pPr>
            <w:r>
              <w:rPr>
                <w:rFonts w:ascii="Fira Sans Light" w:hAnsi="Fira Sans Light"/>
                <w:b/>
                <w:sz w:val="20"/>
                <w:szCs w:val="20"/>
                <w:lang w:val="de-DE"/>
              </w:rPr>
              <w:t>2026</w:t>
            </w:r>
          </w:p>
          <w:p w14:paraId="371C9D39" w14:textId="38C0D232" w:rsidR="003610D9" w:rsidRDefault="003610D9" w:rsidP="003610D9">
            <w:pPr>
              <w:jc w:val="center"/>
              <w:rPr>
                <w:rFonts w:ascii="Fira Sans Light" w:hAnsi="Fira Sans Light"/>
                <w:b/>
                <w:sz w:val="20"/>
                <w:szCs w:val="20"/>
                <w:lang w:val="de-DE"/>
              </w:rPr>
            </w:pPr>
            <w:r w:rsidRPr="003610D9">
              <w:rPr>
                <w:rFonts w:ascii="Fira Sans Light" w:hAnsi="Fira Sans Light"/>
                <w:b/>
                <w:sz w:val="18"/>
                <w:szCs w:val="18"/>
                <w:lang w:val="de-DE"/>
              </w:rPr>
              <w:t xml:space="preserve">(per </w:t>
            </w:r>
            <w:sdt>
              <w:sdtPr>
                <w:rPr>
                  <w:rFonts w:ascii="Fira Sans Light" w:hAnsi="Fira Sans Light"/>
                  <w:b/>
                  <w:sz w:val="18"/>
                  <w:szCs w:val="18"/>
                  <w:lang w:val="de-DE"/>
                </w:rPr>
                <w:id w:val="-1764291945"/>
                <w:placeholder>
                  <w:docPart w:val="6D0EF384CC614A12B3F34965CFA694EE"/>
                </w:placeholder>
                <w:showingPlcHdr/>
              </w:sdtPr>
              <w:sdtEndPr/>
              <w:sdtContent>
                <w:r w:rsidRPr="001626FA">
                  <w:rPr>
                    <w:rStyle w:val="Platzhaltertext"/>
                    <w:rFonts w:ascii="Fira Sans Light" w:hAnsi="Fira Sans Light"/>
                    <w:color w:val="auto"/>
                    <w:sz w:val="20"/>
                    <w:szCs w:val="20"/>
                    <w:lang w:val="de-DE"/>
                  </w:rPr>
                  <w:t>[MONAT].</w:t>
                </w:r>
              </w:sdtContent>
            </w:sdt>
            <w:r w:rsidRPr="003610D9">
              <w:rPr>
                <w:rFonts w:ascii="Fira Sans Light" w:hAnsi="Fira Sans Light"/>
                <w:b/>
                <w:sz w:val="18"/>
                <w:szCs w:val="18"/>
                <w:lang w:val="de-DE"/>
              </w:rPr>
              <w:t>)</w:t>
            </w:r>
          </w:p>
        </w:tc>
      </w:tr>
      <w:tr w:rsidR="00AE2FAE" w:rsidRPr="000D5D13" w14:paraId="00DC775E" w14:textId="22FCF654" w:rsidTr="003610D9">
        <w:tc>
          <w:tcPr>
            <w:tcW w:w="3261" w:type="dxa"/>
            <w:vAlign w:val="center"/>
          </w:tcPr>
          <w:p w14:paraId="2CF5B3B6" w14:textId="2F60BA49" w:rsidR="00AE2FAE" w:rsidRPr="007B35C3" w:rsidRDefault="00AE2FAE" w:rsidP="00AE2FAE">
            <w:pPr>
              <w:rPr>
                <w:rFonts w:ascii="Fira Sans Light" w:hAnsi="Fira Sans Light"/>
                <w:b/>
                <w:sz w:val="20"/>
                <w:szCs w:val="20"/>
                <w:lang w:val="de-DE"/>
              </w:rPr>
            </w:pPr>
            <w:r w:rsidRPr="007B35C3">
              <w:rPr>
                <w:rFonts w:ascii="Fira Sans Light" w:hAnsi="Fira Sans Light"/>
                <w:b/>
                <w:sz w:val="20"/>
                <w:szCs w:val="20"/>
                <w:lang w:val="de-DE"/>
              </w:rPr>
              <w:t xml:space="preserve">Umsatz </w:t>
            </w:r>
          </w:p>
        </w:tc>
        <w:sdt>
          <w:sdtPr>
            <w:rPr>
              <w:rFonts w:ascii="Fira Sans Light" w:hAnsi="Fira Sans Light"/>
              <w:sz w:val="20"/>
              <w:szCs w:val="20"/>
              <w:lang w:val="de-DE"/>
            </w:rPr>
            <w:id w:val="931087653"/>
            <w:placeholder>
              <w:docPart w:val="4412CEC6886E4EC3A0171542B6742304"/>
            </w:placeholder>
            <w:showingPlcHdr/>
            <w:text/>
          </w:sdtPr>
          <w:sdtEndPr/>
          <w:sdtContent>
            <w:tc>
              <w:tcPr>
                <w:tcW w:w="1488" w:type="dxa"/>
              </w:tcPr>
              <w:p w14:paraId="68FC1B7D" w14:textId="7588258B" w:rsidR="00AE2FAE" w:rsidRPr="001E6A9A" w:rsidRDefault="00AE2FAE" w:rsidP="00AE2FAE">
                <w:pPr>
                  <w:rPr>
                    <w:rFonts w:ascii="Fira Sans Light" w:hAnsi="Fira Sans Light"/>
                    <w:sz w:val="20"/>
                    <w:szCs w:val="20"/>
                    <w:lang w:val="de-DE"/>
                  </w:rPr>
                </w:pPr>
                <w:r w:rsidRPr="009D54E5">
                  <w:rPr>
                    <w:rFonts w:ascii="Fira Sans Light" w:hAnsi="Fira Sans Light"/>
                    <w:sz w:val="20"/>
                    <w:szCs w:val="20"/>
                    <w:lang w:val="de-DE"/>
                  </w:rPr>
                  <w:t xml:space="preserve"> </w:t>
                </w:r>
                <w:r w:rsidRPr="009D54E5">
                  <w:rPr>
                    <w:sz w:val="20"/>
                    <w:szCs w:val="20"/>
                    <w:lang w:val="de-DE"/>
                  </w:rPr>
                  <w:t xml:space="preserve"> </w:t>
                </w:r>
              </w:p>
            </w:tc>
          </w:sdtContent>
        </w:sdt>
        <w:sdt>
          <w:sdtPr>
            <w:rPr>
              <w:rFonts w:ascii="Fira Sans Light" w:hAnsi="Fira Sans Light"/>
              <w:sz w:val="20"/>
              <w:szCs w:val="20"/>
              <w:lang w:val="de-DE"/>
            </w:rPr>
            <w:id w:val="979736565"/>
            <w:placeholder>
              <w:docPart w:val="54CCD329D34242D49C092A921B62D8BE"/>
            </w:placeholder>
            <w:showingPlcHdr/>
            <w:text/>
          </w:sdtPr>
          <w:sdtEndPr/>
          <w:sdtContent>
            <w:tc>
              <w:tcPr>
                <w:tcW w:w="1488" w:type="dxa"/>
              </w:tcPr>
              <w:p w14:paraId="2AB78A77" w14:textId="7D56FF0D" w:rsidR="00AE2FAE" w:rsidRPr="001E6A9A" w:rsidRDefault="00AE2FAE" w:rsidP="00AE2FAE">
                <w:pPr>
                  <w:rPr>
                    <w:rFonts w:ascii="Fira Sans Light" w:hAnsi="Fira Sans Light"/>
                    <w:sz w:val="20"/>
                    <w:szCs w:val="20"/>
                    <w:lang w:val="de-DE"/>
                  </w:rPr>
                </w:pPr>
                <w:r w:rsidRPr="009D54E5">
                  <w:rPr>
                    <w:rFonts w:ascii="Fira Sans Light" w:hAnsi="Fira Sans Light"/>
                    <w:sz w:val="20"/>
                    <w:szCs w:val="20"/>
                    <w:lang w:val="de-DE"/>
                  </w:rPr>
                  <w:t xml:space="preserve"> </w:t>
                </w:r>
                <w:r w:rsidRPr="009D54E5">
                  <w:rPr>
                    <w:sz w:val="20"/>
                    <w:szCs w:val="20"/>
                    <w:lang w:val="de-DE"/>
                  </w:rPr>
                  <w:t xml:space="preserve"> </w:t>
                </w:r>
              </w:p>
            </w:tc>
          </w:sdtContent>
        </w:sdt>
        <w:sdt>
          <w:sdtPr>
            <w:rPr>
              <w:rFonts w:ascii="Fira Sans Light" w:hAnsi="Fira Sans Light"/>
              <w:sz w:val="20"/>
              <w:szCs w:val="20"/>
              <w:lang w:val="de-DE"/>
            </w:rPr>
            <w:id w:val="-1602644765"/>
            <w:placeholder>
              <w:docPart w:val="75C8F0B16F834AB094CC1295F82F1E24"/>
            </w:placeholder>
            <w:showingPlcHdr/>
            <w:text/>
          </w:sdtPr>
          <w:sdtEndPr/>
          <w:sdtContent>
            <w:tc>
              <w:tcPr>
                <w:tcW w:w="1488" w:type="dxa"/>
              </w:tcPr>
              <w:p w14:paraId="5E47BAF7" w14:textId="10C52749" w:rsidR="00AE2FAE" w:rsidRPr="001E6A9A" w:rsidRDefault="00AE2FAE" w:rsidP="00AE2FAE">
                <w:pPr>
                  <w:rPr>
                    <w:rFonts w:ascii="Fira Sans Light" w:hAnsi="Fira Sans Light"/>
                    <w:sz w:val="20"/>
                    <w:szCs w:val="20"/>
                    <w:lang w:val="de-DE"/>
                  </w:rPr>
                </w:pPr>
                <w:r w:rsidRPr="009D54E5">
                  <w:rPr>
                    <w:rFonts w:ascii="Fira Sans Light" w:hAnsi="Fira Sans Light"/>
                    <w:sz w:val="20"/>
                    <w:szCs w:val="20"/>
                    <w:lang w:val="de-DE"/>
                  </w:rPr>
                  <w:t xml:space="preserve"> </w:t>
                </w:r>
                <w:r w:rsidRPr="009D54E5">
                  <w:rPr>
                    <w:sz w:val="20"/>
                    <w:szCs w:val="20"/>
                    <w:lang w:val="de-DE"/>
                  </w:rPr>
                  <w:t xml:space="preserve"> </w:t>
                </w:r>
              </w:p>
            </w:tc>
          </w:sdtContent>
        </w:sdt>
        <w:sdt>
          <w:sdtPr>
            <w:rPr>
              <w:rFonts w:ascii="Fira Sans Light" w:hAnsi="Fira Sans Light"/>
              <w:sz w:val="20"/>
              <w:szCs w:val="20"/>
              <w:lang w:val="de-DE"/>
            </w:rPr>
            <w:id w:val="-149763383"/>
            <w:placeholder>
              <w:docPart w:val="C4699CA05C6747A8848D48CD03370D9F"/>
            </w:placeholder>
            <w:showingPlcHdr/>
            <w:text/>
          </w:sdtPr>
          <w:sdtEndPr/>
          <w:sdtContent>
            <w:tc>
              <w:tcPr>
                <w:tcW w:w="1489" w:type="dxa"/>
              </w:tcPr>
              <w:p w14:paraId="71426552" w14:textId="7BE20F38" w:rsidR="00AE2FAE" w:rsidRPr="001E6A9A" w:rsidRDefault="00AE2FAE" w:rsidP="00AE2FAE">
                <w:pPr>
                  <w:rPr>
                    <w:rFonts w:ascii="Fira Sans Light" w:hAnsi="Fira Sans Light"/>
                    <w:sz w:val="20"/>
                    <w:szCs w:val="20"/>
                    <w:lang w:val="de-DE"/>
                  </w:rPr>
                </w:pPr>
                <w:r w:rsidRPr="009D54E5">
                  <w:rPr>
                    <w:rFonts w:ascii="Fira Sans Light" w:hAnsi="Fira Sans Light"/>
                    <w:sz w:val="20"/>
                    <w:szCs w:val="20"/>
                    <w:lang w:val="de-DE"/>
                  </w:rPr>
                  <w:t xml:space="preserve"> </w:t>
                </w:r>
                <w:r w:rsidRPr="009D54E5">
                  <w:rPr>
                    <w:sz w:val="20"/>
                    <w:szCs w:val="20"/>
                    <w:lang w:val="de-DE"/>
                  </w:rPr>
                  <w:t xml:space="preserve"> </w:t>
                </w:r>
              </w:p>
            </w:tc>
          </w:sdtContent>
        </w:sdt>
      </w:tr>
      <w:tr w:rsidR="00AE2FAE" w:rsidRPr="000D5D13" w14:paraId="7B5E23B1" w14:textId="711318E8" w:rsidTr="003610D9">
        <w:tc>
          <w:tcPr>
            <w:tcW w:w="3261" w:type="dxa"/>
            <w:vAlign w:val="center"/>
          </w:tcPr>
          <w:p w14:paraId="24DBF843" w14:textId="1DA9B147" w:rsidR="00AE2FAE" w:rsidRPr="007B35C3" w:rsidRDefault="00AE2FAE" w:rsidP="00AE2FAE">
            <w:pPr>
              <w:rPr>
                <w:rFonts w:ascii="Fira Sans Light" w:hAnsi="Fira Sans Light"/>
                <w:b/>
                <w:sz w:val="20"/>
                <w:szCs w:val="20"/>
                <w:lang w:val="de-DE"/>
              </w:rPr>
            </w:pPr>
            <w:r w:rsidRPr="007B35C3">
              <w:rPr>
                <w:rFonts w:ascii="Fira Sans Light" w:hAnsi="Fira Sans Light"/>
                <w:b/>
                <w:sz w:val="20"/>
                <w:szCs w:val="20"/>
                <w:lang w:val="de-DE"/>
              </w:rPr>
              <w:t>Kosten</w:t>
            </w:r>
          </w:p>
        </w:tc>
        <w:sdt>
          <w:sdtPr>
            <w:rPr>
              <w:rFonts w:ascii="Fira Sans Light" w:hAnsi="Fira Sans Light"/>
              <w:sz w:val="20"/>
              <w:szCs w:val="20"/>
              <w:lang w:val="de-DE"/>
            </w:rPr>
            <w:id w:val="-1761442284"/>
            <w:placeholder>
              <w:docPart w:val="1A19F1D646694A52B45D78F327053AC4"/>
            </w:placeholder>
            <w:showingPlcHdr/>
            <w:text/>
          </w:sdtPr>
          <w:sdtEndPr/>
          <w:sdtContent>
            <w:tc>
              <w:tcPr>
                <w:tcW w:w="1488" w:type="dxa"/>
              </w:tcPr>
              <w:p w14:paraId="25CFF524" w14:textId="046E710B" w:rsidR="00AE2FAE" w:rsidRPr="001E6A9A" w:rsidRDefault="00AE2FAE" w:rsidP="00AE2FAE">
                <w:pPr>
                  <w:rPr>
                    <w:rFonts w:ascii="Fira Sans Light" w:hAnsi="Fira Sans Light"/>
                    <w:sz w:val="20"/>
                    <w:szCs w:val="20"/>
                    <w:lang w:val="de-DE"/>
                  </w:rPr>
                </w:pPr>
                <w:r w:rsidRPr="009D54E5">
                  <w:rPr>
                    <w:rFonts w:ascii="Fira Sans Light" w:hAnsi="Fira Sans Light"/>
                    <w:sz w:val="20"/>
                    <w:szCs w:val="20"/>
                    <w:lang w:val="de-DE"/>
                  </w:rPr>
                  <w:t xml:space="preserve"> </w:t>
                </w:r>
                <w:r w:rsidRPr="009D54E5">
                  <w:rPr>
                    <w:sz w:val="20"/>
                    <w:szCs w:val="20"/>
                    <w:lang w:val="de-DE"/>
                  </w:rPr>
                  <w:t xml:space="preserve"> </w:t>
                </w:r>
              </w:p>
            </w:tc>
          </w:sdtContent>
        </w:sdt>
        <w:sdt>
          <w:sdtPr>
            <w:rPr>
              <w:rFonts w:ascii="Fira Sans Light" w:hAnsi="Fira Sans Light"/>
              <w:sz w:val="20"/>
              <w:szCs w:val="20"/>
              <w:lang w:val="de-DE"/>
            </w:rPr>
            <w:id w:val="1727032911"/>
            <w:placeholder>
              <w:docPart w:val="E730F88F122C41088C6BBD1625B00539"/>
            </w:placeholder>
            <w:showingPlcHdr/>
            <w:text/>
          </w:sdtPr>
          <w:sdtEndPr/>
          <w:sdtContent>
            <w:tc>
              <w:tcPr>
                <w:tcW w:w="1488" w:type="dxa"/>
              </w:tcPr>
              <w:p w14:paraId="35FC1A0B" w14:textId="1554FA91" w:rsidR="00AE2FAE" w:rsidRPr="001E6A9A" w:rsidRDefault="00AE2FAE" w:rsidP="00AE2FAE">
                <w:pPr>
                  <w:rPr>
                    <w:rFonts w:ascii="Fira Sans Light" w:hAnsi="Fira Sans Light"/>
                    <w:sz w:val="20"/>
                    <w:szCs w:val="20"/>
                    <w:lang w:val="de-DE"/>
                  </w:rPr>
                </w:pPr>
                <w:r w:rsidRPr="009D54E5">
                  <w:rPr>
                    <w:rFonts w:ascii="Fira Sans Light" w:hAnsi="Fira Sans Light"/>
                    <w:sz w:val="20"/>
                    <w:szCs w:val="20"/>
                    <w:lang w:val="de-DE"/>
                  </w:rPr>
                  <w:t xml:space="preserve"> </w:t>
                </w:r>
                <w:r w:rsidRPr="009D54E5">
                  <w:rPr>
                    <w:sz w:val="20"/>
                    <w:szCs w:val="20"/>
                    <w:lang w:val="de-DE"/>
                  </w:rPr>
                  <w:t xml:space="preserve"> </w:t>
                </w:r>
              </w:p>
            </w:tc>
          </w:sdtContent>
        </w:sdt>
        <w:sdt>
          <w:sdtPr>
            <w:rPr>
              <w:rFonts w:ascii="Fira Sans Light" w:hAnsi="Fira Sans Light"/>
              <w:sz w:val="20"/>
              <w:szCs w:val="20"/>
              <w:lang w:val="de-DE"/>
            </w:rPr>
            <w:id w:val="-1309849995"/>
            <w:placeholder>
              <w:docPart w:val="A0D1F02827124915A9886966638A9084"/>
            </w:placeholder>
            <w:showingPlcHdr/>
            <w:text/>
          </w:sdtPr>
          <w:sdtEndPr/>
          <w:sdtContent>
            <w:tc>
              <w:tcPr>
                <w:tcW w:w="1488" w:type="dxa"/>
              </w:tcPr>
              <w:p w14:paraId="237FDD6B" w14:textId="1DC124C2" w:rsidR="00AE2FAE" w:rsidRPr="001E6A9A" w:rsidRDefault="00AE2FAE" w:rsidP="00AE2FAE">
                <w:pPr>
                  <w:rPr>
                    <w:rFonts w:ascii="Fira Sans Light" w:hAnsi="Fira Sans Light"/>
                    <w:sz w:val="20"/>
                    <w:szCs w:val="20"/>
                    <w:lang w:val="de-DE"/>
                  </w:rPr>
                </w:pPr>
                <w:r w:rsidRPr="009D54E5">
                  <w:rPr>
                    <w:rFonts w:ascii="Fira Sans Light" w:hAnsi="Fira Sans Light"/>
                    <w:sz w:val="20"/>
                    <w:szCs w:val="20"/>
                    <w:lang w:val="de-DE"/>
                  </w:rPr>
                  <w:t xml:space="preserve"> </w:t>
                </w:r>
                <w:r w:rsidRPr="009D54E5">
                  <w:rPr>
                    <w:sz w:val="20"/>
                    <w:szCs w:val="20"/>
                    <w:lang w:val="de-DE"/>
                  </w:rPr>
                  <w:t xml:space="preserve"> </w:t>
                </w:r>
              </w:p>
            </w:tc>
          </w:sdtContent>
        </w:sdt>
        <w:sdt>
          <w:sdtPr>
            <w:rPr>
              <w:rFonts w:ascii="Fira Sans Light" w:hAnsi="Fira Sans Light"/>
              <w:sz w:val="20"/>
              <w:szCs w:val="20"/>
              <w:lang w:val="de-DE"/>
            </w:rPr>
            <w:id w:val="4336122"/>
            <w:placeholder>
              <w:docPart w:val="F637442BDB4D442C876FC0132488D019"/>
            </w:placeholder>
            <w:showingPlcHdr/>
            <w:text/>
          </w:sdtPr>
          <w:sdtEndPr/>
          <w:sdtContent>
            <w:tc>
              <w:tcPr>
                <w:tcW w:w="1489" w:type="dxa"/>
              </w:tcPr>
              <w:p w14:paraId="1862A4BE" w14:textId="5746D181" w:rsidR="00AE2FAE" w:rsidRPr="001E6A9A" w:rsidRDefault="00AE2FAE" w:rsidP="00AE2FAE">
                <w:pPr>
                  <w:rPr>
                    <w:rFonts w:ascii="Fira Sans Light" w:hAnsi="Fira Sans Light"/>
                    <w:sz w:val="20"/>
                    <w:szCs w:val="20"/>
                    <w:lang w:val="de-DE"/>
                  </w:rPr>
                </w:pPr>
                <w:r w:rsidRPr="009D54E5">
                  <w:rPr>
                    <w:rFonts w:ascii="Fira Sans Light" w:hAnsi="Fira Sans Light"/>
                    <w:sz w:val="20"/>
                    <w:szCs w:val="20"/>
                    <w:lang w:val="de-DE"/>
                  </w:rPr>
                  <w:t xml:space="preserve"> </w:t>
                </w:r>
                <w:r w:rsidRPr="009D54E5">
                  <w:rPr>
                    <w:sz w:val="20"/>
                    <w:szCs w:val="20"/>
                    <w:lang w:val="de-DE"/>
                  </w:rPr>
                  <w:t xml:space="preserve"> </w:t>
                </w:r>
              </w:p>
            </w:tc>
          </w:sdtContent>
        </w:sdt>
      </w:tr>
      <w:tr w:rsidR="00AE2FAE" w:rsidRPr="000D5D13" w14:paraId="67E66DC9" w14:textId="07449266" w:rsidTr="003610D9">
        <w:tc>
          <w:tcPr>
            <w:tcW w:w="3261" w:type="dxa"/>
            <w:vAlign w:val="center"/>
          </w:tcPr>
          <w:p w14:paraId="658C24A0" w14:textId="7A35FF75" w:rsidR="00AE2FAE" w:rsidRPr="007B35C3" w:rsidRDefault="00AE2FAE" w:rsidP="00AE2FAE">
            <w:pPr>
              <w:rPr>
                <w:rFonts w:ascii="Fira Sans Light" w:hAnsi="Fira Sans Light"/>
                <w:b/>
                <w:sz w:val="20"/>
                <w:szCs w:val="20"/>
                <w:lang w:val="de-DE"/>
              </w:rPr>
            </w:pPr>
            <w:r w:rsidRPr="007B35C3">
              <w:rPr>
                <w:rFonts w:ascii="Fira Sans Light" w:hAnsi="Fira Sans Light"/>
                <w:b/>
                <w:sz w:val="20"/>
                <w:szCs w:val="20"/>
                <w:lang w:val="de-DE"/>
              </w:rPr>
              <w:t xml:space="preserve">   </w:t>
            </w:r>
            <w:r>
              <w:rPr>
                <w:rFonts w:ascii="Fira Sans Light" w:hAnsi="Fira Sans Light"/>
                <w:b/>
                <w:sz w:val="20"/>
                <w:szCs w:val="20"/>
                <w:lang w:val="de-DE"/>
              </w:rPr>
              <w:t>d</w:t>
            </w:r>
            <w:r w:rsidRPr="007B35C3">
              <w:rPr>
                <w:rFonts w:ascii="Fira Sans Light" w:hAnsi="Fira Sans Light"/>
                <w:b/>
                <w:sz w:val="20"/>
                <w:szCs w:val="20"/>
                <w:lang w:val="de-DE"/>
              </w:rPr>
              <w:t>avon Zinsen</w:t>
            </w:r>
          </w:p>
        </w:tc>
        <w:sdt>
          <w:sdtPr>
            <w:rPr>
              <w:rFonts w:ascii="Fira Sans Light" w:hAnsi="Fira Sans Light"/>
              <w:sz w:val="20"/>
              <w:szCs w:val="20"/>
              <w:lang w:val="de-DE"/>
            </w:rPr>
            <w:id w:val="273909262"/>
            <w:placeholder>
              <w:docPart w:val="3CB195E760A848AA9DAB90F4ACE8AABE"/>
            </w:placeholder>
            <w:showingPlcHdr/>
            <w:text/>
          </w:sdtPr>
          <w:sdtEndPr/>
          <w:sdtContent>
            <w:tc>
              <w:tcPr>
                <w:tcW w:w="1488" w:type="dxa"/>
              </w:tcPr>
              <w:p w14:paraId="4C65FA8C" w14:textId="18F699DC" w:rsidR="00AE2FAE" w:rsidRPr="001E6A9A" w:rsidRDefault="00AE2FAE" w:rsidP="00AE2FAE">
                <w:pPr>
                  <w:rPr>
                    <w:rFonts w:ascii="Fira Sans Light" w:hAnsi="Fira Sans Light"/>
                    <w:sz w:val="20"/>
                    <w:szCs w:val="20"/>
                    <w:lang w:val="de-DE"/>
                  </w:rPr>
                </w:pPr>
                <w:r w:rsidRPr="009D54E5">
                  <w:rPr>
                    <w:rFonts w:ascii="Fira Sans Light" w:hAnsi="Fira Sans Light"/>
                    <w:sz w:val="20"/>
                    <w:szCs w:val="20"/>
                    <w:lang w:val="de-DE"/>
                  </w:rPr>
                  <w:t xml:space="preserve"> </w:t>
                </w:r>
                <w:r w:rsidRPr="009D54E5">
                  <w:rPr>
                    <w:sz w:val="20"/>
                    <w:szCs w:val="20"/>
                    <w:lang w:val="de-DE"/>
                  </w:rPr>
                  <w:t xml:space="preserve"> </w:t>
                </w:r>
              </w:p>
            </w:tc>
          </w:sdtContent>
        </w:sdt>
        <w:sdt>
          <w:sdtPr>
            <w:rPr>
              <w:rFonts w:ascii="Fira Sans Light" w:hAnsi="Fira Sans Light"/>
              <w:sz w:val="20"/>
              <w:szCs w:val="20"/>
              <w:lang w:val="de-DE"/>
            </w:rPr>
            <w:id w:val="-1487851795"/>
            <w:placeholder>
              <w:docPart w:val="7DC12E8783AE48ABBAB96669C7D1FFD6"/>
            </w:placeholder>
            <w:showingPlcHdr/>
            <w:text/>
          </w:sdtPr>
          <w:sdtEndPr/>
          <w:sdtContent>
            <w:tc>
              <w:tcPr>
                <w:tcW w:w="1488" w:type="dxa"/>
              </w:tcPr>
              <w:p w14:paraId="7F49A053" w14:textId="47CDAE07" w:rsidR="00AE2FAE" w:rsidRPr="001E6A9A" w:rsidRDefault="00AE2FAE" w:rsidP="00AE2FAE">
                <w:pPr>
                  <w:rPr>
                    <w:rFonts w:ascii="Fira Sans Light" w:hAnsi="Fira Sans Light"/>
                    <w:sz w:val="20"/>
                    <w:szCs w:val="20"/>
                    <w:lang w:val="de-DE"/>
                  </w:rPr>
                </w:pPr>
                <w:r w:rsidRPr="009D54E5">
                  <w:rPr>
                    <w:rFonts w:ascii="Fira Sans Light" w:hAnsi="Fira Sans Light"/>
                    <w:sz w:val="20"/>
                    <w:szCs w:val="20"/>
                    <w:lang w:val="de-DE"/>
                  </w:rPr>
                  <w:t xml:space="preserve"> </w:t>
                </w:r>
                <w:r w:rsidRPr="009D54E5">
                  <w:rPr>
                    <w:sz w:val="20"/>
                    <w:szCs w:val="20"/>
                    <w:lang w:val="de-DE"/>
                  </w:rPr>
                  <w:t xml:space="preserve"> </w:t>
                </w:r>
              </w:p>
            </w:tc>
          </w:sdtContent>
        </w:sdt>
        <w:sdt>
          <w:sdtPr>
            <w:rPr>
              <w:rFonts w:ascii="Fira Sans Light" w:hAnsi="Fira Sans Light"/>
              <w:sz w:val="20"/>
              <w:szCs w:val="20"/>
              <w:lang w:val="de-DE"/>
            </w:rPr>
            <w:id w:val="1293492248"/>
            <w:placeholder>
              <w:docPart w:val="F805F9BF041F4EB99842FEEB52D2BC97"/>
            </w:placeholder>
            <w:showingPlcHdr/>
            <w:text/>
          </w:sdtPr>
          <w:sdtEndPr/>
          <w:sdtContent>
            <w:tc>
              <w:tcPr>
                <w:tcW w:w="1488" w:type="dxa"/>
              </w:tcPr>
              <w:p w14:paraId="46989DB1" w14:textId="4CAE4286" w:rsidR="00AE2FAE" w:rsidRPr="001E6A9A" w:rsidRDefault="00AE2FAE" w:rsidP="00AE2FAE">
                <w:pPr>
                  <w:rPr>
                    <w:rFonts w:ascii="Fira Sans Light" w:hAnsi="Fira Sans Light"/>
                    <w:sz w:val="20"/>
                    <w:szCs w:val="20"/>
                    <w:lang w:val="de-DE"/>
                  </w:rPr>
                </w:pPr>
                <w:r w:rsidRPr="009D54E5">
                  <w:rPr>
                    <w:rFonts w:ascii="Fira Sans Light" w:hAnsi="Fira Sans Light"/>
                    <w:sz w:val="20"/>
                    <w:szCs w:val="20"/>
                    <w:lang w:val="de-DE"/>
                  </w:rPr>
                  <w:t xml:space="preserve"> </w:t>
                </w:r>
                <w:r w:rsidRPr="009D54E5">
                  <w:rPr>
                    <w:sz w:val="20"/>
                    <w:szCs w:val="20"/>
                    <w:lang w:val="de-DE"/>
                  </w:rPr>
                  <w:t xml:space="preserve"> </w:t>
                </w:r>
              </w:p>
            </w:tc>
          </w:sdtContent>
        </w:sdt>
        <w:sdt>
          <w:sdtPr>
            <w:rPr>
              <w:rFonts w:ascii="Fira Sans Light" w:hAnsi="Fira Sans Light"/>
              <w:sz w:val="20"/>
              <w:szCs w:val="20"/>
              <w:lang w:val="de-DE"/>
            </w:rPr>
            <w:id w:val="1587962524"/>
            <w:placeholder>
              <w:docPart w:val="8AC2C7F360004E51A1FACE5927552C6B"/>
            </w:placeholder>
            <w:showingPlcHdr/>
            <w:text/>
          </w:sdtPr>
          <w:sdtEndPr/>
          <w:sdtContent>
            <w:tc>
              <w:tcPr>
                <w:tcW w:w="1489" w:type="dxa"/>
              </w:tcPr>
              <w:p w14:paraId="26D8CA6B" w14:textId="2F47F73D" w:rsidR="00AE2FAE" w:rsidRPr="001E6A9A" w:rsidRDefault="00AE2FAE" w:rsidP="00AE2FAE">
                <w:pPr>
                  <w:rPr>
                    <w:rFonts w:ascii="Fira Sans Light" w:hAnsi="Fira Sans Light"/>
                    <w:sz w:val="20"/>
                    <w:szCs w:val="20"/>
                    <w:lang w:val="de-DE"/>
                  </w:rPr>
                </w:pPr>
                <w:r w:rsidRPr="009D54E5">
                  <w:rPr>
                    <w:rFonts w:ascii="Fira Sans Light" w:hAnsi="Fira Sans Light"/>
                    <w:sz w:val="20"/>
                    <w:szCs w:val="20"/>
                    <w:lang w:val="de-DE"/>
                  </w:rPr>
                  <w:t xml:space="preserve"> </w:t>
                </w:r>
                <w:r w:rsidRPr="009D54E5">
                  <w:rPr>
                    <w:sz w:val="20"/>
                    <w:szCs w:val="20"/>
                    <w:lang w:val="de-DE"/>
                  </w:rPr>
                  <w:t xml:space="preserve"> </w:t>
                </w:r>
              </w:p>
            </w:tc>
          </w:sdtContent>
        </w:sdt>
      </w:tr>
      <w:tr w:rsidR="00AE2FAE" w:rsidRPr="000D5D13" w14:paraId="661DEF88" w14:textId="0AFB1D4B" w:rsidTr="003610D9">
        <w:tc>
          <w:tcPr>
            <w:tcW w:w="3261" w:type="dxa"/>
            <w:vAlign w:val="center"/>
          </w:tcPr>
          <w:p w14:paraId="0E0E93BC" w14:textId="1EEDF9C4" w:rsidR="00AE2FAE" w:rsidRPr="007B35C3" w:rsidRDefault="00AE2FAE" w:rsidP="00AE2FAE">
            <w:pPr>
              <w:rPr>
                <w:rFonts w:ascii="Fira Sans Light" w:hAnsi="Fira Sans Light"/>
                <w:b/>
                <w:sz w:val="20"/>
                <w:szCs w:val="20"/>
                <w:lang w:val="de-DE"/>
              </w:rPr>
            </w:pPr>
            <w:r w:rsidRPr="007B35C3">
              <w:rPr>
                <w:rFonts w:ascii="Fira Sans Light" w:hAnsi="Fira Sans Light"/>
                <w:b/>
                <w:sz w:val="20"/>
                <w:szCs w:val="20"/>
                <w:lang w:val="de-DE"/>
              </w:rPr>
              <w:t xml:space="preserve">   </w:t>
            </w:r>
            <w:r>
              <w:rPr>
                <w:rFonts w:ascii="Fira Sans Light" w:hAnsi="Fira Sans Light"/>
                <w:b/>
                <w:sz w:val="20"/>
                <w:szCs w:val="20"/>
                <w:lang w:val="de-DE"/>
              </w:rPr>
              <w:t>d</w:t>
            </w:r>
            <w:r w:rsidRPr="007B35C3">
              <w:rPr>
                <w:rFonts w:ascii="Fira Sans Light" w:hAnsi="Fira Sans Light"/>
                <w:b/>
                <w:sz w:val="20"/>
                <w:szCs w:val="20"/>
                <w:lang w:val="de-DE"/>
              </w:rPr>
              <w:t>avon Abschreibungen</w:t>
            </w:r>
          </w:p>
        </w:tc>
        <w:sdt>
          <w:sdtPr>
            <w:rPr>
              <w:rFonts w:ascii="Fira Sans Light" w:hAnsi="Fira Sans Light"/>
              <w:sz w:val="20"/>
              <w:szCs w:val="20"/>
              <w:lang w:val="de-DE"/>
            </w:rPr>
            <w:id w:val="1120809585"/>
            <w:placeholder>
              <w:docPart w:val="049A335A13FC48628161FC8B518C5A07"/>
            </w:placeholder>
            <w:showingPlcHdr/>
            <w:text/>
          </w:sdtPr>
          <w:sdtEndPr/>
          <w:sdtContent>
            <w:tc>
              <w:tcPr>
                <w:tcW w:w="1488" w:type="dxa"/>
              </w:tcPr>
              <w:p w14:paraId="6046535C" w14:textId="34A39D4F" w:rsidR="00AE2FAE" w:rsidRPr="001E6A9A" w:rsidRDefault="00AE2FAE" w:rsidP="00AE2FAE">
                <w:pPr>
                  <w:rPr>
                    <w:rFonts w:ascii="Fira Sans Light" w:hAnsi="Fira Sans Light"/>
                    <w:sz w:val="20"/>
                    <w:szCs w:val="20"/>
                    <w:lang w:val="de-DE"/>
                  </w:rPr>
                </w:pPr>
                <w:r w:rsidRPr="009D54E5">
                  <w:rPr>
                    <w:rFonts w:ascii="Fira Sans Light" w:hAnsi="Fira Sans Light"/>
                    <w:sz w:val="20"/>
                    <w:szCs w:val="20"/>
                    <w:lang w:val="de-DE"/>
                  </w:rPr>
                  <w:t xml:space="preserve"> </w:t>
                </w:r>
                <w:r w:rsidRPr="009D54E5">
                  <w:rPr>
                    <w:sz w:val="20"/>
                    <w:szCs w:val="20"/>
                    <w:lang w:val="de-DE"/>
                  </w:rPr>
                  <w:t xml:space="preserve"> </w:t>
                </w:r>
              </w:p>
            </w:tc>
          </w:sdtContent>
        </w:sdt>
        <w:sdt>
          <w:sdtPr>
            <w:rPr>
              <w:rFonts w:ascii="Fira Sans Light" w:hAnsi="Fira Sans Light"/>
              <w:sz w:val="20"/>
              <w:szCs w:val="20"/>
              <w:lang w:val="de-DE"/>
            </w:rPr>
            <w:id w:val="-384563467"/>
            <w:placeholder>
              <w:docPart w:val="8A3EA650D2DE4438949B88399D8BCA62"/>
            </w:placeholder>
            <w:showingPlcHdr/>
            <w:text/>
          </w:sdtPr>
          <w:sdtEndPr/>
          <w:sdtContent>
            <w:tc>
              <w:tcPr>
                <w:tcW w:w="1488" w:type="dxa"/>
              </w:tcPr>
              <w:p w14:paraId="04F8D5E1" w14:textId="1006623C" w:rsidR="00AE2FAE" w:rsidRPr="001E6A9A" w:rsidRDefault="00AE2FAE" w:rsidP="00AE2FAE">
                <w:pPr>
                  <w:rPr>
                    <w:rFonts w:ascii="Fira Sans Light" w:hAnsi="Fira Sans Light"/>
                    <w:sz w:val="20"/>
                    <w:szCs w:val="20"/>
                    <w:lang w:val="de-DE"/>
                  </w:rPr>
                </w:pPr>
                <w:r w:rsidRPr="009D54E5">
                  <w:rPr>
                    <w:rFonts w:ascii="Fira Sans Light" w:hAnsi="Fira Sans Light"/>
                    <w:sz w:val="20"/>
                    <w:szCs w:val="20"/>
                    <w:lang w:val="de-DE"/>
                  </w:rPr>
                  <w:t xml:space="preserve"> </w:t>
                </w:r>
                <w:r w:rsidRPr="009D54E5">
                  <w:rPr>
                    <w:sz w:val="20"/>
                    <w:szCs w:val="20"/>
                    <w:lang w:val="de-DE"/>
                  </w:rPr>
                  <w:t xml:space="preserve"> </w:t>
                </w:r>
              </w:p>
            </w:tc>
          </w:sdtContent>
        </w:sdt>
        <w:sdt>
          <w:sdtPr>
            <w:rPr>
              <w:rFonts w:ascii="Fira Sans Light" w:hAnsi="Fira Sans Light"/>
              <w:sz w:val="20"/>
              <w:szCs w:val="20"/>
              <w:lang w:val="de-DE"/>
            </w:rPr>
            <w:id w:val="-825817623"/>
            <w:placeholder>
              <w:docPart w:val="1F70C5A924D448A1BF6FAB875CCC3A69"/>
            </w:placeholder>
            <w:showingPlcHdr/>
            <w:text/>
          </w:sdtPr>
          <w:sdtEndPr/>
          <w:sdtContent>
            <w:tc>
              <w:tcPr>
                <w:tcW w:w="1488" w:type="dxa"/>
              </w:tcPr>
              <w:p w14:paraId="5931C9F7" w14:textId="7AF0AF83" w:rsidR="00AE2FAE" w:rsidRPr="001E6A9A" w:rsidRDefault="00AE2FAE" w:rsidP="00AE2FAE">
                <w:pPr>
                  <w:rPr>
                    <w:rFonts w:ascii="Fira Sans Light" w:hAnsi="Fira Sans Light"/>
                    <w:sz w:val="20"/>
                    <w:szCs w:val="20"/>
                    <w:lang w:val="de-DE"/>
                  </w:rPr>
                </w:pPr>
                <w:r w:rsidRPr="009D54E5">
                  <w:rPr>
                    <w:rFonts w:ascii="Fira Sans Light" w:hAnsi="Fira Sans Light"/>
                    <w:sz w:val="20"/>
                    <w:szCs w:val="20"/>
                    <w:lang w:val="de-DE"/>
                  </w:rPr>
                  <w:t xml:space="preserve"> </w:t>
                </w:r>
                <w:r w:rsidRPr="009D54E5">
                  <w:rPr>
                    <w:sz w:val="20"/>
                    <w:szCs w:val="20"/>
                    <w:lang w:val="de-DE"/>
                  </w:rPr>
                  <w:t xml:space="preserve"> </w:t>
                </w:r>
              </w:p>
            </w:tc>
          </w:sdtContent>
        </w:sdt>
        <w:sdt>
          <w:sdtPr>
            <w:rPr>
              <w:rFonts w:ascii="Fira Sans Light" w:hAnsi="Fira Sans Light"/>
              <w:sz w:val="20"/>
              <w:szCs w:val="20"/>
              <w:lang w:val="de-DE"/>
            </w:rPr>
            <w:id w:val="-1711099451"/>
            <w:placeholder>
              <w:docPart w:val="DC9FDE12B53F4892BDF47C954ED35F3B"/>
            </w:placeholder>
            <w:showingPlcHdr/>
            <w:text/>
          </w:sdtPr>
          <w:sdtEndPr/>
          <w:sdtContent>
            <w:tc>
              <w:tcPr>
                <w:tcW w:w="1489" w:type="dxa"/>
              </w:tcPr>
              <w:p w14:paraId="66689AA3" w14:textId="1571377C" w:rsidR="00AE2FAE" w:rsidRPr="001E6A9A" w:rsidRDefault="00AE2FAE" w:rsidP="00AE2FAE">
                <w:pPr>
                  <w:rPr>
                    <w:rFonts w:ascii="Fira Sans Light" w:hAnsi="Fira Sans Light"/>
                    <w:sz w:val="20"/>
                    <w:szCs w:val="20"/>
                    <w:lang w:val="de-DE"/>
                  </w:rPr>
                </w:pPr>
                <w:r w:rsidRPr="009D54E5">
                  <w:rPr>
                    <w:rFonts w:ascii="Fira Sans Light" w:hAnsi="Fira Sans Light"/>
                    <w:sz w:val="20"/>
                    <w:szCs w:val="20"/>
                    <w:lang w:val="de-DE"/>
                  </w:rPr>
                  <w:t xml:space="preserve"> </w:t>
                </w:r>
                <w:r w:rsidRPr="009D54E5">
                  <w:rPr>
                    <w:sz w:val="20"/>
                    <w:szCs w:val="20"/>
                    <w:lang w:val="de-DE"/>
                  </w:rPr>
                  <w:t xml:space="preserve"> </w:t>
                </w:r>
              </w:p>
            </w:tc>
          </w:sdtContent>
        </w:sdt>
      </w:tr>
      <w:tr w:rsidR="00AE2FAE" w:rsidRPr="000D5D13" w14:paraId="57C404ED" w14:textId="7EBAE83A" w:rsidTr="003610D9">
        <w:tc>
          <w:tcPr>
            <w:tcW w:w="3261" w:type="dxa"/>
            <w:vAlign w:val="center"/>
          </w:tcPr>
          <w:p w14:paraId="0B0EC600" w14:textId="5F1D8F89" w:rsidR="00AE2FAE" w:rsidRPr="007B35C3" w:rsidRDefault="00AE2FAE" w:rsidP="00AE2FAE">
            <w:pPr>
              <w:rPr>
                <w:rFonts w:ascii="Fira Sans Light" w:hAnsi="Fira Sans Light"/>
                <w:b/>
                <w:sz w:val="20"/>
                <w:szCs w:val="20"/>
                <w:lang w:val="de-DE"/>
              </w:rPr>
            </w:pPr>
            <w:r w:rsidRPr="007B35C3">
              <w:rPr>
                <w:rFonts w:ascii="Fira Sans Light" w:hAnsi="Fira Sans Light"/>
                <w:b/>
                <w:sz w:val="20"/>
                <w:szCs w:val="20"/>
                <w:lang w:val="de-DE"/>
              </w:rPr>
              <w:t xml:space="preserve">   </w:t>
            </w:r>
            <w:r>
              <w:rPr>
                <w:rFonts w:ascii="Fira Sans Light" w:hAnsi="Fira Sans Light"/>
                <w:b/>
                <w:sz w:val="20"/>
                <w:szCs w:val="20"/>
                <w:lang w:val="de-DE"/>
              </w:rPr>
              <w:t>d</w:t>
            </w:r>
            <w:r w:rsidRPr="007B35C3">
              <w:rPr>
                <w:rFonts w:ascii="Fira Sans Light" w:hAnsi="Fira Sans Light"/>
                <w:b/>
                <w:sz w:val="20"/>
                <w:szCs w:val="20"/>
                <w:lang w:val="de-DE"/>
              </w:rPr>
              <w:t>avon Unternehmenssteuern</w:t>
            </w:r>
          </w:p>
          <w:p w14:paraId="257B1657" w14:textId="6E35D75A" w:rsidR="00AE2FAE" w:rsidRPr="007B35C3" w:rsidRDefault="00AE2FAE" w:rsidP="00AE2FAE">
            <w:pPr>
              <w:rPr>
                <w:rFonts w:ascii="Fira Sans Light" w:hAnsi="Fira Sans Light"/>
                <w:i/>
                <w:iCs/>
                <w:sz w:val="20"/>
                <w:szCs w:val="20"/>
                <w:lang w:val="de-DE"/>
              </w:rPr>
            </w:pPr>
            <w:r w:rsidRPr="007B35C3">
              <w:rPr>
                <w:rFonts w:ascii="Fira Sans Light" w:hAnsi="Fira Sans Light"/>
                <w:i/>
                <w:iCs/>
                <w:sz w:val="18"/>
                <w:szCs w:val="18"/>
                <w:lang w:val="de-DE"/>
              </w:rPr>
              <w:t xml:space="preserve">   (Körperschaft-/Gewerbesteuer)</w:t>
            </w:r>
          </w:p>
        </w:tc>
        <w:sdt>
          <w:sdtPr>
            <w:rPr>
              <w:rFonts w:ascii="Fira Sans Light" w:hAnsi="Fira Sans Light"/>
              <w:sz w:val="20"/>
              <w:szCs w:val="20"/>
              <w:lang w:val="de-DE"/>
            </w:rPr>
            <w:id w:val="-406612400"/>
            <w:placeholder>
              <w:docPart w:val="18BD330161774A66A7F79E93D5BB75CB"/>
            </w:placeholder>
            <w:showingPlcHdr/>
            <w:text/>
          </w:sdtPr>
          <w:sdtEndPr/>
          <w:sdtContent>
            <w:tc>
              <w:tcPr>
                <w:tcW w:w="1488" w:type="dxa"/>
              </w:tcPr>
              <w:p w14:paraId="7E14CA97" w14:textId="7F1AC048" w:rsidR="00AE2FAE" w:rsidRPr="001E6A9A" w:rsidRDefault="00AE2FAE" w:rsidP="00AE2FAE">
                <w:pPr>
                  <w:rPr>
                    <w:rFonts w:ascii="Fira Sans Light" w:hAnsi="Fira Sans Light"/>
                    <w:sz w:val="20"/>
                    <w:szCs w:val="20"/>
                    <w:lang w:val="de-DE"/>
                  </w:rPr>
                </w:pPr>
                <w:r w:rsidRPr="00B11B70">
                  <w:rPr>
                    <w:rFonts w:ascii="Fira Sans Light" w:hAnsi="Fira Sans Light"/>
                    <w:sz w:val="20"/>
                    <w:szCs w:val="20"/>
                    <w:lang w:val="de-DE"/>
                  </w:rPr>
                  <w:t xml:space="preserve"> </w:t>
                </w:r>
                <w:r w:rsidRPr="00B11B70">
                  <w:rPr>
                    <w:sz w:val="20"/>
                    <w:szCs w:val="20"/>
                    <w:lang w:val="de-DE"/>
                  </w:rPr>
                  <w:t xml:space="preserve"> </w:t>
                </w:r>
              </w:p>
            </w:tc>
          </w:sdtContent>
        </w:sdt>
        <w:sdt>
          <w:sdtPr>
            <w:rPr>
              <w:rFonts w:ascii="Fira Sans Light" w:hAnsi="Fira Sans Light"/>
              <w:sz w:val="20"/>
              <w:szCs w:val="20"/>
              <w:lang w:val="de-DE"/>
            </w:rPr>
            <w:id w:val="1474328097"/>
            <w:placeholder>
              <w:docPart w:val="D7E743FC8C584C72B69C83D89FEC3416"/>
            </w:placeholder>
            <w:showingPlcHdr/>
            <w:text/>
          </w:sdtPr>
          <w:sdtEndPr/>
          <w:sdtContent>
            <w:tc>
              <w:tcPr>
                <w:tcW w:w="1488" w:type="dxa"/>
              </w:tcPr>
              <w:p w14:paraId="7EACEB87" w14:textId="0D4A6926" w:rsidR="00AE2FAE" w:rsidRPr="001E6A9A" w:rsidRDefault="00AE2FAE" w:rsidP="00AE2FAE">
                <w:pPr>
                  <w:rPr>
                    <w:rFonts w:ascii="Fira Sans Light" w:hAnsi="Fira Sans Light"/>
                    <w:sz w:val="20"/>
                    <w:szCs w:val="20"/>
                    <w:lang w:val="de-DE"/>
                  </w:rPr>
                </w:pPr>
                <w:r w:rsidRPr="00B11B70">
                  <w:rPr>
                    <w:rFonts w:ascii="Fira Sans Light" w:hAnsi="Fira Sans Light"/>
                    <w:sz w:val="20"/>
                    <w:szCs w:val="20"/>
                    <w:lang w:val="de-DE"/>
                  </w:rPr>
                  <w:t xml:space="preserve"> </w:t>
                </w:r>
                <w:r w:rsidRPr="00B11B70">
                  <w:rPr>
                    <w:sz w:val="20"/>
                    <w:szCs w:val="20"/>
                    <w:lang w:val="de-DE"/>
                  </w:rPr>
                  <w:t xml:space="preserve"> </w:t>
                </w:r>
              </w:p>
            </w:tc>
          </w:sdtContent>
        </w:sdt>
        <w:sdt>
          <w:sdtPr>
            <w:rPr>
              <w:rFonts w:ascii="Fira Sans Light" w:hAnsi="Fira Sans Light"/>
              <w:sz w:val="20"/>
              <w:szCs w:val="20"/>
              <w:lang w:val="de-DE"/>
            </w:rPr>
            <w:id w:val="-975063987"/>
            <w:placeholder>
              <w:docPart w:val="534015DF6ACB41CA8C1A29B1AEF7A561"/>
            </w:placeholder>
            <w:showingPlcHdr/>
            <w:text/>
          </w:sdtPr>
          <w:sdtEndPr/>
          <w:sdtContent>
            <w:tc>
              <w:tcPr>
                <w:tcW w:w="1488" w:type="dxa"/>
              </w:tcPr>
              <w:p w14:paraId="4AD490CE" w14:textId="2D960EAB" w:rsidR="00AE2FAE" w:rsidRPr="001E6A9A" w:rsidRDefault="00AE2FAE" w:rsidP="00AE2FAE">
                <w:pPr>
                  <w:rPr>
                    <w:rFonts w:ascii="Fira Sans Light" w:hAnsi="Fira Sans Light"/>
                    <w:sz w:val="20"/>
                    <w:szCs w:val="20"/>
                    <w:lang w:val="de-DE"/>
                  </w:rPr>
                </w:pPr>
                <w:r w:rsidRPr="00B11B70">
                  <w:rPr>
                    <w:rFonts w:ascii="Fira Sans Light" w:hAnsi="Fira Sans Light"/>
                    <w:sz w:val="20"/>
                    <w:szCs w:val="20"/>
                    <w:lang w:val="de-DE"/>
                  </w:rPr>
                  <w:t xml:space="preserve"> </w:t>
                </w:r>
                <w:r w:rsidRPr="00B11B70">
                  <w:rPr>
                    <w:sz w:val="20"/>
                    <w:szCs w:val="20"/>
                    <w:lang w:val="de-DE"/>
                  </w:rPr>
                  <w:t xml:space="preserve"> </w:t>
                </w:r>
              </w:p>
            </w:tc>
          </w:sdtContent>
        </w:sdt>
        <w:sdt>
          <w:sdtPr>
            <w:rPr>
              <w:rFonts w:ascii="Fira Sans Light" w:hAnsi="Fira Sans Light"/>
              <w:sz w:val="20"/>
              <w:szCs w:val="20"/>
              <w:lang w:val="de-DE"/>
            </w:rPr>
            <w:id w:val="263188339"/>
            <w:placeholder>
              <w:docPart w:val="ABD2BF0EB45E4044A78F4FD99EE4859E"/>
            </w:placeholder>
            <w:showingPlcHdr/>
            <w:text/>
          </w:sdtPr>
          <w:sdtEndPr/>
          <w:sdtContent>
            <w:tc>
              <w:tcPr>
                <w:tcW w:w="1489" w:type="dxa"/>
              </w:tcPr>
              <w:p w14:paraId="1FC0FF3C" w14:textId="43262392" w:rsidR="00AE2FAE" w:rsidRPr="001E6A9A" w:rsidRDefault="00AE2FAE" w:rsidP="00AE2FAE">
                <w:pPr>
                  <w:rPr>
                    <w:rFonts w:ascii="Fira Sans Light" w:hAnsi="Fira Sans Light"/>
                    <w:sz w:val="20"/>
                    <w:szCs w:val="20"/>
                    <w:lang w:val="de-DE"/>
                  </w:rPr>
                </w:pPr>
                <w:r w:rsidRPr="00B11B70">
                  <w:rPr>
                    <w:rFonts w:ascii="Fira Sans Light" w:hAnsi="Fira Sans Light"/>
                    <w:sz w:val="20"/>
                    <w:szCs w:val="20"/>
                    <w:lang w:val="de-DE"/>
                  </w:rPr>
                  <w:t xml:space="preserve"> </w:t>
                </w:r>
                <w:r w:rsidRPr="00B11B70">
                  <w:rPr>
                    <w:sz w:val="20"/>
                    <w:szCs w:val="20"/>
                    <w:lang w:val="de-DE"/>
                  </w:rPr>
                  <w:t xml:space="preserve"> </w:t>
                </w:r>
              </w:p>
            </w:tc>
          </w:sdtContent>
        </w:sdt>
      </w:tr>
      <w:tr w:rsidR="00AE2FAE" w:rsidRPr="000D5D13" w14:paraId="42D3F7D8" w14:textId="48E87315" w:rsidTr="003610D9">
        <w:tc>
          <w:tcPr>
            <w:tcW w:w="3261" w:type="dxa"/>
            <w:vAlign w:val="center"/>
          </w:tcPr>
          <w:p w14:paraId="15FDECFD" w14:textId="2857D38A" w:rsidR="00AE2FAE" w:rsidRPr="002764CF" w:rsidRDefault="00AE2FAE" w:rsidP="00AE2FAE">
            <w:pPr>
              <w:rPr>
                <w:rFonts w:ascii="Fira Sans Light" w:hAnsi="Fira Sans Light"/>
                <w:b/>
                <w:sz w:val="20"/>
                <w:szCs w:val="20"/>
                <w:lang w:val="de-DE"/>
              </w:rPr>
            </w:pPr>
            <w:r w:rsidRPr="002764CF">
              <w:rPr>
                <w:rFonts w:ascii="Fira Sans Light" w:hAnsi="Fira Sans Light"/>
                <w:b/>
                <w:sz w:val="20"/>
                <w:szCs w:val="20"/>
                <w:lang w:val="de-DE"/>
              </w:rPr>
              <w:t>Überschuss</w:t>
            </w:r>
          </w:p>
        </w:tc>
        <w:sdt>
          <w:sdtPr>
            <w:rPr>
              <w:rFonts w:ascii="Fira Sans Light" w:hAnsi="Fira Sans Light"/>
              <w:sz w:val="20"/>
              <w:szCs w:val="20"/>
              <w:lang w:val="de-DE"/>
            </w:rPr>
            <w:id w:val="-1845852968"/>
            <w:placeholder>
              <w:docPart w:val="CD08F55CCFC6472D81A76128FC3CEC34"/>
            </w:placeholder>
            <w:showingPlcHdr/>
            <w:text/>
          </w:sdtPr>
          <w:sdtEndPr/>
          <w:sdtContent>
            <w:tc>
              <w:tcPr>
                <w:tcW w:w="1488" w:type="dxa"/>
              </w:tcPr>
              <w:p w14:paraId="4979672C" w14:textId="558C17CF" w:rsidR="00AE2FAE" w:rsidRPr="001E6A9A" w:rsidRDefault="00AE2FAE" w:rsidP="00AE2FAE">
                <w:pPr>
                  <w:rPr>
                    <w:rFonts w:ascii="Fira Sans Light" w:hAnsi="Fira Sans Light"/>
                    <w:sz w:val="20"/>
                    <w:szCs w:val="20"/>
                    <w:lang w:val="de-DE"/>
                  </w:rPr>
                </w:pPr>
                <w:r w:rsidRPr="00B11B70">
                  <w:rPr>
                    <w:rFonts w:ascii="Fira Sans Light" w:hAnsi="Fira Sans Light"/>
                    <w:sz w:val="20"/>
                    <w:szCs w:val="20"/>
                    <w:lang w:val="de-DE"/>
                  </w:rPr>
                  <w:t xml:space="preserve"> </w:t>
                </w:r>
                <w:r w:rsidRPr="00B11B70">
                  <w:rPr>
                    <w:sz w:val="20"/>
                    <w:szCs w:val="20"/>
                    <w:lang w:val="de-DE"/>
                  </w:rPr>
                  <w:t xml:space="preserve"> </w:t>
                </w:r>
              </w:p>
            </w:tc>
          </w:sdtContent>
        </w:sdt>
        <w:sdt>
          <w:sdtPr>
            <w:rPr>
              <w:rFonts w:ascii="Fira Sans Light" w:hAnsi="Fira Sans Light"/>
              <w:sz w:val="20"/>
              <w:szCs w:val="20"/>
              <w:lang w:val="de-DE"/>
            </w:rPr>
            <w:id w:val="-1598632680"/>
            <w:placeholder>
              <w:docPart w:val="F89C2B8032E54FFFA6C812649178463D"/>
            </w:placeholder>
            <w:showingPlcHdr/>
            <w:text/>
          </w:sdtPr>
          <w:sdtEndPr/>
          <w:sdtContent>
            <w:tc>
              <w:tcPr>
                <w:tcW w:w="1488" w:type="dxa"/>
              </w:tcPr>
              <w:p w14:paraId="5177E4D7" w14:textId="34674B4F" w:rsidR="00AE2FAE" w:rsidRPr="001E6A9A" w:rsidRDefault="00AE2FAE" w:rsidP="00AE2FAE">
                <w:pPr>
                  <w:rPr>
                    <w:rFonts w:ascii="Fira Sans Light" w:hAnsi="Fira Sans Light"/>
                    <w:sz w:val="20"/>
                    <w:szCs w:val="20"/>
                    <w:lang w:val="de-DE"/>
                  </w:rPr>
                </w:pPr>
                <w:r w:rsidRPr="00B11B70">
                  <w:rPr>
                    <w:rFonts w:ascii="Fira Sans Light" w:hAnsi="Fira Sans Light"/>
                    <w:sz w:val="20"/>
                    <w:szCs w:val="20"/>
                    <w:lang w:val="de-DE"/>
                  </w:rPr>
                  <w:t xml:space="preserve"> </w:t>
                </w:r>
                <w:r w:rsidRPr="00B11B70">
                  <w:rPr>
                    <w:sz w:val="20"/>
                    <w:szCs w:val="20"/>
                    <w:lang w:val="de-DE"/>
                  </w:rPr>
                  <w:t xml:space="preserve"> </w:t>
                </w:r>
              </w:p>
            </w:tc>
          </w:sdtContent>
        </w:sdt>
        <w:sdt>
          <w:sdtPr>
            <w:rPr>
              <w:rFonts w:ascii="Fira Sans Light" w:hAnsi="Fira Sans Light"/>
              <w:sz w:val="20"/>
              <w:szCs w:val="20"/>
              <w:lang w:val="de-DE"/>
            </w:rPr>
            <w:id w:val="-563404285"/>
            <w:placeholder>
              <w:docPart w:val="A214EEA40F1047D882AC6237734AE603"/>
            </w:placeholder>
            <w:showingPlcHdr/>
            <w:text/>
          </w:sdtPr>
          <w:sdtEndPr/>
          <w:sdtContent>
            <w:tc>
              <w:tcPr>
                <w:tcW w:w="1488" w:type="dxa"/>
              </w:tcPr>
              <w:p w14:paraId="7F92EE7C" w14:textId="0BEA92A1" w:rsidR="00AE2FAE" w:rsidRPr="001E6A9A" w:rsidRDefault="00AE2FAE" w:rsidP="00AE2FAE">
                <w:pPr>
                  <w:rPr>
                    <w:rFonts w:ascii="Fira Sans Light" w:hAnsi="Fira Sans Light"/>
                    <w:sz w:val="20"/>
                    <w:szCs w:val="20"/>
                    <w:lang w:val="de-DE"/>
                  </w:rPr>
                </w:pPr>
                <w:r w:rsidRPr="00B11B70">
                  <w:rPr>
                    <w:rFonts w:ascii="Fira Sans Light" w:hAnsi="Fira Sans Light"/>
                    <w:sz w:val="20"/>
                    <w:szCs w:val="20"/>
                    <w:lang w:val="de-DE"/>
                  </w:rPr>
                  <w:t xml:space="preserve"> </w:t>
                </w:r>
                <w:r w:rsidRPr="00B11B70">
                  <w:rPr>
                    <w:sz w:val="20"/>
                    <w:szCs w:val="20"/>
                    <w:lang w:val="de-DE"/>
                  </w:rPr>
                  <w:t xml:space="preserve"> </w:t>
                </w:r>
              </w:p>
            </w:tc>
          </w:sdtContent>
        </w:sdt>
        <w:sdt>
          <w:sdtPr>
            <w:rPr>
              <w:rFonts w:ascii="Fira Sans Light" w:hAnsi="Fira Sans Light"/>
              <w:sz w:val="20"/>
              <w:szCs w:val="20"/>
              <w:lang w:val="de-DE"/>
            </w:rPr>
            <w:id w:val="-1170247551"/>
            <w:placeholder>
              <w:docPart w:val="F1697CC1A11B4BA2BE13FF1F77F4FDCC"/>
            </w:placeholder>
            <w:showingPlcHdr/>
            <w:text/>
          </w:sdtPr>
          <w:sdtEndPr/>
          <w:sdtContent>
            <w:tc>
              <w:tcPr>
                <w:tcW w:w="1489" w:type="dxa"/>
              </w:tcPr>
              <w:p w14:paraId="4BE491DF" w14:textId="2D523A44" w:rsidR="00AE2FAE" w:rsidRPr="001E6A9A" w:rsidRDefault="00AE2FAE" w:rsidP="00AE2FAE">
                <w:pPr>
                  <w:rPr>
                    <w:rFonts w:ascii="Fira Sans Light" w:hAnsi="Fira Sans Light"/>
                    <w:sz w:val="20"/>
                    <w:szCs w:val="20"/>
                    <w:lang w:val="de-DE"/>
                  </w:rPr>
                </w:pPr>
                <w:r w:rsidRPr="00B11B70">
                  <w:rPr>
                    <w:rFonts w:ascii="Fira Sans Light" w:hAnsi="Fira Sans Light"/>
                    <w:sz w:val="20"/>
                    <w:szCs w:val="20"/>
                    <w:lang w:val="de-DE"/>
                  </w:rPr>
                  <w:t xml:space="preserve"> </w:t>
                </w:r>
                <w:r w:rsidRPr="00B11B70">
                  <w:rPr>
                    <w:sz w:val="20"/>
                    <w:szCs w:val="20"/>
                    <w:lang w:val="de-DE"/>
                  </w:rPr>
                  <w:t xml:space="preserve"> </w:t>
                </w:r>
              </w:p>
            </w:tc>
          </w:sdtContent>
        </w:sdt>
      </w:tr>
    </w:tbl>
    <w:p w14:paraId="3C028348" w14:textId="77777777" w:rsidR="002764CF" w:rsidRPr="00CA0B29" w:rsidRDefault="002764CF" w:rsidP="00CA0B29">
      <w:pPr>
        <w:spacing w:after="0" w:line="280" w:lineRule="exact"/>
        <w:rPr>
          <w:rFonts w:ascii="Fira Sans Light" w:hAnsi="Fira Sans Light"/>
          <w:lang w:val="de-DE"/>
        </w:rPr>
      </w:pPr>
    </w:p>
    <w:p w14:paraId="2E4910D0" w14:textId="5BECDF1B" w:rsidR="002764CF" w:rsidRPr="00933959" w:rsidRDefault="002764CF" w:rsidP="00CA0B29">
      <w:pPr>
        <w:spacing w:after="0" w:line="280" w:lineRule="exact"/>
        <w:rPr>
          <w:rFonts w:ascii="Fira Sans Light" w:hAnsi="Fira Sans Light"/>
          <w:sz w:val="20"/>
          <w:szCs w:val="20"/>
          <w:lang w:val="de-DE"/>
        </w:rPr>
      </w:pPr>
      <w:r w:rsidRPr="00933959">
        <w:rPr>
          <w:rFonts w:ascii="Fira Sans Light" w:hAnsi="Fira Sans Light"/>
          <w:sz w:val="20"/>
          <w:szCs w:val="20"/>
          <w:lang w:val="de-DE"/>
        </w:rPr>
        <w:t xml:space="preserve">Alternativ zur Eintragung der Daten in die obige Tabelle können Sie uns gern auch die Betriebswirtschaftlichen Auswertungen bzw. </w:t>
      </w:r>
      <w:r w:rsidR="00CA0B29" w:rsidRPr="00933959">
        <w:rPr>
          <w:rFonts w:ascii="Fira Sans Light" w:hAnsi="Fira Sans Light"/>
          <w:sz w:val="20"/>
          <w:szCs w:val="20"/>
          <w:lang w:val="de-DE"/>
        </w:rPr>
        <w:t>Jahresabschlüsse der genannten Jahre übermitteln.</w:t>
      </w:r>
    </w:p>
    <w:p w14:paraId="4E23DDCE" w14:textId="77777777" w:rsidR="00CA0B29" w:rsidRDefault="00CA0B29" w:rsidP="00CA0B29">
      <w:pPr>
        <w:spacing w:after="0" w:line="280" w:lineRule="exact"/>
        <w:rPr>
          <w:rFonts w:ascii="Fira Sans Light" w:hAnsi="Fira Sans Light"/>
          <w:lang w:val="de-DE"/>
        </w:rPr>
      </w:pPr>
    </w:p>
    <w:p w14:paraId="0BB01EE2" w14:textId="77777777" w:rsidR="005874A1" w:rsidRDefault="005874A1" w:rsidP="00CA0B29">
      <w:pPr>
        <w:spacing w:after="0" w:line="280" w:lineRule="exact"/>
        <w:rPr>
          <w:rFonts w:ascii="Fira Sans Light" w:hAnsi="Fira Sans Light"/>
          <w:lang w:val="de-DE"/>
        </w:rPr>
      </w:pPr>
    </w:p>
    <w:p w14:paraId="7AA23331" w14:textId="77777777" w:rsidR="005874A1" w:rsidRDefault="005874A1" w:rsidP="00CA0B29">
      <w:pPr>
        <w:spacing w:after="0" w:line="280" w:lineRule="exact"/>
        <w:rPr>
          <w:rFonts w:ascii="Fira Sans Light" w:hAnsi="Fira Sans Light"/>
          <w:lang w:val="de-DE"/>
        </w:rPr>
      </w:pPr>
    </w:p>
    <w:p w14:paraId="20EC82A9" w14:textId="4698842B" w:rsidR="005874A1" w:rsidRDefault="005874A1" w:rsidP="005874A1">
      <w:pPr>
        <w:pStyle w:val="Listenabsatz"/>
        <w:numPr>
          <w:ilvl w:val="0"/>
          <w:numId w:val="43"/>
        </w:numPr>
        <w:spacing w:after="0" w:line="240" w:lineRule="auto"/>
        <w:ind w:left="426" w:hanging="426"/>
        <w:contextualSpacing w:val="0"/>
        <w:rPr>
          <w:rFonts w:ascii="Fira Sans" w:eastAsiaTheme="majorEastAsia" w:hAnsi="Fira Sans" w:cstheme="majorBidi"/>
          <w:color w:val="4A4A4A"/>
          <w:spacing w:val="5"/>
          <w:kern w:val="28"/>
          <w:sz w:val="40"/>
          <w:szCs w:val="40"/>
          <w:lang w:val="de-DE"/>
        </w:rPr>
      </w:pPr>
      <w:r>
        <w:rPr>
          <w:rFonts w:ascii="Fira Sans" w:eastAsiaTheme="majorEastAsia" w:hAnsi="Fira Sans" w:cstheme="majorBidi"/>
          <w:color w:val="4A4A4A"/>
          <w:spacing w:val="5"/>
          <w:kern w:val="28"/>
          <w:sz w:val="40"/>
          <w:szCs w:val="40"/>
          <w:lang w:val="de-DE"/>
        </w:rPr>
        <w:t>Weitere Informationen</w:t>
      </w:r>
    </w:p>
    <w:p w14:paraId="4CC680C9" w14:textId="77777777" w:rsidR="005874A1" w:rsidRDefault="005874A1" w:rsidP="005874A1">
      <w:pPr>
        <w:spacing w:after="0" w:line="280" w:lineRule="exact"/>
        <w:rPr>
          <w:rFonts w:ascii="Fira Sans Light" w:hAnsi="Fira Sans Light"/>
          <w:sz w:val="20"/>
          <w:szCs w:val="20"/>
          <w:lang w:val="de-DE"/>
        </w:rPr>
      </w:pPr>
    </w:p>
    <w:p w14:paraId="0C5F7CAA" w14:textId="62794B76" w:rsidR="005874A1" w:rsidRPr="005874A1" w:rsidRDefault="005874A1" w:rsidP="007215F5">
      <w:pPr>
        <w:spacing w:after="0" w:line="280" w:lineRule="exact"/>
        <w:rPr>
          <w:rFonts w:ascii="Fira Sans" w:eastAsiaTheme="majorEastAsia" w:hAnsi="Fira Sans" w:cstheme="majorBidi"/>
          <w:color w:val="4A4A4A"/>
          <w:spacing w:val="5"/>
          <w:kern w:val="28"/>
          <w:sz w:val="40"/>
          <w:szCs w:val="40"/>
          <w:lang w:val="de-DE"/>
        </w:rPr>
      </w:pPr>
      <w:r>
        <w:rPr>
          <w:rFonts w:ascii="Fira Sans Light" w:hAnsi="Fira Sans Light"/>
          <w:sz w:val="20"/>
          <w:szCs w:val="20"/>
          <w:lang w:val="de-DE"/>
        </w:rPr>
        <w:t xml:space="preserve">Nutzen Sie das nachstehende Textfeld </w:t>
      </w:r>
      <w:r w:rsidR="00B7542F">
        <w:rPr>
          <w:rFonts w:ascii="Fira Sans Light" w:hAnsi="Fira Sans Light"/>
          <w:sz w:val="20"/>
          <w:szCs w:val="20"/>
          <w:lang w:val="de-DE"/>
        </w:rPr>
        <w:t xml:space="preserve">gern für weiterführende Informationen zu Ihrem Labor, wie beispielsweise </w:t>
      </w:r>
      <w:r w:rsidR="007215F5">
        <w:rPr>
          <w:rFonts w:ascii="Fira Sans Light" w:hAnsi="Fira Sans Light"/>
          <w:sz w:val="20"/>
          <w:szCs w:val="20"/>
          <w:lang w:val="de-DE"/>
        </w:rPr>
        <w:t>Alleinstellungsmerkmale, anstehende Investitionen, Expansionspläne etc.</w:t>
      </w:r>
    </w:p>
    <w:p w14:paraId="2C5D45F8" w14:textId="77777777" w:rsidR="005874A1" w:rsidRPr="00F4643C" w:rsidRDefault="005874A1" w:rsidP="005874A1">
      <w:pPr>
        <w:spacing w:after="0" w:line="240" w:lineRule="auto"/>
        <w:rPr>
          <w:rFonts w:ascii="Fira Sans" w:eastAsiaTheme="majorEastAsia" w:hAnsi="Fira Sans" w:cstheme="majorBidi"/>
          <w:color w:val="4A4A4A"/>
          <w:spacing w:val="5"/>
          <w:kern w:val="28"/>
          <w:sz w:val="20"/>
          <w:szCs w:val="20"/>
          <w:lang w:val="de-DE"/>
        </w:rPr>
      </w:pPr>
    </w:p>
    <w:tbl>
      <w:tblPr>
        <w:tblStyle w:val="Tabellenraster"/>
        <w:tblW w:w="9214" w:type="dxa"/>
        <w:tblInd w:w="-5" w:type="dxa"/>
        <w:tblLayout w:type="fixed"/>
        <w:tblCellMar>
          <w:top w:w="57" w:type="dxa"/>
          <w:bottom w:w="57" w:type="dxa"/>
        </w:tblCellMar>
        <w:tblLook w:val="04A0" w:firstRow="1" w:lastRow="0" w:firstColumn="1" w:lastColumn="0" w:noHBand="0" w:noVBand="1"/>
      </w:tblPr>
      <w:tblGrid>
        <w:gridCol w:w="9214"/>
      </w:tblGrid>
      <w:tr w:rsidR="007215F5" w:rsidRPr="000D5D13" w14:paraId="5AC005BE" w14:textId="77777777" w:rsidTr="00387AAB">
        <w:tc>
          <w:tcPr>
            <w:tcW w:w="9214" w:type="dxa"/>
          </w:tcPr>
          <w:sdt>
            <w:sdtPr>
              <w:rPr>
                <w:rFonts w:ascii="Fira Sans Light" w:hAnsi="Fira Sans Light"/>
                <w:sz w:val="20"/>
                <w:szCs w:val="20"/>
                <w:lang w:val="de-DE"/>
              </w:rPr>
              <w:id w:val="-1878157754"/>
              <w:placeholder>
                <w:docPart w:val="27F2F4FA97854C5D8A1C9049EE06CDB0"/>
              </w:placeholder>
              <w:showingPlcHdr/>
              <w:text/>
            </w:sdtPr>
            <w:sdtEndPr/>
            <w:sdtContent>
              <w:p w14:paraId="79EB4673" w14:textId="2AE8284A" w:rsidR="007215F5" w:rsidRDefault="00AE2FAE"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sdtContent>
          </w:sdt>
          <w:p w14:paraId="17E2103D" w14:textId="77777777" w:rsidR="007215F5" w:rsidRDefault="007215F5" w:rsidP="00A476B3">
            <w:pPr>
              <w:rPr>
                <w:rFonts w:ascii="Fira Sans Light" w:hAnsi="Fira Sans Light"/>
                <w:sz w:val="20"/>
                <w:szCs w:val="20"/>
                <w:lang w:val="de-DE"/>
              </w:rPr>
            </w:pPr>
          </w:p>
          <w:p w14:paraId="483E3383" w14:textId="77777777" w:rsidR="007215F5" w:rsidRDefault="007215F5" w:rsidP="00A476B3">
            <w:pPr>
              <w:rPr>
                <w:rFonts w:ascii="Fira Sans Light" w:hAnsi="Fira Sans Light"/>
                <w:sz w:val="20"/>
                <w:szCs w:val="20"/>
                <w:lang w:val="de-DE"/>
              </w:rPr>
            </w:pPr>
          </w:p>
          <w:p w14:paraId="10063F88" w14:textId="77777777" w:rsidR="007215F5" w:rsidRPr="001E6A9A" w:rsidRDefault="007215F5" w:rsidP="00A476B3">
            <w:pPr>
              <w:rPr>
                <w:rFonts w:ascii="Fira Sans Light" w:hAnsi="Fira Sans Light"/>
                <w:sz w:val="20"/>
                <w:szCs w:val="20"/>
                <w:lang w:val="de-DE"/>
              </w:rPr>
            </w:pPr>
          </w:p>
        </w:tc>
      </w:tr>
    </w:tbl>
    <w:p w14:paraId="67CDFA26" w14:textId="77777777" w:rsidR="00B82B11" w:rsidRDefault="00B82B11" w:rsidP="00CA0B29">
      <w:pPr>
        <w:spacing w:after="0" w:line="280" w:lineRule="exact"/>
        <w:rPr>
          <w:rFonts w:ascii="Fira Sans Light" w:hAnsi="Fira Sans Light"/>
          <w:lang w:val="de-DE"/>
        </w:rPr>
      </w:pPr>
    </w:p>
    <w:p w14:paraId="4C8F94EE" w14:textId="193758EE" w:rsidR="00B82B11" w:rsidRDefault="00B82B11" w:rsidP="00CA0B29">
      <w:pPr>
        <w:spacing w:after="0" w:line="280" w:lineRule="exact"/>
        <w:rPr>
          <w:rFonts w:ascii="Fira Sans Light" w:hAnsi="Fira Sans Light"/>
          <w:lang w:val="de-DE"/>
        </w:rPr>
      </w:pPr>
    </w:p>
    <w:p w14:paraId="2F3CB4ED" w14:textId="0EFD6283" w:rsidR="00CA0B29" w:rsidRDefault="009122C9" w:rsidP="009122C9">
      <w:pPr>
        <w:pStyle w:val="Listenabsatz"/>
        <w:numPr>
          <w:ilvl w:val="0"/>
          <w:numId w:val="43"/>
        </w:numPr>
        <w:spacing w:after="0" w:line="240" w:lineRule="auto"/>
        <w:ind w:left="426" w:hanging="426"/>
        <w:contextualSpacing w:val="0"/>
        <w:rPr>
          <w:rFonts w:ascii="Fira Sans" w:eastAsiaTheme="majorEastAsia" w:hAnsi="Fira Sans" w:cstheme="majorBidi"/>
          <w:color w:val="4A4A4A"/>
          <w:spacing w:val="5"/>
          <w:kern w:val="28"/>
          <w:sz w:val="40"/>
          <w:szCs w:val="40"/>
          <w:lang w:val="de-DE"/>
        </w:rPr>
      </w:pPr>
      <w:r w:rsidRPr="009122C9">
        <w:rPr>
          <w:rFonts w:ascii="Fira Sans" w:eastAsiaTheme="majorEastAsia" w:hAnsi="Fira Sans" w:cstheme="majorBidi"/>
          <w:color w:val="4A4A4A"/>
          <w:spacing w:val="5"/>
          <w:kern w:val="28"/>
          <w:sz w:val="40"/>
          <w:szCs w:val="40"/>
          <w:lang w:val="de-DE"/>
        </w:rPr>
        <w:t>Anlagen</w:t>
      </w:r>
    </w:p>
    <w:p w14:paraId="1179A21F" w14:textId="7C75E467" w:rsidR="00B82B11" w:rsidRPr="00B82B11" w:rsidRDefault="00B82B11" w:rsidP="00B82B11">
      <w:pPr>
        <w:spacing w:after="0" w:line="240" w:lineRule="auto"/>
        <w:rPr>
          <w:rFonts w:ascii="Fira Sans" w:eastAsiaTheme="majorEastAsia" w:hAnsi="Fira Sans" w:cstheme="majorBidi"/>
          <w:color w:val="4A4A4A"/>
          <w:spacing w:val="5"/>
          <w:kern w:val="28"/>
          <w:sz w:val="20"/>
          <w:szCs w:val="20"/>
          <w:lang w:val="de-DE"/>
        </w:rPr>
      </w:pPr>
    </w:p>
    <w:p w14:paraId="3121693C" w14:textId="7D61324F" w:rsidR="009122C9" w:rsidRPr="00B82B11" w:rsidRDefault="00DF3504" w:rsidP="00B82B11">
      <w:pPr>
        <w:pStyle w:val="Listenabsatz"/>
        <w:numPr>
          <w:ilvl w:val="0"/>
          <w:numId w:val="45"/>
        </w:numPr>
        <w:spacing w:after="0" w:line="280" w:lineRule="exact"/>
        <w:rPr>
          <w:rFonts w:ascii="Fira Sans Light" w:hAnsi="Fira Sans Light"/>
          <w:lang w:val="de-DE"/>
        </w:rPr>
      </w:pPr>
      <w:r w:rsidRPr="00B82B11">
        <w:rPr>
          <w:rFonts w:ascii="Fira Sans Light" w:hAnsi="Fira Sans Light"/>
          <w:lang w:val="de-DE"/>
        </w:rPr>
        <w:t>Aktuelles Anlageverzeichnis</w:t>
      </w:r>
    </w:p>
    <w:p w14:paraId="5F54A2E0" w14:textId="424400A0" w:rsidR="00DF3504" w:rsidRPr="00B82B11" w:rsidRDefault="00DF3504" w:rsidP="00B82B11">
      <w:pPr>
        <w:pStyle w:val="Listenabsatz"/>
        <w:numPr>
          <w:ilvl w:val="0"/>
          <w:numId w:val="45"/>
        </w:numPr>
        <w:spacing w:after="0" w:line="280" w:lineRule="exact"/>
        <w:rPr>
          <w:rFonts w:ascii="Fira Sans Light" w:hAnsi="Fira Sans Light"/>
          <w:lang w:val="de-DE"/>
        </w:rPr>
      </w:pPr>
      <w:r w:rsidRPr="00B82B11">
        <w:rPr>
          <w:rFonts w:ascii="Fira Sans Light" w:hAnsi="Fira Sans Light"/>
          <w:lang w:val="de-DE"/>
        </w:rPr>
        <w:t>Ggf. BWAs/Jahresabschlüsse (</w:t>
      </w:r>
      <w:r w:rsidRPr="0082636F">
        <w:rPr>
          <w:rFonts w:ascii="Fira Sans Light" w:hAnsi="Fira Sans Light"/>
          <w:lang w:val="de-DE"/>
        </w:rPr>
        <w:t xml:space="preserve">siehe </w:t>
      </w:r>
      <w:r w:rsidR="00B82B11" w:rsidRPr="0082636F">
        <w:rPr>
          <w:rFonts w:ascii="Fira Sans Light" w:hAnsi="Fira Sans Light"/>
          <w:lang w:val="de-DE"/>
        </w:rPr>
        <w:t>„</w:t>
      </w:r>
      <w:r w:rsidR="00D06A3C" w:rsidRPr="0082636F">
        <w:rPr>
          <w:rFonts w:ascii="Fira Sans Light" w:hAnsi="Fira Sans Light"/>
          <w:lang w:val="de-DE"/>
        </w:rPr>
        <w:fldChar w:fldCharType="begin"/>
      </w:r>
      <w:r w:rsidR="00D06A3C" w:rsidRPr="0082636F">
        <w:rPr>
          <w:rFonts w:ascii="Fira Sans Light" w:hAnsi="Fira Sans Light"/>
          <w:lang w:val="de-DE"/>
        </w:rPr>
        <w:instrText xml:space="preserve"> REF  _Ref216347233 \h \r  \* MERGEFORMAT </w:instrText>
      </w:r>
      <w:r w:rsidR="00D06A3C" w:rsidRPr="0082636F">
        <w:rPr>
          <w:rFonts w:ascii="Fira Sans Light" w:hAnsi="Fira Sans Light"/>
          <w:lang w:val="de-DE"/>
        </w:rPr>
      </w:r>
      <w:r w:rsidR="00D06A3C" w:rsidRPr="0082636F">
        <w:rPr>
          <w:rFonts w:ascii="Fira Sans Light" w:hAnsi="Fira Sans Light"/>
          <w:lang w:val="de-DE"/>
        </w:rPr>
        <w:fldChar w:fldCharType="separate"/>
      </w:r>
      <w:r w:rsidR="0082636F" w:rsidRPr="0082636F">
        <w:rPr>
          <w:rFonts w:ascii="Fira Sans Light" w:hAnsi="Fira Sans Light"/>
          <w:lang w:val="de-DE"/>
        </w:rPr>
        <w:t>I</w:t>
      </w:r>
      <w:r w:rsidR="00D06A3C" w:rsidRPr="0082636F">
        <w:rPr>
          <w:rFonts w:ascii="Fira Sans Light" w:hAnsi="Fira Sans Light"/>
          <w:lang w:val="de-DE"/>
        </w:rPr>
        <w:fldChar w:fldCharType="end"/>
      </w:r>
      <w:r w:rsidR="00B82B11" w:rsidRPr="0082636F">
        <w:rPr>
          <w:rFonts w:ascii="Fira Sans Light" w:hAnsi="Fira Sans Light"/>
          <w:lang w:val="de-DE"/>
        </w:rPr>
        <w:t>. Betriebswirtschaftliche</w:t>
      </w:r>
      <w:r w:rsidR="00B82B11" w:rsidRPr="00B82B11">
        <w:rPr>
          <w:rFonts w:ascii="Fira Sans Light" w:hAnsi="Fira Sans Light"/>
          <w:lang w:val="de-DE"/>
        </w:rPr>
        <w:t xml:space="preserve"> Angaben“)</w:t>
      </w:r>
    </w:p>
    <w:p w14:paraId="5A4C6652" w14:textId="73C46F9A" w:rsidR="00CA0B29" w:rsidRDefault="00CA0B29" w:rsidP="00CA0B29">
      <w:pPr>
        <w:spacing w:after="0" w:line="280" w:lineRule="exact"/>
        <w:rPr>
          <w:rFonts w:ascii="Fira Sans Light" w:hAnsi="Fira Sans Light"/>
          <w:lang w:val="de-DE"/>
        </w:rPr>
      </w:pPr>
    </w:p>
    <w:p w14:paraId="157AE265" w14:textId="06983687" w:rsidR="00CA0B29" w:rsidRPr="00CA0B29" w:rsidRDefault="00CA0B29" w:rsidP="00CA0B29">
      <w:pPr>
        <w:spacing w:after="0" w:line="280" w:lineRule="exact"/>
        <w:rPr>
          <w:rFonts w:ascii="Fira Sans Light" w:hAnsi="Fira Sans Light"/>
          <w:lang w:val="de-DE"/>
        </w:rPr>
      </w:pPr>
    </w:p>
    <w:p w14:paraId="56D4E4FB" w14:textId="7A2922DC" w:rsidR="00E74866" w:rsidRDefault="00E74866" w:rsidP="00E74866">
      <w:pPr>
        <w:rPr>
          <w:lang w:val="de-DE"/>
        </w:rPr>
      </w:pPr>
    </w:p>
    <w:p w14:paraId="5963071F" w14:textId="21A9EEC2" w:rsidR="00E74866" w:rsidRPr="0082636F" w:rsidRDefault="0082636F" w:rsidP="0082636F">
      <w:pPr>
        <w:spacing w:after="0" w:line="280" w:lineRule="exact"/>
        <w:rPr>
          <w:rFonts w:ascii="Fira Sans regular" w:hAnsi="Fira Sans regular" w:hint="eastAsia"/>
          <w:lang w:val="de-DE"/>
        </w:rPr>
      </w:pPr>
      <w:r w:rsidRPr="0082636F">
        <w:rPr>
          <w:rFonts w:ascii="Fira Sans regular" w:hAnsi="Fira Sans regular"/>
          <w:lang w:val="de-DE"/>
        </w:rPr>
        <w:t>Vielen Dank für Ihre Angaben!</w:t>
      </w:r>
    </w:p>
    <w:p w14:paraId="18E60EB2" w14:textId="77777777" w:rsidR="00731502" w:rsidRDefault="0082636F" w:rsidP="00A65960">
      <w:pPr>
        <w:spacing w:after="0" w:line="280" w:lineRule="exact"/>
        <w:rPr>
          <w:rFonts w:ascii="Fira Sans regular" w:hAnsi="Fira Sans regular" w:hint="eastAsia"/>
          <w:lang w:val="de-DE"/>
        </w:rPr>
        <w:sectPr w:rsidR="00731502" w:rsidSect="00753D34">
          <w:pgSz w:w="11906" w:h="16838" w:code="9"/>
          <w:pgMar w:top="1985" w:right="1469" w:bottom="993" w:left="1276" w:header="720" w:footer="720" w:gutter="0"/>
          <w:paperSrc w:first="4" w:other="4"/>
          <w:cols w:space="3399"/>
          <w:docGrid w:linePitch="360"/>
        </w:sectPr>
      </w:pPr>
      <w:r w:rsidRPr="0082636F">
        <w:rPr>
          <w:rFonts w:ascii="Fira Sans regular" w:hAnsi="Fira Sans regular"/>
          <w:lang w:val="de-DE"/>
        </w:rPr>
        <w:t>Ihr Sikomed-Team</w:t>
      </w:r>
    </w:p>
    <w:p w14:paraId="0AFD8DF3" w14:textId="7DDF5BD4" w:rsidR="00731502" w:rsidRDefault="00731502" w:rsidP="00731502">
      <w:pPr>
        <w:pStyle w:val="Listenabsatz"/>
        <w:numPr>
          <w:ilvl w:val="0"/>
          <w:numId w:val="43"/>
        </w:numPr>
        <w:spacing w:after="0" w:line="240" w:lineRule="auto"/>
        <w:ind w:left="426" w:hanging="426"/>
        <w:contextualSpacing w:val="0"/>
        <w:rPr>
          <w:rFonts w:ascii="Fira Sans" w:eastAsiaTheme="majorEastAsia" w:hAnsi="Fira Sans" w:cstheme="majorBidi"/>
          <w:color w:val="4A4A4A"/>
          <w:spacing w:val="5"/>
          <w:kern w:val="28"/>
          <w:sz w:val="40"/>
          <w:szCs w:val="40"/>
          <w:lang w:val="de-DE"/>
        </w:rPr>
      </w:pPr>
      <w:r>
        <w:rPr>
          <w:rFonts w:ascii="Fira Sans" w:eastAsiaTheme="majorEastAsia" w:hAnsi="Fira Sans" w:cstheme="majorBidi"/>
          <w:color w:val="4A4A4A"/>
          <w:spacing w:val="5"/>
          <w:kern w:val="28"/>
          <w:sz w:val="40"/>
          <w:szCs w:val="40"/>
          <w:lang w:val="de-DE"/>
        </w:rPr>
        <w:lastRenderedPageBreak/>
        <w:t>Angaben zu weiteren Standorten</w:t>
      </w:r>
    </w:p>
    <w:p w14:paraId="3C3B66F0" w14:textId="77777777" w:rsidR="00731502" w:rsidRPr="00F4643C" w:rsidRDefault="00731502" w:rsidP="00731502">
      <w:pPr>
        <w:spacing w:after="0" w:line="240" w:lineRule="auto"/>
        <w:rPr>
          <w:rFonts w:ascii="Fira Sans" w:eastAsiaTheme="majorEastAsia" w:hAnsi="Fira Sans" w:cstheme="majorBidi"/>
          <w:color w:val="4A4A4A"/>
          <w:spacing w:val="5"/>
          <w:kern w:val="28"/>
          <w:sz w:val="20"/>
          <w:szCs w:val="20"/>
          <w:lang w:val="de-DE"/>
        </w:rPr>
      </w:pPr>
    </w:p>
    <w:tbl>
      <w:tblPr>
        <w:tblStyle w:val="Tabellenraster"/>
        <w:tblW w:w="9214" w:type="dxa"/>
        <w:tblInd w:w="-5" w:type="dxa"/>
        <w:tblLayout w:type="fixed"/>
        <w:tblCellMar>
          <w:top w:w="57" w:type="dxa"/>
          <w:bottom w:w="57" w:type="dxa"/>
        </w:tblCellMar>
        <w:tblLook w:val="04A0" w:firstRow="1" w:lastRow="0" w:firstColumn="1" w:lastColumn="0" w:noHBand="0" w:noVBand="1"/>
      </w:tblPr>
      <w:tblGrid>
        <w:gridCol w:w="3119"/>
        <w:gridCol w:w="1488"/>
        <w:gridCol w:w="496"/>
        <w:gridCol w:w="4111"/>
      </w:tblGrid>
      <w:tr w:rsidR="00731502" w:rsidRPr="000D5D13" w14:paraId="091491B4" w14:textId="77777777" w:rsidTr="00A476B3">
        <w:tc>
          <w:tcPr>
            <w:tcW w:w="3119" w:type="dxa"/>
            <w:shd w:val="clear" w:color="auto" w:fill="8BC540"/>
          </w:tcPr>
          <w:p w14:paraId="5222E71A" w14:textId="50968E15" w:rsidR="00731502" w:rsidRDefault="00731502" w:rsidP="00A476B3">
            <w:pPr>
              <w:rPr>
                <w:rFonts w:ascii="Fira Sans Light" w:hAnsi="Fira Sans Light"/>
                <w:b/>
                <w:sz w:val="20"/>
                <w:szCs w:val="20"/>
                <w:lang w:val="de-DE"/>
              </w:rPr>
            </w:pPr>
            <w:r>
              <w:rPr>
                <w:rFonts w:ascii="Fira Sans Light" w:hAnsi="Fira Sans Light"/>
                <w:b/>
                <w:sz w:val="20"/>
                <w:szCs w:val="20"/>
                <w:lang w:val="de-DE"/>
              </w:rPr>
              <w:t>Anschrift:</w:t>
            </w:r>
          </w:p>
        </w:tc>
        <w:tc>
          <w:tcPr>
            <w:tcW w:w="6095" w:type="dxa"/>
            <w:gridSpan w:val="3"/>
            <w:vAlign w:val="center"/>
          </w:tcPr>
          <w:p w14:paraId="2008B500" w14:textId="77777777" w:rsidR="00731502" w:rsidRPr="001E6A9A" w:rsidRDefault="00731502" w:rsidP="00A476B3">
            <w:pPr>
              <w:rPr>
                <w:rFonts w:ascii="Fira Sans Light" w:hAnsi="Fira Sans Light"/>
                <w:sz w:val="20"/>
                <w:szCs w:val="20"/>
                <w:lang w:val="de-DE"/>
              </w:rPr>
            </w:pPr>
          </w:p>
        </w:tc>
      </w:tr>
      <w:tr w:rsidR="00731502" w:rsidRPr="000D5D13" w14:paraId="3493612B" w14:textId="77777777" w:rsidTr="00A476B3">
        <w:tc>
          <w:tcPr>
            <w:tcW w:w="3119" w:type="dxa"/>
            <w:shd w:val="clear" w:color="auto" w:fill="8BC540"/>
          </w:tcPr>
          <w:p w14:paraId="4DE8DFDA" w14:textId="77777777" w:rsidR="00731502" w:rsidRPr="00F766A7" w:rsidRDefault="00731502" w:rsidP="00A476B3">
            <w:pPr>
              <w:rPr>
                <w:rFonts w:ascii="Fira Sans Light" w:hAnsi="Fira Sans Light"/>
                <w:b/>
                <w:sz w:val="20"/>
                <w:szCs w:val="20"/>
                <w:lang w:val="de-DE"/>
              </w:rPr>
            </w:pPr>
            <w:r>
              <w:rPr>
                <w:rFonts w:ascii="Fira Sans Light" w:hAnsi="Fira Sans Light"/>
                <w:b/>
                <w:sz w:val="20"/>
                <w:szCs w:val="20"/>
                <w:lang w:val="de-DE"/>
              </w:rPr>
              <w:t>Nutzungsart der Immobilie</w:t>
            </w:r>
          </w:p>
        </w:tc>
        <w:tc>
          <w:tcPr>
            <w:tcW w:w="6095" w:type="dxa"/>
            <w:gridSpan w:val="3"/>
            <w:vAlign w:val="center"/>
          </w:tcPr>
          <w:p w14:paraId="79E07FCA" w14:textId="77777777" w:rsidR="00731502" w:rsidRPr="001E6A9A" w:rsidRDefault="00332E90" w:rsidP="00A476B3">
            <w:pPr>
              <w:rPr>
                <w:rFonts w:ascii="Fira Sans Light" w:hAnsi="Fira Sans Light"/>
                <w:sz w:val="20"/>
                <w:szCs w:val="20"/>
                <w:lang w:val="de-DE"/>
              </w:rPr>
            </w:pPr>
            <w:sdt>
              <w:sdtPr>
                <w:rPr>
                  <w:rFonts w:ascii="Fira Sans Light" w:hAnsi="Fira Sans Light"/>
                  <w:sz w:val="20"/>
                  <w:szCs w:val="20"/>
                  <w:lang w:val="de-DE"/>
                </w:rPr>
                <w:id w:val="1202216492"/>
                <w14:checkbox>
                  <w14:checked w14:val="0"/>
                  <w14:checkedState w14:val="2612" w14:font="MS Gothic"/>
                  <w14:uncheckedState w14:val="2610" w14:font="MS Gothic"/>
                </w14:checkbox>
              </w:sdtPr>
              <w:sdtEndPr/>
              <w:sdtContent>
                <w:r w:rsidR="00731502" w:rsidRPr="001E6A9A">
                  <w:rPr>
                    <w:rFonts w:ascii="MS Gothic" w:eastAsia="MS Gothic" w:hAnsi="MS Gothic" w:hint="eastAsia"/>
                    <w:sz w:val="20"/>
                    <w:szCs w:val="20"/>
                    <w:lang w:val="de-DE"/>
                  </w:rPr>
                  <w:t>☐</w:t>
                </w:r>
              </w:sdtContent>
            </w:sdt>
            <w:r w:rsidR="00731502" w:rsidRPr="001E6A9A">
              <w:rPr>
                <w:rFonts w:ascii="Fira Sans Light" w:hAnsi="Fira Sans Light"/>
                <w:sz w:val="20"/>
                <w:szCs w:val="20"/>
                <w:lang w:val="de-DE"/>
              </w:rPr>
              <w:t xml:space="preserve"> </w:t>
            </w:r>
            <w:r w:rsidR="00731502">
              <w:rPr>
                <w:rFonts w:ascii="Fira Sans Light" w:hAnsi="Fira Sans Light"/>
                <w:sz w:val="20"/>
                <w:szCs w:val="20"/>
                <w:lang w:val="de-DE"/>
              </w:rPr>
              <w:t>Eigentum</w:t>
            </w:r>
            <w:r w:rsidR="00731502" w:rsidRPr="001E6A9A">
              <w:rPr>
                <w:rFonts w:ascii="Fira Sans Light" w:hAnsi="Fira Sans Light"/>
                <w:sz w:val="20"/>
                <w:szCs w:val="20"/>
                <w:lang w:val="de-DE"/>
              </w:rPr>
              <w:t xml:space="preserve">   </w:t>
            </w:r>
            <w:sdt>
              <w:sdtPr>
                <w:rPr>
                  <w:rFonts w:ascii="Fira Sans Light" w:hAnsi="Fira Sans Light"/>
                  <w:sz w:val="20"/>
                  <w:szCs w:val="20"/>
                  <w:lang w:val="de-DE"/>
                </w:rPr>
                <w:id w:val="623741673"/>
                <w14:checkbox>
                  <w14:checked w14:val="0"/>
                  <w14:checkedState w14:val="2612" w14:font="MS Gothic"/>
                  <w14:uncheckedState w14:val="2610" w14:font="MS Gothic"/>
                </w14:checkbox>
              </w:sdtPr>
              <w:sdtEndPr/>
              <w:sdtContent>
                <w:r w:rsidR="00731502" w:rsidRPr="001E6A9A">
                  <w:rPr>
                    <w:rFonts w:ascii="MS Gothic" w:eastAsia="MS Gothic" w:hAnsi="MS Gothic" w:hint="eastAsia"/>
                    <w:sz w:val="20"/>
                    <w:szCs w:val="20"/>
                    <w:lang w:val="de-DE"/>
                  </w:rPr>
                  <w:t>☐</w:t>
                </w:r>
              </w:sdtContent>
            </w:sdt>
            <w:r w:rsidR="00731502" w:rsidRPr="001E6A9A">
              <w:rPr>
                <w:rFonts w:ascii="Fira Sans Light" w:hAnsi="Fira Sans Light"/>
                <w:sz w:val="20"/>
                <w:szCs w:val="20"/>
                <w:lang w:val="de-DE"/>
              </w:rPr>
              <w:t xml:space="preserve"> </w:t>
            </w:r>
            <w:r w:rsidR="00731502">
              <w:rPr>
                <w:rFonts w:ascii="Fira Sans Light" w:hAnsi="Fira Sans Light"/>
                <w:sz w:val="20"/>
                <w:szCs w:val="20"/>
                <w:lang w:val="de-DE"/>
              </w:rPr>
              <w:t>Miete</w:t>
            </w:r>
          </w:p>
        </w:tc>
      </w:tr>
      <w:tr w:rsidR="00731502" w:rsidRPr="000D5D13" w14:paraId="7BE27274" w14:textId="77777777" w:rsidTr="00A476B3">
        <w:tc>
          <w:tcPr>
            <w:tcW w:w="3119" w:type="dxa"/>
            <w:shd w:val="clear" w:color="auto" w:fill="8BC540"/>
            <w:vAlign w:val="center"/>
          </w:tcPr>
          <w:p w14:paraId="150380F8" w14:textId="77777777" w:rsidR="00731502" w:rsidRPr="00F766A7" w:rsidRDefault="00731502" w:rsidP="00A476B3">
            <w:pPr>
              <w:rPr>
                <w:rFonts w:ascii="Fira Sans Light" w:hAnsi="Fira Sans Light"/>
                <w:b/>
                <w:sz w:val="20"/>
                <w:szCs w:val="20"/>
                <w:lang w:val="de-DE"/>
              </w:rPr>
            </w:pPr>
            <w:r>
              <w:rPr>
                <w:rFonts w:ascii="Fira Sans Light" w:hAnsi="Fira Sans Light"/>
                <w:b/>
                <w:sz w:val="20"/>
                <w:szCs w:val="20"/>
                <w:lang w:val="de-DE"/>
              </w:rPr>
              <w:t>Festlaufzeit des Mietvertrages</w:t>
            </w:r>
          </w:p>
        </w:tc>
        <w:sdt>
          <w:sdtPr>
            <w:rPr>
              <w:rFonts w:ascii="Fira Sans Light" w:hAnsi="Fira Sans Light"/>
              <w:sz w:val="20"/>
              <w:szCs w:val="20"/>
              <w:lang w:val="de-DE"/>
            </w:rPr>
            <w:id w:val="2057511435"/>
            <w:placeholder>
              <w:docPart w:val="76A5DFA0491947979FBA03E130264C85"/>
            </w:placeholder>
            <w:showingPlcHdr/>
            <w:text/>
          </w:sdtPr>
          <w:sdtEndPr/>
          <w:sdtContent>
            <w:tc>
              <w:tcPr>
                <w:tcW w:w="6095" w:type="dxa"/>
                <w:gridSpan w:val="3"/>
                <w:vAlign w:val="center"/>
              </w:tcPr>
              <w:p w14:paraId="42777579" w14:textId="77777777" w:rsidR="00731502" w:rsidRPr="001E6A9A" w:rsidRDefault="00731502"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731502" w:rsidRPr="000D5D13" w14:paraId="793CFC83" w14:textId="77777777" w:rsidTr="00A476B3">
        <w:tc>
          <w:tcPr>
            <w:tcW w:w="3119" w:type="dxa"/>
            <w:shd w:val="clear" w:color="auto" w:fill="8BC540"/>
            <w:vAlign w:val="center"/>
          </w:tcPr>
          <w:p w14:paraId="394DC1A1" w14:textId="77777777" w:rsidR="00731502" w:rsidRPr="001E6A9A" w:rsidRDefault="00731502" w:rsidP="00A476B3">
            <w:pPr>
              <w:rPr>
                <w:rFonts w:ascii="Fira Sans Light" w:hAnsi="Fira Sans Light"/>
                <w:sz w:val="20"/>
                <w:szCs w:val="20"/>
                <w:lang w:val="de-DE"/>
              </w:rPr>
            </w:pPr>
            <w:r>
              <w:rPr>
                <w:rFonts w:ascii="Fira Sans Light" w:hAnsi="Fira Sans Light"/>
                <w:b/>
                <w:sz w:val="20"/>
                <w:szCs w:val="20"/>
                <w:lang w:val="de-DE"/>
              </w:rPr>
              <w:t>Anzahl der Optionsrechte</w:t>
            </w:r>
          </w:p>
        </w:tc>
        <w:sdt>
          <w:sdtPr>
            <w:rPr>
              <w:rFonts w:ascii="Fira Sans Light" w:hAnsi="Fira Sans Light"/>
              <w:sz w:val="20"/>
              <w:szCs w:val="20"/>
              <w:lang w:val="de-DE"/>
            </w:rPr>
            <w:id w:val="1340353942"/>
            <w:placeholder>
              <w:docPart w:val="C940192FF28F487CB08AA4CC39013F5F"/>
            </w:placeholder>
            <w:showingPlcHdr/>
            <w:text/>
          </w:sdtPr>
          <w:sdtEndPr/>
          <w:sdtContent>
            <w:tc>
              <w:tcPr>
                <w:tcW w:w="1488" w:type="dxa"/>
                <w:vAlign w:val="center"/>
              </w:tcPr>
              <w:p w14:paraId="770A1022" w14:textId="77777777" w:rsidR="00731502" w:rsidRPr="001E6A9A" w:rsidRDefault="00731502"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c>
          <w:tcPr>
            <w:tcW w:w="496" w:type="dxa"/>
            <w:shd w:val="clear" w:color="auto" w:fill="8BC540"/>
            <w:vAlign w:val="center"/>
          </w:tcPr>
          <w:p w14:paraId="5819CF9A" w14:textId="77777777" w:rsidR="00731502" w:rsidRPr="001E6A9A" w:rsidRDefault="00731502" w:rsidP="00A476B3">
            <w:pPr>
              <w:rPr>
                <w:rFonts w:ascii="Fira Sans Light" w:hAnsi="Fira Sans Light"/>
                <w:sz w:val="20"/>
                <w:szCs w:val="20"/>
                <w:lang w:val="de-DE"/>
              </w:rPr>
            </w:pPr>
            <w:r>
              <w:rPr>
                <w:rFonts w:ascii="Fira Sans Light" w:hAnsi="Fira Sans Light"/>
                <w:sz w:val="20"/>
                <w:szCs w:val="20"/>
                <w:lang w:val="de-DE"/>
              </w:rPr>
              <w:t>á</w:t>
            </w:r>
          </w:p>
        </w:tc>
        <w:tc>
          <w:tcPr>
            <w:tcW w:w="4111" w:type="dxa"/>
            <w:vAlign w:val="center"/>
          </w:tcPr>
          <w:p w14:paraId="713E2C78" w14:textId="77777777" w:rsidR="00731502" w:rsidRPr="001E6A9A" w:rsidRDefault="00332E90" w:rsidP="00A476B3">
            <w:pPr>
              <w:rPr>
                <w:rFonts w:ascii="Fira Sans Light" w:hAnsi="Fira Sans Light"/>
                <w:sz w:val="20"/>
                <w:szCs w:val="20"/>
                <w:lang w:val="de-DE"/>
              </w:rPr>
            </w:pPr>
            <w:sdt>
              <w:sdtPr>
                <w:rPr>
                  <w:rFonts w:ascii="Fira Sans Light" w:hAnsi="Fira Sans Light"/>
                  <w:sz w:val="20"/>
                  <w:szCs w:val="20"/>
                  <w:lang w:val="de-DE"/>
                </w:rPr>
                <w:id w:val="691495260"/>
                <w:placeholder>
                  <w:docPart w:val="FB03A6D4C5BF45F79DA8DE57762E2814"/>
                </w:placeholder>
                <w:showingPlcHdr/>
                <w:text/>
              </w:sdtPr>
              <w:sdtEndPr/>
              <w:sdtContent>
                <w:r w:rsidR="00731502">
                  <w:rPr>
                    <w:rFonts w:ascii="Fira Sans Light" w:hAnsi="Fira Sans Light"/>
                    <w:sz w:val="20"/>
                    <w:szCs w:val="20"/>
                    <w:lang w:val="de-DE"/>
                  </w:rPr>
                  <w:t>[</w:t>
                </w:r>
                <w:r w:rsidR="00731502" w:rsidRPr="001E6A9A">
                  <w:rPr>
                    <w:rFonts w:ascii="Fira Sans Light" w:hAnsi="Fira Sans Light"/>
                    <w:sz w:val="20"/>
                    <w:szCs w:val="20"/>
                    <w:lang w:val="de-DE"/>
                  </w:rPr>
                  <w:t xml:space="preserve"> </w:t>
                </w:r>
                <w:r w:rsidR="00731502">
                  <w:rPr>
                    <w:rFonts w:ascii="Fira Sans Light" w:hAnsi="Fira Sans Light"/>
                    <w:sz w:val="20"/>
                    <w:szCs w:val="20"/>
                    <w:lang w:val="de-DE"/>
                  </w:rPr>
                  <w:t>…]</w:t>
                </w:r>
                <w:r w:rsidR="00731502" w:rsidRPr="001E6A9A">
                  <w:rPr>
                    <w:sz w:val="20"/>
                    <w:szCs w:val="20"/>
                    <w:lang w:val="de-DE"/>
                  </w:rPr>
                  <w:t xml:space="preserve"> </w:t>
                </w:r>
              </w:sdtContent>
            </w:sdt>
            <w:r w:rsidR="00731502">
              <w:rPr>
                <w:rFonts w:ascii="Fira Sans Light" w:hAnsi="Fira Sans Light"/>
                <w:sz w:val="20"/>
                <w:szCs w:val="20"/>
                <w:lang w:val="de-DE"/>
              </w:rPr>
              <w:t xml:space="preserve"> Jahre</w:t>
            </w:r>
          </w:p>
        </w:tc>
      </w:tr>
      <w:tr w:rsidR="00731502" w:rsidRPr="000D5D13" w14:paraId="4F70E303" w14:textId="77777777" w:rsidTr="00A476B3">
        <w:tc>
          <w:tcPr>
            <w:tcW w:w="3119" w:type="dxa"/>
            <w:shd w:val="clear" w:color="auto" w:fill="8BC540"/>
          </w:tcPr>
          <w:p w14:paraId="33B036C9" w14:textId="77777777" w:rsidR="00731502" w:rsidRPr="00F766A7" w:rsidRDefault="00731502" w:rsidP="00A476B3">
            <w:pPr>
              <w:rPr>
                <w:rFonts w:ascii="Fira Sans Light" w:hAnsi="Fira Sans Light"/>
                <w:b/>
                <w:sz w:val="20"/>
                <w:szCs w:val="20"/>
                <w:lang w:val="de-DE"/>
              </w:rPr>
            </w:pPr>
            <w:r>
              <w:rPr>
                <w:rFonts w:ascii="Fira Sans Light" w:hAnsi="Fira Sans Light"/>
                <w:b/>
                <w:sz w:val="20"/>
                <w:szCs w:val="20"/>
                <w:lang w:val="de-DE"/>
              </w:rPr>
              <w:t xml:space="preserve">Fläche </w:t>
            </w:r>
          </w:p>
        </w:tc>
        <w:sdt>
          <w:sdtPr>
            <w:rPr>
              <w:rFonts w:ascii="Fira Sans Light" w:hAnsi="Fira Sans Light"/>
              <w:sz w:val="20"/>
              <w:szCs w:val="20"/>
              <w:lang w:val="de-DE"/>
            </w:rPr>
            <w:id w:val="1608303685"/>
            <w:placeholder>
              <w:docPart w:val="3BD0E15BD88D494091A41AFA57669313"/>
            </w:placeholder>
            <w:showingPlcHdr/>
            <w:text/>
          </w:sdtPr>
          <w:sdtEndPr/>
          <w:sdtContent>
            <w:tc>
              <w:tcPr>
                <w:tcW w:w="6095" w:type="dxa"/>
                <w:gridSpan w:val="3"/>
                <w:vAlign w:val="center"/>
              </w:tcPr>
              <w:p w14:paraId="0A3286FA" w14:textId="77777777" w:rsidR="00731502" w:rsidRPr="001E6A9A" w:rsidRDefault="00731502"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731502" w:rsidRPr="000D5D13" w14:paraId="3AA1A215" w14:textId="77777777" w:rsidTr="00A476B3">
        <w:tc>
          <w:tcPr>
            <w:tcW w:w="3119" w:type="dxa"/>
            <w:shd w:val="clear" w:color="auto" w:fill="8BC540"/>
          </w:tcPr>
          <w:p w14:paraId="38C1BACA" w14:textId="77777777" w:rsidR="00731502" w:rsidRPr="00F766A7" w:rsidRDefault="00731502" w:rsidP="00A476B3">
            <w:pPr>
              <w:rPr>
                <w:rFonts w:ascii="Fira Sans Light" w:hAnsi="Fira Sans Light"/>
                <w:b/>
                <w:sz w:val="20"/>
                <w:szCs w:val="20"/>
                <w:lang w:val="de-DE"/>
              </w:rPr>
            </w:pPr>
            <w:r>
              <w:rPr>
                <w:rFonts w:ascii="Fira Sans Light" w:hAnsi="Fira Sans Light"/>
                <w:b/>
                <w:sz w:val="20"/>
                <w:szCs w:val="20"/>
                <w:lang w:val="de-DE"/>
              </w:rPr>
              <w:t>Anzahl vorhandener Arbeitsplätze</w:t>
            </w:r>
          </w:p>
        </w:tc>
        <w:sdt>
          <w:sdtPr>
            <w:rPr>
              <w:rFonts w:ascii="Fira Sans Light" w:hAnsi="Fira Sans Light"/>
              <w:sz w:val="20"/>
              <w:szCs w:val="20"/>
              <w:lang w:val="de-DE"/>
            </w:rPr>
            <w:id w:val="-84921114"/>
            <w:placeholder>
              <w:docPart w:val="2A7E0C5DC80849B1AD8127D8732CB359"/>
            </w:placeholder>
            <w:showingPlcHdr/>
            <w:text/>
          </w:sdtPr>
          <w:sdtEndPr/>
          <w:sdtContent>
            <w:tc>
              <w:tcPr>
                <w:tcW w:w="6095" w:type="dxa"/>
                <w:gridSpan w:val="3"/>
                <w:vAlign w:val="center"/>
              </w:tcPr>
              <w:p w14:paraId="7B27A2E8" w14:textId="77777777" w:rsidR="00731502" w:rsidRPr="001E6A9A" w:rsidRDefault="00731502"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731502" w:rsidRPr="004E48B9" w14:paraId="3BEFA7A5" w14:textId="77777777" w:rsidTr="00A476B3">
        <w:tc>
          <w:tcPr>
            <w:tcW w:w="3119" w:type="dxa"/>
            <w:shd w:val="clear" w:color="auto" w:fill="8BC540"/>
          </w:tcPr>
          <w:p w14:paraId="65D3C696" w14:textId="77777777" w:rsidR="00731502" w:rsidRPr="00F766A7" w:rsidRDefault="00731502" w:rsidP="00A476B3">
            <w:pPr>
              <w:rPr>
                <w:rFonts w:ascii="Fira Sans Light" w:hAnsi="Fira Sans Light"/>
                <w:b/>
                <w:sz w:val="20"/>
                <w:szCs w:val="20"/>
                <w:lang w:val="de-DE"/>
              </w:rPr>
            </w:pPr>
            <w:r>
              <w:rPr>
                <w:rFonts w:ascii="Fira Sans Light" w:hAnsi="Fira Sans Light"/>
                <w:b/>
                <w:sz w:val="20"/>
                <w:szCs w:val="20"/>
                <w:lang w:val="de-DE"/>
              </w:rPr>
              <w:t>Können auf der bestehenden Fläche weitere Arbeitsplätze eingerichtet werden?</w:t>
            </w:r>
          </w:p>
        </w:tc>
        <w:tc>
          <w:tcPr>
            <w:tcW w:w="6095" w:type="dxa"/>
            <w:gridSpan w:val="3"/>
            <w:vAlign w:val="center"/>
          </w:tcPr>
          <w:p w14:paraId="087642DC" w14:textId="77777777" w:rsidR="00731502" w:rsidRPr="001E6A9A" w:rsidRDefault="00332E90" w:rsidP="00A476B3">
            <w:pPr>
              <w:rPr>
                <w:rFonts w:ascii="Fira Sans Light" w:hAnsi="Fira Sans Light"/>
                <w:sz w:val="20"/>
                <w:szCs w:val="20"/>
                <w:lang w:val="de-DE"/>
              </w:rPr>
            </w:pPr>
            <w:sdt>
              <w:sdtPr>
                <w:rPr>
                  <w:rFonts w:ascii="Fira Sans Light" w:hAnsi="Fira Sans Light"/>
                  <w:sz w:val="20"/>
                  <w:szCs w:val="20"/>
                  <w:lang w:val="de-DE"/>
                </w:rPr>
                <w:id w:val="-1163311967"/>
                <w14:checkbox>
                  <w14:checked w14:val="0"/>
                  <w14:checkedState w14:val="2612" w14:font="MS Gothic"/>
                  <w14:uncheckedState w14:val="2610" w14:font="MS Gothic"/>
                </w14:checkbox>
              </w:sdtPr>
              <w:sdtEndPr/>
              <w:sdtContent>
                <w:r w:rsidR="00731502">
                  <w:rPr>
                    <w:rFonts w:ascii="MS Gothic" w:eastAsia="MS Gothic" w:hAnsi="MS Gothic" w:hint="eastAsia"/>
                    <w:sz w:val="20"/>
                    <w:szCs w:val="20"/>
                    <w:lang w:val="de-DE"/>
                  </w:rPr>
                  <w:t>☐</w:t>
                </w:r>
              </w:sdtContent>
            </w:sdt>
            <w:r w:rsidR="00731502">
              <w:rPr>
                <w:rFonts w:ascii="Fira Sans Light" w:hAnsi="Fira Sans Light"/>
                <w:sz w:val="20"/>
                <w:szCs w:val="20"/>
                <w:lang w:val="de-DE"/>
              </w:rPr>
              <w:t xml:space="preserve"> nein   </w:t>
            </w:r>
            <w:sdt>
              <w:sdtPr>
                <w:rPr>
                  <w:rFonts w:ascii="Fira Sans Light" w:hAnsi="Fira Sans Light"/>
                  <w:sz w:val="20"/>
                  <w:szCs w:val="20"/>
                  <w:lang w:val="de-DE"/>
                </w:rPr>
                <w:id w:val="565302392"/>
                <w14:checkbox>
                  <w14:checked w14:val="0"/>
                  <w14:checkedState w14:val="2612" w14:font="MS Gothic"/>
                  <w14:uncheckedState w14:val="2610" w14:font="MS Gothic"/>
                </w14:checkbox>
              </w:sdtPr>
              <w:sdtEndPr/>
              <w:sdtContent>
                <w:r w:rsidR="00731502">
                  <w:rPr>
                    <w:rFonts w:ascii="MS Gothic" w:eastAsia="MS Gothic" w:hAnsi="MS Gothic" w:hint="eastAsia"/>
                    <w:sz w:val="20"/>
                    <w:szCs w:val="20"/>
                    <w:lang w:val="de-DE"/>
                  </w:rPr>
                  <w:t>☐</w:t>
                </w:r>
              </w:sdtContent>
            </w:sdt>
            <w:r w:rsidR="00731502">
              <w:rPr>
                <w:rFonts w:ascii="Fira Sans Light" w:hAnsi="Fira Sans Light"/>
                <w:sz w:val="20"/>
                <w:szCs w:val="20"/>
                <w:lang w:val="de-DE"/>
              </w:rPr>
              <w:t xml:space="preserve"> ja, es können </w:t>
            </w:r>
            <w:sdt>
              <w:sdtPr>
                <w:rPr>
                  <w:rFonts w:ascii="Fira Sans Light" w:hAnsi="Fira Sans Light"/>
                  <w:sz w:val="20"/>
                  <w:szCs w:val="20"/>
                  <w:lang w:val="de-DE"/>
                </w:rPr>
                <w:id w:val="1526140284"/>
                <w:placeholder>
                  <w:docPart w:val="E43BC20C7BE24601A3662B2342738CF3"/>
                </w:placeholder>
                <w:showingPlcHdr/>
                <w:text/>
              </w:sdtPr>
              <w:sdtEndPr/>
              <w:sdtContent>
                <w:r w:rsidR="00731502">
                  <w:rPr>
                    <w:rFonts w:ascii="Fira Sans Light" w:hAnsi="Fira Sans Light"/>
                    <w:sz w:val="20"/>
                    <w:szCs w:val="20"/>
                    <w:lang w:val="de-DE"/>
                  </w:rPr>
                  <w:t>[…]</w:t>
                </w:r>
                <w:r w:rsidR="00731502" w:rsidRPr="001E6A9A">
                  <w:rPr>
                    <w:sz w:val="20"/>
                    <w:szCs w:val="20"/>
                    <w:lang w:val="de-DE"/>
                  </w:rPr>
                  <w:t xml:space="preserve"> </w:t>
                </w:r>
              </w:sdtContent>
            </w:sdt>
            <w:r w:rsidR="00731502">
              <w:rPr>
                <w:rFonts w:ascii="Fira Sans Light" w:hAnsi="Fira Sans Light"/>
                <w:sz w:val="20"/>
                <w:szCs w:val="20"/>
                <w:lang w:val="de-DE"/>
              </w:rPr>
              <w:t>weitere Arbeitsplätze eingerichtet               werden.</w:t>
            </w:r>
          </w:p>
        </w:tc>
      </w:tr>
      <w:tr w:rsidR="00731502" w:rsidRPr="000D5D13" w14:paraId="39168CC0" w14:textId="77777777" w:rsidTr="00A476B3">
        <w:tc>
          <w:tcPr>
            <w:tcW w:w="3119" w:type="dxa"/>
            <w:shd w:val="clear" w:color="auto" w:fill="8BC540"/>
          </w:tcPr>
          <w:p w14:paraId="73FF47D8" w14:textId="77777777" w:rsidR="00731502" w:rsidRPr="00F766A7" w:rsidRDefault="00731502" w:rsidP="00A476B3">
            <w:pPr>
              <w:rPr>
                <w:rFonts w:ascii="Fira Sans Light" w:hAnsi="Fira Sans Light"/>
                <w:b/>
                <w:sz w:val="20"/>
                <w:szCs w:val="20"/>
                <w:lang w:val="de-DE"/>
              </w:rPr>
            </w:pPr>
            <w:r>
              <w:rPr>
                <w:rFonts w:ascii="Fira Sans Light" w:hAnsi="Fira Sans Light"/>
                <w:b/>
                <w:sz w:val="20"/>
                <w:szCs w:val="20"/>
                <w:lang w:val="de-DE"/>
              </w:rPr>
              <w:t>Können im Objekt weitere Flächen angemietet werden?</w:t>
            </w:r>
          </w:p>
        </w:tc>
        <w:tc>
          <w:tcPr>
            <w:tcW w:w="6095" w:type="dxa"/>
            <w:gridSpan w:val="3"/>
            <w:vAlign w:val="center"/>
          </w:tcPr>
          <w:p w14:paraId="237420AF" w14:textId="77777777" w:rsidR="00731502" w:rsidRPr="001E6A9A" w:rsidRDefault="00332E90" w:rsidP="00A476B3">
            <w:pPr>
              <w:rPr>
                <w:rFonts w:ascii="Fira Sans Light" w:hAnsi="Fira Sans Light"/>
                <w:sz w:val="20"/>
                <w:szCs w:val="20"/>
                <w:lang w:val="de-DE"/>
              </w:rPr>
            </w:pPr>
            <w:sdt>
              <w:sdtPr>
                <w:rPr>
                  <w:rFonts w:ascii="Fira Sans Light" w:hAnsi="Fira Sans Light"/>
                  <w:sz w:val="20"/>
                  <w:szCs w:val="20"/>
                  <w:lang w:val="de-DE"/>
                </w:rPr>
                <w:id w:val="-1440595207"/>
                <w14:checkbox>
                  <w14:checked w14:val="0"/>
                  <w14:checkedState w14:val="2612" w14:font="MS Gothic"/>
                  <w14:uncheckedState w14:val="2610" w14:font="MS Gothic"/>
                </w14:checkbox>
              </w:sdtPr>
              <w:sdtEndPr/>
              <w:sdtContent>
                <w:r w:rsidR="00731502">
                  <w:rPr>
                    <w:rFonts w:ascii="MS Gothic" w:eastAsia="MS Gothic" w:hAnsi="MS Gothic" w:hint="eastAsia"/>
                    <w:sz w:val="20"/>
                    <w:szCs w:val="20"/>
                    <w:lang w:val="de-DE"/>
                  </w:rPr>
                  <w:t>☐</w:t>
                </w:r>
              </w:sdtContent>
            </w:sdt>
            <w:r w:rsidR="00731502">
              <w:rPr>
                <w:rFonts w:ascii="Fira Sans Light" w:hAnsi="Fira Sans Light"/>
                <w:sz w:val="20"/>
                <w:szCs w:val="20"/>
                <w:lang w:val="de-DE"/>
              </w:rPr>
              <w:t xml:space="preserve"> nein   </w:t>
            </w:r>
            <w:sdt>
              <w:sdtPr>
                <w:rPr>
                  <w:rFonts w:ascii="Fira Sans Light" w:hAnsi="Fira Sans Light"/>
                  <w:sz w:val="20"/>
                  <w:szCs w:val="20"/>
                  <w:lang w:val="de-DE"/>
                </w:rPr>
                <w:id w:val="-1575430739"/>
                <w14:checkbox>
                  <w14:checked w14:val="0"/>
                  <w14:checkedState w14:val="2612" w14:font="MS Gothic"/>
                  <w14:uncheckedState w14:val="2610" w14:font="MS Gothic"/>
                </w14:checkbox>
              </w:sdtPr>
              <w:sdtEndPr/>
              <w:sdtContent>
                <w:r w:rsidR="00731502">
                  <w:rPr>
                    <w:rFonts w:ascii="MS Gothic" w:eastAsia="MS Gothic" w:hAnsi="MS Gothic" w:hint="eastAsia"/>
                    <w:sz w:val="20"/>
                    <w:szCs w:val="20"/>
                    <w:lang w:val="de-DE"/>
                  </w:rPr>
                  <w:t>☐</w:t>
                </w:r>
              </w:sdtContent>
            </w:sdt>
            <w:r w:rsidR="00731502">
              <w:rPr>
                <w:rFonts w:ascii="Fira Sans Light" w:hAnsi="Fira Sans Light"/>
                <w:sz w:val="20"/>
                <w:szCs w:val="20"/>
                <w:lang w:val="de-DE"/>
              </w:rPr>
              <w:t xml:space="preserve"> ja, es können weitere </w:t>
            </w:r>
            <w:sdt>
              <w:sdtPr>
                <w:rPr>
                  <w:rFonts w:ascii="Fira Sans Light" w:hAnsi="Fira Sans Light"/>
                  <w:sz w:val="20"/>
                  <w:szCs w:val="20"/>
                  <w:lang w:val="de-DE"/>
                </w:rPr>
                <w:id w:val="-1091617886"/>
                <w:placeholder>
                  <w:docPart w:val="41E132E3953644A6B08D2F7323B5F854"/>
                </w:placeholder>
                <w:showingPlcHdr/>
                <w:text/>
              </w:sdtPr>
              <w:sdtEndPr/>
              <w:sdtContent>
                <w:r w:rsidR="00731502">
                  <w:rPr>
                    <w:rFonts w:ascii="Fira Sans Light" w:hAnsi="Fira Sans Light"/>
                    <w:sz w:val="20"/>
                    <w:szCs w:val="20"/>
                    <w:lang w:val="de-DE"/>
                  </w:rPr>
                  <w:t>[…]</w:t>
                </w:r>
                <w:r w:rsidR="00731502" w:rsidRPr="001E6A9A">
                  <w:rPr>
                    <w:sz w:val="20"/>
                    <w:szCs w:val="20"/>
                    <w:lang w:val="de-DE"/>
                  </w:rPr>
                  <w:t xml:space="preserve"> </w:t>
                </w:r>
              </w:sdtContent>
            </w:sdt>
            <w:r w:rsidR="00731502">
              <w:rPr>
                <w:rFonts w:ascii="Fira Sans Light" w:hAnsi="Fira Sans Light"/>
                <w:sz w:val="20"/>
                <w:szCs w:val="20"/>
                <w:lang w:val="de-DE"/>
              </w:rPr>
              <w:t>qm angemietet werden.</w:t>
            </w:r>
          </w:p>
        </w:tc>
      </w:tr>
    </w:tbl>
    <w:p w14:paraId="64E52DE4" w14:textId="77777777" w:rsidR="00A727BA" w:rsidRDefault="00A727BA" w:rsidP="00731502">
      <w:pPr>
        <w:spacing w:after="0" w:line="240" w:lineRule="auto"/>
        <w:rPr>
          <w:rFonts w:ascii="Fira Sans" w:eastAsiaTheme="majorEastAsia" w:hAnsi="Fira Sans" w:cstheme="majorBidi"/>
          <w:color w:val="4A4A4A"/>
          <w:spacing w:val="5"/>
          <w:kern w:val="28"/>
          <w:sz w:val="20"/>
          <w:szCs w:val="20"/>
          <w:lang w:val="de-DE"/>
        </w:rPr>
      </w:pPr>
    </w:p>
    <w:p w14:paraId="766EB316" w14:textId="77777777" w:rsidR="00A727BA" w:rsidRDefault="00A727BA" w:rsidP="00731502">
      <w:pPr>
        <w:spacing w:after="0" w:line="240" w:lineRule="auto"/>
        <w:rPr>
          <w:rFonts w:ascii="Fira Sans" w:eastAsiaTheme="majorEastAsia" w:hAnsi="Fira Sans" w:cstheme="majorBidi"/>
          <w:color w:val="4A4A4A"/>
          <w:spacing w:val="5"/>
          <w:kern w:val="28"/>
          <w:sz w:val="20"/>
          <w:szCs w:val="20"/>
          <w:lang w:val="de-DE"/>
        </w:rPr>
      </w:pPr>
    </w:p>
    <w:tbl>
      <w:tblPr>
        <w:tblStyle w:val="Tabellenraster"/>
        <w:tblW w:w="9214" w:type="dxa"/>
        <w:tblInd w:w="-5" w:type="dxa"/>
        <w:tblLayout w:type="fixed"/>
        <w:tblCellMar>
          <w:top w:w="57" w:type="dxa"/>
          <w:bottom w:w="57" w:type="dxa"/>
        </w:tblCellMar>
        <w:tblLook w:val="04A0" w:firstRow="1" w:lastRow="0" w:firstColumn="1" w:lastColumn="0" w:noHBand="0" w:noVBand="1"/>
      </w:tblPr>
      <w:tblGrid>
        <w:gridCol w:w="3119"/>
        <w:gridCol w:w="1488"/>
        <w:gridCol w:w="496"/>
        <w:gridCol w:w="4111"/>
      </w:tblGrid>
      <w:tr w:rsidR="00A727BA" w:rsidRPr="000D5D13" w14:paraId="049F3AFE" w14:textId="77777777" w:rsidTr="00A476B3">
        <w:tc>
          <w:tcPr>
            <w:tcW w:w="3119" w:type="dxa"/>
            <w:shd w:val="clear" w:color="auto" w:fill="8BC540"/>
          </w:tcPr>
          <w:p w14:paraId="66D8845D" w14:textId="77777777" w:rsidR="00A727BA" w:rsidRDefault="00A727BA" w:rsidP="00A476B3">
            <w:pPr>
              <w:rPr>
                <w:rFonts w:ascii="Fira Sans Light" w:hAnsi="Fira Sans Light"/>
                <w:b/>
                <w:sz w:val="20"/>
                <w:szCs w:val="20"/>
                <w:lang w:val="de-DE"/>
              </w:rPr>
            </w:pPr>
            <w:r>
              <w:rPr>
                <w:rFonts w:ascii="Fira Sans Light" w:hAnsi="Fira Sans Light"/>
                <w:b/>
                <w:sz w:val="20"/>
                <w:szCs w:val="20"/>
                <w:lang w:val="de-DE"/>
              </w:rPr>
              <w:t>Anschrift:</w:t>
            </w:r>
          </w:p>
        </w:tc>
        <w:tc>
          <w:tcPr>
            <w:tcW w:w="6095" w:type="dxa"/>
            <w:gridSpan w:val="3"/>
            <w:vAlign w:val="center"/>
          </w:tcPr>
          <w:p w14:paraId="1B5AC75F" w14:textId="77777777" w:rsidR="00A727BA" w:rsidRPr="001E6A9A" w:rsidRDefault="00A727BA" w:rsidP="00A476B3">
            <w:pPr>
              <w:rPr>
                <w:rFonts w:ascii="Fira Sans Light" w:hAnsi="Fira Sans Light"/>
                <w:sz w:val="20"/>
                <w:szCs w:val="20"/>
                <w:lang w:val="de-DE"/>
              </w:rPr>
            </w:pPr>
          </w:p>
        </w:tc>
      </w:tr>
      <w:tr w:rsidR="00A727BA" w:rsidRPr="000D5D13" w14:paraId="4DE60A9E" w14:textId="77777777" w:rsidTr="00A476B3">
        <w:tc>
          <w:tcPr>
            <w:tcW w:w="3119" w:type="dxa"/>
            <w:shd w:val="clear" w:color="auto" w:fill="8BC540"/>
          </w:tcPr>
          <w:p w14:paraId="6BA6CD94" w14:textId="77777777" w:rsidR="00A727BA" w:rsidRPr="00F766A7" w:rsidRDefault="00A727BA" w:rsidP="00A476B3">
            <w:pPr>
              <w:rPr>
                <w:rFonts w:ascii="Fira Sans Light" w:hAnsi="Fira Sans Light"/>
                <w:b/>
                <w:sz w:val="20"/>
                <w:szCs w:val="20"/>
                <w:lang w:val="de-DE"/>
              </w:rPr>
            </w:pPr>
            <w:r>
              <w:rPr>
                <w:rFonts w:ascii="Fira Sans Light" w:hAnsi="Fira Sans Light"/>
                <w:b/>
                <w:sz w:val="20"/>
                <w:szCs w:val="20"/>
                <w:lang w:val="de-DE"/>
              </w:rPr>
              <w:t>Nutzungsart der Immobilie</w:t>
            </w:r>
          </w:p>
        </w:tc>
        <w:tc>
          <w:tcPr>
            <w:tcW w:w="6095" w:type="dxa"/>
            <w:gridSpan w:val="3"/>
            <w:vAlign w:val="center"/>
          </w:tcPr>
          <w:p w14:paraId="7929A684" w14:textId="77777777" w:rsidR="00A727BA" w:rsidRPr="001E6A9A" w:rsidRDefault="00332E90" w:rsidP="00A476B3">
            <w:pPr>
              <w:rPr>
                <w:rFonts w:ascii="Fira Sans Light" w:hAnsi="Fira Sans Light"/>
                <w:sz w:val="20"/>
                <w:szCs w:val="20"/>
                <w:lang w:val="de-DE"/>
              </w:rPr>
            </w:pPr>
            <w:sdt>
              <w:sdtPr>
                <w:rPr>
                  <w:rFonts w:ascii="Fira Sans Light" w:hAnsi="Fira Sans Light"/>
                  <w:sz w:val="20"/>
                  <w:szCs w:val="20"/>
                  <w:lang w:val="de-DE"/>
                </w:rPr>
                <w:id w:val="-2130692726"/>
                <w14:checkbox>
                  <w14:checked w14:val="0"/>
                  <w14:checkedState w14:val="2612" w14:font="MS Gothic"/>
                  <w14:uncheckedState w14:val="2610" w14:font="MS Gothic"/>
                </w14:checkbox>
              </w:sdtPr>
              <w:sdtEndPr/>
              <w:sdtContent>
                <w:r w:rsidR="00A727BA" w:rsidRPr="001E6A9A">
                  <w:rPr>
                    <w:rFonts w:ascii="MS Gothic" w:eastAsia="MS Gothic" w:hAnsi="MS Gothic" w:hint="eastAsia"/>
                    <w:sz w:val="20"/>
                    <w:szCs w:val="20"/>
                    <w:lang w:val="de-DE"/>
                  </w:rPr>
                  <w:t>☐</w:t>
                </w:r>
              </w:sdtContent>
            </w:sdt>
            <w:r w:rsidR="00A727BA" w:rsidRPr="001E6A9A">
              <w:rPr>
                <w:rFonts w:ascii="Fira Sans Light" w:hAnsi="Fira Sans Light"/>
                <w:sz w:val="20"/>
                <w:szCs w:val="20"/>
                <w:lang w:val="de-DE"/>
              </w:rPr>
              <w:t xml:space="preserve"> </w:t>
            </w:r>
            <w:r w:rsidR="00A727BA">
              <w:rPr>
                <w:rFonts w:ascii="Fira Sans Light" w:hAnsi="Fira Sans Light"/>
                <w:sz w:val="20"/>
                <w:szCs w:val="20"/>
                <w:lang w:val="de-DE"/>
              </w:rPr>
              <w:t>Eigentum</w:t>
            </w:r>
            <w:r w:rsidR="00A727BA" w:rsidRPr="001E6A9A">
              <w:rPr>
                <w:rFonts w:ascii="Fira Sans Light" w:hAnsi="Fira Sans Light"/>
                <w:sz w:val="20"/>
                <w:szCs w:val="20"/>
                <w:lang w:val="de-DE"/>
              </w:rPr>
              <w:t xml:space="preserve">   </w:t>
            </w:r>
            <w:sdt>
              <w:sdtPr>
                <w:rPr>
                  <w:rFonts w:ascii="Fira Sans Light" w:hAnsi="Fira Sans Light"/>
                  <w:sz w:val="20"/>
                  <w:szCs w:val="20"/>
                  <w:lang w:val="de-DE"/>
                </w:rPr>
                <w:id w:val="1286774383"/>
                <w14:checkbox>
                  <w14:checked w14:val="0"/>
                  <w14:checkedState w14:val="2612" w14:font="MS Gothic"/>
                  <w14:uncheckedState w14:val="2610" w14:font="MS Gothic"/>
                </w14:checkbox>
              </w:sdtPr>
              <w:sdtEndPr/>
              <w:sdtContent>
                <w:r w:rsidR="00A727BA" w:rsidRPr="001E6A9A">
                  <w:rPr>
                    <w:rFonts w:ascii="MS Gothic" w:eastAsia="MS Gothic" w:hAnsi="MS Gothic" w:hint="eastAsia"/>
                    <w:sz w:val="20"/>
                    <w:szCs w:val="20"/>
                    <w:lang w:val="de-DE"/>
                  </w:rPr>
                  <w:t>☐</w:t>
                </w:r>
              </w:sdtContent>
            </w:sdt>
            <w:r w:rsidR="00A727BA" w:rsidRPr="001E6A9A">
              <w:rPr>
                <w:rFonts w:ascii="Fira Sans Light" w:hAnsi="Fira Sans Light"/>
                <w:sz w:val="20"/>
                <w:szCs w:val="20"/>
                <w:lang w:val="de-DE"/>
              </w:rPr>
              <w:t xml:space="preserve"> </w:t>
            </w:r>
            <w:r w:rsidR="00A727BA">
              <w:rPr>
                <w:rFonts w:ascii="Fira Sans Light" w:hAnsi="Fira Sans Light"/>
                <w:sz w:val="20"/>
                <w:szCs w:val="20"/>
                <w:lang w:val="de-DE"/>
              </w:rPr>
              <w:t>Miete</w:t>
            </w:r>
          </w:p>
        </w:tc>
      </w:tr>
      <w:tr w:rsidR="00A727BA" w:rsidRPr="000D5D13" w14:paraId="3251150C" w14:textId="77777777" w:rsidTr="00A476B3">
        <w:tc>
          <w:tcPr>
            <w:tcW w:w="3119" w:type="dxa"/>
            <w:shd w:val="clear" w:color="auto" w:fill="8BC540"/>
            <w:vAlign w:val="center"/>
          </w:tcPr>
          <w:p w14:paraId="0D322233" w14:textId="77777777" w:rsidR="00A727BA" w:rsidRPr="00F766A7" w:rsidRDefault="00A727BA" w:rsidP="00A476B3">
            <w:pPr>
              <w:rPr>
                <w:rFonts w:ascii="Fira Sans Light" w:hAnsi="Fira Sans Light"/>
                <w:b/>
                <w:sz w:val="20"/>
                <w:szCs w:val="20"/>
                <w:lang w:val="de-DE"/>
              </w:rPr>
            </w:pPr>
            <w:r>
              <w:rPr>
                <w:rFonts w:ascii="Fira Sans Light" w:hAnsi="Fira Sans Light"/>
                <w:b/>
                <w:sz w:val="20"/>
                <w:szCs w:val="20"/>
                <w:lang w:val="de-DE"/>
              </w:rPr>
              <w:t>Festlaufzeit des Mietvertrages</w:t>
            </w:r>
          </w:p>
        </w:tc>
        <w:sdt>
          <w:sdtPr>
            <w:rPr>
              <w:rFonts w:ascii="Fira Sans Light" w:hAnsi="Fira Sans Light"/>
              <w:sz w:val="20"/>
              <w:szCs w:val="20"/>
              <w:lang w:val="de-DE"/>
            </w:rPr>
            <w:id w:val="1559813566"/>
            <w:placeholder>
              <w:docPart w:val="082F9F14E31543A0B5C92156898A9447"/>
            </w:placeholder>
            <w:showingPlcHdr/>
            <w:text/>
          </w:sdtPr>
          <w:sdtEndPr/>
          <w:sdtContent>
            <w:tc>
              <w:tcPr>
                <w:tcW w:w="6095" w:type="dxa"/>
                <w:gridSpan w:val="3"/>
                <w:vAlign w:val="center"/>
              </w:tcPr>
              <w:p w14:paraId="5756A6FD" w14:textId="77777777" w:rsidR="00A727BA" w:rsidRPr="001E6A9A" w:rsidRDefault="00A727BA"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A727BA" w:rsidRPr="000D5D13" w14:paraId="2BCC4D88" w14:textId="77777777" w:rsidTr="00A476B3">
        <w:tc>
          <w:tcPr>
            <w:tcW w:w="3119" w:type="dxa"/>
            <w:shd w:val="clear" w:color="auto" w:fill="8BC540"/>
            <w:vAlign w:val="center"/>
          </w:tcPr>
          <w:p w14:paraId="6BA13EBB" w14:textId="77777777" w:rsidR="00A727BA" w:rsidRPr="001E6A9A" w:rsidRDefault="00A727BA" w:rsidP="00A476B3">
            <w:pPr>
              <w:rPr>
                <w:rFonts w:ascii="Fira Sans Light" w:hAnsi="Fira Sans Light"/>
                <w:sz w:val="20"/>
                <w:szCs w:val="20"/>
                <w:lang w:val="de-DE"/>
              </w:rPr>
            </w:pPr>
            <w:r>
              <w:rPr>
                <w:rFonts w:ascii="Fira Sans Light" w:hAnsi="Fira Sans Light"/>
                <w:b/>
                <w:sz w:val="20"/>
                <w:szCs w:val="20"/>
                <w:lang w:val="de-DE"/>
              </w:rPr>
              <w:t>Anzahl der Optionsrechte</w:t>
            </w:r>
          </w:p>
        </w:tc>
        <w:sdt>
          <w:sdtPr>
            <w:rPr>
              <w:rFonts w:ascii="Fira Sans Light" w:hAnsi="Fira Sans Light"/>
              <w:sz w:val="20"/>
              <w:szCs w:val="20"/>
              <w:lang w:val="de-DE"/>
            </w:rPr>
            <w:id w:val="755251421"/>
            <w:placeholder>
              <w:docPart w:val="439C5FE805B84FEF9546BC67D7AA5759"/>
            </w:placeholder>
            <w:showingPlcHdr/>
            <w:text/>
          </w:sdtPr>
          <w:sdtEndPr/>
          <w:sdtContent>
            <w:tc>
              <w:tcPr>
                <w:tcW w:w="1488" w:type="dxa"/>
                <w:vAlign w:val="center"/>
              </w:tcPr>
              <w:p w14:paraId="23F06FD1" w14:textId="77777777" w:rsidR="00A727BA" w:rsidRPr="001E6A9A" w:rsidRDefault="00A727BA"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c>
          <w:tcPr>
            <w:tcW w:w="496" w:type="dxa"/>
            <w:shd w:val="clear" w:color="auto" w:fill="8BC540"/>
            <w:vAlign w:val="center"/>
          </w:tcPr>
          <w:p w14:paraId="59FE5D58" w14:textId="77777777" w:rsidR="00A727BA" w:rsidRPr="001E6A9A" w:rsidRDefault="00A727BA" w:rsidP="00A476B3">
            <w:pPr>
              <w:rPr>
                <w:rFonts w:ascii="Fira Sans Light" w:hAnsi="Fira Sans Light"/>
                <w:sz w:val="20"/>
                <w:szCs w:val="20"/>
                <w:lang w:val="de-DE"/>
              </w:rPr>
            </w:pPr>
            <w:r>
              <w:rPr>
                <w:rFonts w:ascii="Fira Sans Light" w:hAnsi="Fira Sans Light"/>
                <w:sz w:val="20"/>
                <w:szCs w:val="20"/>
                <w:lang w:val="de-DE"/>
              </w:rPr>
              <w:t>á</w:t>
            </w:r>
          </w:p>
        </w:tc>
        <w:tc>
          <w:tcPr>
            <w:tcW w:w="4111" w:type="dxa"/>
            <w:vAlign w:val="center"/>
          </w:tcPr>
          <w:p w14:paraId="0E4FF08F" w14:textId="77777777" w:rsidR="00A727BA" w:rsidRPr="001E6A9A" w:rsidRDefault="00332E90" w:rsidP="00A476B3">
            <w:pPr>
              <w:rPr>
                <w:rFonts w:ascii="Fira Sans Light" w:hAnsi="Fira Sans Light"/>
                <w:sz w:val="20"/>
                <w:szCs w:val="20"/>
                <w:lang w:val="de-DE"/>
              </w:rPr>
            </w:pPr>
            <w:sdt>
              <w:sdtPr>
                <w:rPr>
                  <w:rFonts w:ascii="Fira Sans Light" w:hAnsi="Fira Sans Light"/>
                  <w:sz w:val="20"/>
                  <w:szCs w:val="20"/>
                  <w:lang w:val="de-DE"/>
                </w:rPr>
                <w:id w:val="-1070733696"/>
                <w:placeholder>
                  <w:docPart w:val="D9FE15D61B5A486A95420FA6E973D260"/>
                </w:placeholder>
                <w:showingPlcHdr/>
                <w:text/>
              </w:sdtPr>
              <w:sdtEndPr/>
              <w:sdtContent>
                <w:r w:rsidR="00A727BA">
                  <w:rPr>
                    <w:rFonts w:ascii="Fira Sans Light" w:hAnsi="Fira Sans Light"/>
                    <w:sz w:val="20"/>
                    <w:szCs w:val="20"/>
                    <w:lang w:val="de-DE"/>
                  </w:rPr>
                  <w:t>[</w:t>
                </w:r>
                <w:r w:rsidR="00A727BA" w:rsidRPr="001E6A9A">
                  <w:rPr>
                    <w:rFonts w:ascii="Fira Sans Light" w:hAnsi="Fira Sans Light"/>
                    <w:sz w:val="20"/>
                    <w:szCs w:val="20"/>
                    <w:lang w:val="de-DE"/>
                  </w:rPr>
                  <w:t xml:space="preserve"> </w:t>
                </w:r>
                <w:r w:rsidR="00A727BA">
                  <w:rPr>
                    <w:rFonts w:ascii="Fira Sans Light" w:hAnsi="Fira Sans Light"/>
                    <w:sz w:val="20"/>
                    <w:szCs w:val="20"/>
                    <w:lang w:val="de-DE"/>
                  </w:rPr>
                  <w:t>…]</w:t>
                </w:r>
                <w:r w:rsidR="00A727BA" w:rsidRPr="001E6A9A">
                  <w:rPr>
                    <w:sz w:val="20"/>
                    <w:szCs w:val="20"/>
                    <w:lang w:val="de-DE"/>
                  </w:rPr>
                  <w:t xml:space="preserve"> </w:t>
                </w:r>
              </w:sdtContent>
            </w:sdt>
            <w:r w:rsidR="00A727BA">
              <w:rPr>
                <w:rFonts w:ascii="Fira Sans Light" w:hAnsi="Fira Sans Light"/>
                <w:sz w:val="20"/>
                <w:szCs w:val="20"/>
                <w:lang w:val="de-DE"/>
              </w:rPr>
              <w:t xml:space="preserve"> Jahre</w:t>
            </w:r>
          </w:p>
        </w:tc>
      </w:tr>
      <w:tr w:rsidR="00A727BA" w:rsidRPr="000D5D13" w14:paraId="5E1EB02F" w14:textId="77777777" w:rsidTr="00A476B3">
        <w:tc>
          <w:tcPr>
            <w:tcW w:w="3119" w:type="dxa"/>
            <w:shd w:val="clear" w:color="auto" w:fill="8BC540"/>
          </w:tcPr>
          <w:p w14:paraId="57C71AFE" w14:textId="77777777" w:rsidR="00A727BA" w:rsidRPr="00F766A7" w:rsidRDefault="00A727BA" w:rsidP="00A476B3">
            <w:pPr>
              <w:rPr>
                <w:rFonts w:ascii="Fira Sans Light" w:hAnsi="Fira Sans Light"/>
                <w:b/>
                <w:sz w:val="20"/>
                <w:szCs w:val="20"/>
                <w:lang w:val="de-DE"/>
              </w:rPr>
            </w:pPr>
            <w:r>
              <w:rPr>
                <w:rFonts w:ascii="Fira Sans Light" w:hAnsi="Fira Sans Light"/>
                <w:b/>
                <w:sz w:val="20"/>
                <w:szCs w:val="20"/>
                <w:lang w:val="de-DE"/>
              </w:rPr>
              <w:t xml:space="preserve">Fläche </w:t>
            </w:r>
          </w:p>
        </w:tc>
        <w:sdt>
          <w:sdtPr>
            <w:rPr>
              <w:rFonts w:ascii="Fira Sans Light" w:hAnsi="Fira Sans Light"/>
              <w:sz w:val="20"/>
              <w:szCs w:val="20"/>
              <w:lang w:val="de-DE"/>
            </w:rPr>
            <w:id w:val="632210403"/>
            <w:placeholder>
              <w:docPart w:val="202C07AFF05349C8A37F615B6D96BC69"/>
            </w:placeholder>
            <w:showingPlcHdr/>
            <w:text/>
          </w:sdtPr>
          <w:sdtEndPr/>
          <w:sdtContent>
            <w:tc>
              <w:tcPr>
                <w:tcW w:w="6095" w:type="dxa"/>
                <w:gridSpan w:val="3"/>
                <w:vAlign w:val="center"/>
              </w:tcPr>
              <w:p w14:paraId="0C637225" w14:textId="77777777" w:rsidR="00A727BA" w:rsidRPr="001E6A9A" w:rsidRDefault="00A727BA"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A727BA" w:rsidRPr="000D5D13" w14:paraId="1E5983DC" w14:textId="77777777" w:rsidTr="00A476B3">
        <w:tc>
          <w:tcPr>
            <w:tcW w:w="3119" w:type="dxa"/>
            <w:shd w:val="clear" w:color="auto" w:fill="8BC540"/>
          </w:tcPr>
          <w:p w14:paraId="5A59E47F" w14:textId="77777777" w:rsidR="00A727BA" w:rsidRPr="00F766A7" w:rsidRDefault="00A727BA" w:rsidP="00A476B3">
            <w:pPr>
              <w:rPr>
                <w:rFonts w:ascii="Fira Sans Light" w:hAnsi="Fira Sans Light"/>
                <w:b/>
                <w:sz w:val="20"/>
                <w:szCs w:val="20"/>
                <w:lang w:val="de-DE"/>
              </w:rPr>
            </w:pPr>
            <w:r>
              <w:rPr>
                <w:rFonts w:ascii="Fira Sans Light" w:hAnsi="Fira Sans Light"/>
                <w:b/>
                <w:sz w:val="20"/>
                <w:szCs w:val="20"/>
                <w:lang w:val="de-DE"/>
              </w:rPr>
              <w:t>Anzahl vorhandener Arbeitsplätze</w:t>
            </w:r>
          </w:p>
        </w:tc>
        <w:sdt>
          <w:sdtPr>
            <w:rPr>
              <w:rFonts w:ascii="Fira Sans Light" w:hAnsi="Fira Sans Light"/>
              <w:sz w:val="20"/>
              <w:szCs w:val="20"/>
              <w:lang w:val="de-DE"/>
            </w:rPr>
            <w:id w:val="1215152347"/>
            <w:placeholder>
              <w:docPart w:val="3E8299A3D023467D8ED76D76150916B1"/>
            </w:placeholder>
            <w:showingPlcHdr/>
            <w:text/>
          </w:sdtPr>
          <w:sdtEndPr/>
          <w:sdtContent>
            <w:tc>
              <w:tcPr>
                <w:tcW w:w="6095" w:type="dxa"/>
                <w:gridSpan w:val="3"/>
                <w:vAlign w:val="center"/>
              </w:tcPr>
              <w:p w14:paraId="459FCBC8" w14:textId="77777777" w:rsidR="00A727BA" w:rsidRPr="001E6A9A" w:rsidRDefault="00A727BA"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A727BA" w:rsidRPr="004E48B9" w14:paraId="6F044640" w14:textId="77777777" w:rsidTr="00A476B3">
        <w:tc>
          <w:tcPr>
            <w:tcW w:w="3119" w:type="dxa"/>
            <w:shd w:val="clear" w:color="auto" w:fill="8BC540"/>
          </w:tcPr>
          <w:p w14:paraId="6B245E58" w14:textId="77777777" w:rsidR="00A727BA" w:rsidRPr="00F766A7" w:rsidRDefault="00A727BA" w:rsidP="00A476B3">
            <w:pPr>
              <w:rPr>
                <w:rFonts w:ascii="Fira Sans Light" w:hAnsi="Fira Sans Light"/>
                <w:b/>
                <w:sz w:val="20"/>
                <w:szCs w:val="20"/>
                <w:lang w:val="de-DE"/>
              </w:rPr>
            </w:pPr>
            <w:r>
              <w:rPr>
                <w:rFonts w:ascii="Fira Sans Light" w:hAnsi="Fira Sans Light"/>
                <w:b/>
                <w:sz w:val="20"/>
                <w:szCs w:val="20"/>
                <w:lang w:val="de-DE"/>
              </w:rPr>
              <w:t>Können auf der bestehenden Fläche weitere Arbeitsplätze eingerichtet werden?</w:t>
            </w:r>
          </w:p>
        </w:tc>
        <w:tc>
          <w:tcPr>
            <w:tcW w:w="6095" w:type="dxa"/>
            <w:gridSpan w:val="3"/>
            <w:vAlign w:val="center"/>
          </w:tcPr>
          <w:p w14:paraId="6D44447C" w14:textId="77777777" w:rsidR="00A727BA" w:rsidRPr="001E6A9A" w:rsidRDefault="00332E90" w:rsidP="00A476B3">
            <w:pPr>
              <w:rPr>
                <w:rFonts w:ascii="Fira Sans Light" w:hAnsi="Fira Sans Light"/>
                <w:sz w:val="20"/>
                <w:szCs w:val="20"/>
                <w:lang w:val="de-DE"/>
              </w:rPr>
            </w:pPr>
            <w:sdt>
              <w:sdtPr>
                <w:rPr>
                  <w:rFonts w:ascii="Fira Sans Light" w:hAnsi="Fira Sans Light"/>
                  <w:sz w:val="20"/>
                  <w:szCs w:val="20"/>
                  <w:lang w:val="de-DE"/>
                </w:rPr>
                <w:id w:val="-298146897"/>
                <w14:checkbox>
                  <w14:checked w14:val="0"/>
                  <w14:checkedState w14:val="2612" w14:font="MS Gothic"/>
                  <w14:uncheckedState w14:val="2610" w14:font="MS Gothic"/>
                </w14:checkbox>
              </w:sdtPr>
              <w:sdtEndPr/>
              <w:sdtContent>
                <w:r w:rsidR="00A727BA">
                  <w:rPr>
                    <w:rFonts w:ascii="MS Gothic" w:eastAsia="MS Gothic" w:hAnsi="MS Gothic" w:hint="eastAsia"/>
                    <w:sz w:val="20"/>
                    <w:szCs w:val="20"/>
                    <w:lang w:val="de-DE"/>
                  </w:rPr>
                  <w:t>☐</w:t>
                </w:r>
              </w:sdtContent>
            </w:sdt>
            <w:r w:rsidR="00A727BA">
              <w:rPr>
                <w:rFonts w:ascii="Fira Sans Light" w:hAnsi="Fira Sans Light"/>
                <w:sz w:val="20"/>
                <w:szCs w:val="20"/>
                <w:lang w:val="de-DE"/>
              </w:rPr>
              <w:t xml:space="preserve"> nein   </w:t>
            </w:r>
            <w:sdt>
              <w:sdtPr>
                <w:rPr>
                  <w:rFonts w:ascii="Fira Sans Light" w:hAnsi="Fira Sans Light"/>
                  <w:sz w:val="20"/>
                  <w:szCs w:val="20"/>
                  <w:lang w:val="de-DE"/>
                </w:rPr>
                <w:id w:val="-821891528"/>
                <w14:checkbox>
                  <w14:checked w14:val="0"/>
                  <w14:checkedState w14:val="2612" w14:font="MS Gothic"/>
                  <w14:uncheckedState w14:val="2610" w14:font="MS Gothic"/>
                </w14:checkbox>
              </w:sdtPr>
              <w:sdtEndPr/>
              <w:sdtContent>
                <w:r w:rsidR="00A727BA">
                  <w:rPr>
                    <w:rFonts w:ascii="MS Gothic" w:eastAsia="MS Gothic" w:hAnsi="MS Gothic" w:hint="eastAsia"/>
                    <w:sz w:val="20"/>
                    <w:szCs w:val="20"/>
                    <w:lang w:val="de-DE"/>
                  </w:rPr>
                  <w:t>☐</w:t>
                </w:r>
              </w:sdtContent>
            </w:sdt>
            <w:r w:rsidR="00A727BA">
              <w:rPr>
                <w:rFonts w:ascii="Fira Sans Light" w:hAnsi="Fira Sans Light"/>
                <w:sz w:val="20"/>
                <w:szCs w:val="20"/>
                <w:lang w:val="de-DE"/>
              </w:rPr>
              <w:t xml:space="preserve"> ja, es können </w:t>
            </w:r>
            <w:sdt>
              <w:sdtPr>
                <w:rPr>
                  <w:rFonts w:ascii="Fira Sans Light" w:hAnsi="Fira Sans Light"/>
                  <w:sz w:val="20"/>
                  <w:szCs w:val="20"/>
                  <w:lang w:val="de-DE"/>
                </w:rPr>
                <w:id w:val="1425917807"/>
                <w:placeholder>
                  <w:docPart w:val="281A57010A0E4727AF0103408A625193"/>
                </w:placeholder>
                <w:showingPlcHdr/>
                <w:text/>
              </w:sdtPr>
              <w:sdtEndPr/>
              <w:sdtContent>
                <w:r w:rsidR="00A727BA">
                  <w:rPr>
                    <w:rFonts w:ascii="Fira Sans Light" w:hAnsi="Fira Sans Light"/>
                    <w:sz w:val="20"/>
                    <w:szCs w:val="20"/>
                    <w:lang w:val="de-DE"/>
                  </w:rPr>
                  <w:t>[…]</w:t>
                </w:r>
                <w:r w:rsidR="00A727BA" w:rsidRPr="001E6A9A">
                  <w:rPr>
                    <w:sz w:val="20"/>
                    <w:szCs w:val="20"/>
                    <w:lang w:val="de-DE"/>
                  </w:rPr>
                  <w:t xml:space="preserve"> </w:t>
                </w:r>
              </w:sdtContent>
            </w:sdt>
            <w:r w:rsidR="00A727BA">
              <w:rPr>
                <w:rFonts w:ascii="Fira Sans Light" w:hAnsi="Fira Sans Light"/>
                <w:sz w:val="20"/>
                <w:szCs w:val="20"/>
                <w:lang w:val="de-DE"/>
              </w:rPr>
              <w:t>weitere Arbeitsplätze eingerichtet               werden.</w:t>
            </w:r>
          </w:p>
        </w:tc>
      </w:tr>
      <w:tr w:rsidR="00A727BA" w:rsidRPr="000D5D13" w14:paraId="24996B81" w14:textId="77777777" w:rsidTr="00A476B3">
        <w:tc>
          <w:tcPr>
            <w:tcW w:w="3119" w:type="dxa"/>
            <w:shd w:val="clear" w:color="auto" w:fill="8BC540"/>
          </w:tcPr>
          <w:p w14:paraId="1207F32C" w14:textId="77777777" w:rsidR="00A727BA" w:rsidRPr="00F766A7" w:rsidRDefault="00A727BA" w:rsidP="00A476B3">
            <w:pPr>
              <w:rPr>
                <w:rFonts w:ascii="Fira Sans Light" w:hAnsi="Fira Sans Light"/>
                <w:b/>
                <w:sz w:val="20"/>
                <w:szCs w:val="20"/>
                <w:lang w:val="de-DE"/>
              </w:rPr>
            </w:pPr>
            <w:r>
              <w:rPr>
                <w:rFonts w:ascii="Fira Sans Light" w:hAnsi="Fira Sans Light"/>
                <w:b/>
                <w:sz w:val="20"/>
                <w:szCs w:val="20"/>
                <w:lang w:val="de-DE"/>
              </w:rPr>
              <w:t>Können im Objekt weitere Flächen angemietet werden?</w:t>
            </w:r>
          </w:p>
        </w:tc>
        <w:tc>
          <w:tcPr>
            <w:tcW w:w="6095" w:type="dxa"/>
            <w:gridSpan w:val="3"/>
            <w:vAlign w:val="center"/>
          </w:tcPr>
          <w:p w14:paraId="5608A471" w14:textId="77777777" w:rsidR="00A727BA" w:rsidRPr="001E6A9A" w:rsidRDefault="00332E90" w:rsidP="00A476B3">
            <w:pPr>
              <w:rPr>
                <w:rFonts w:ascii="Fira Sans Light" w:hAnsi="Fira Sans Light"/>
                <w:sz w:val="20"/>
                <w:szCs w:val="20"/>
                <w:lang w:val="de-DE"/>
              </w:rPr>
            </w:pPr>
            <w:sdt>
              <w:sdtPr>
                <w:rPr>
                  <w:rFonts w:ascii="Fira Sans Light" w:hAnsi="Fira Sans Light"/>
                  <w:sz w:val="20"/>
                  <w:szCs w:val="20"/>
                  <w:lang w:val="de-DE"/>
                </w:rPr>
                <w:id w:val="1297642187"/>
                <w14:checkbox>
                  <w14:checked w14:val="0"/>
                  <w14:checkedState w14:val="2612" w14:font="MS Gothic"/>
                  <w14:uncheckedState w14:val="2610" w14:font="MS Gothic"/>
                </w14:checkbox>
              </w:sdtPr>
              <w:sdtEndPr/>
              <w:sdtContent>
                <w:r w:rsidR="00A727BA">
                  <w:rPr>
                    <w:rFonts w:ascii="MS Gothic" w:eastAsia="MS Gothic" w:hAnsi="MS Gothic" w:hint="eastAsia"/>
                    <w:sz w:val="20"/>
                    <w:szCs w:val="20"/>
                    <w:lang w:val="de-DE"/>
                  </w:rPr>
                  <w:t>☐</w:t>
                </w:r>
              </w:sdtContent>
            </w:sdt>
            <w:r w:rsidR="00A727BA">
              <w:rPr>
                <w:rFonts w:ascii="Fira Sans Light" w:hAnsi="Fira Sans Light"/>
                <w:sz w:val="20"/>
                <w:szCs w:val="20"/>
                <w:lang w:val="de-DE"/>
              </w:rPr>
              <w:t xml:space="preserve"> nein   </w:t>
            </w:r>
            <w:sdt>
              <w:sdtPr>
                <w:rPr>
                  <w:rFonts w:ascii="Fira Sans Light" w:hAnsi="Fira Sans Light"/>
                  <w:sz w:val="20"/>
                  <w:szCs w:val="20"/>
                  <w:lang w:val="de-DE"/>
                </w:rPr>
                <w:id w:val="1120727131"/>
                <w14:checkbox>
                  <w14:checked w14:val="0"/>
                  <w14:checkedState w14:val="2612" w14:font="MS Gothic"/>
                  <w14:uncheckedState w14:val="2610" w14:font="MS Gothic"/>
                </w14:checkbox>
              </w:sdtPr>
              <w:sdtEndPr/>
              <w:sdtContent>
                <w:r w:rsidR="00A727BA">
                  <w:rPr>
                    <w:rFonts w:ascii="MS Gothic" w:eastAsia="MS Gothic" w:hAnsi="MS Gothic" w:hint="eastAsia"/>
                    <w:sz w:val="20"/>
                    <w:szCs w:val="20"/>
                    <w:lang w:val="de-DE"/>
                  </w:rPr>
                  <w:t>☐</w:t>
                </w:r>
              </w:sdtContent>
            </w:sdt>
            <w:r w:rsidR="00A727BA">
              <w:rPr>
                <w:rFonts w:ascii="Fira Sans Light" w:hAnsi="Fira Sans Light"/>
                <w:sz w:val="20"/>
                <w:szCs w:val="20"/>
                <w:lang w:val="de-DE"/>
              </w:rPr>
              <w:t xml:space="preserve"> ja, es können weitere </w:t>
            </w:r>
            <w:sdt>
              <w:sdtPr>
                <w:rPr>
                  <w:rFonts w:ascii="Fira Sans Light" w:hAnsi="Fira Sans Light"/>
                  <w:sz w:val="20"/>
                  <w:szCs w:val="20"/>
                  <w:lang w:val="de-DE"/>
                </w:rPr>
                <w:id w:val="1327170587"/>
                <w:placeholder>
                  <w:docPart w:val="7F862F480358432B98CD7E36540B42DE"/>
                </w:placeholder>
                <w:showingPlcHdr/>
                <w:text/>
              </w:sdtPr>
              <w:sdtEndPr/>
              <w:sdtContent>
                <w:r w:rsidR="00A727BA">
                  <w:rPr>
                    <w:rFonts w:ascii="Fira Sans Light" w:hAnsi="Fira Sans Light"/>
                    <w:sz w:val="20"/>
                    <w:szCs w:val="20"/>
                    <w:lang w:val="de-DE"/>
                  </w:rPr>
                  <w:t>[…]</w:t>
                </w:r>
                <w:r w:rsidR="00A727BA" w:rsidRPr="001E6A9A">
                  <w:rPr>
                    <w:sz w:val="20"/>
                    <w:szCs w:val="20"/>
                    <w:lang w:val="de-DE"/>
                  </w:rPr>
                  <w:t xml:space="preserve"> </w:t>
                </w:r>
              </w:sdtContent>
            </w:sdt>
            <w:r w:rsidR="00A727BA">
              <w:rPr>
                <w:rFonts w:ascii="Fira Sans Light" w:hAnsi="Fira Sans Light"/>
                <w:sz w:val="20"/>
                <w:szCs w:val="20"/>
                <w:lang w:val="de-DE"/>
              </w:rPr>
              <w:t>qm angemietet werden.</w:t>
            </w:r>
          </w:p>
        </w:tc>
      </w:tr>
    </w:tbl>
    <w:p w14:paraId="0FDF8FFF" w14:textId="34A8B142" w:rsidR="003A6A18" w:rsidRDefault="003A6A18" w:rsidP="00A65960">
      <w:pPr>
        <w:spacing w:after="0" w:line="280" w:lineRule="exact"/>
        <w:rPr>
          <w:rFonts w:ascii="Fira Sans regular" w:hAnsi="Fira Sans regular" w:hint="eastAsia"/>
          <w:lang w:val="de-DE"/>
        </w:rPr>
      </w:pPr>
    </w:p>
    <w:p w14:paraId="691E7C97" w14:textId="77777777" w:rsidR="00A727BA" w:rsidRDefault="00A727BA" w:rsidP="00A65960">
      <w:pPr>
        <w:spacing w:after="0" w:line="280" w:lineRule="exact"/>
        <w:rPr>
          <w:rFonts w:ascii="Fira Sans regular" w:hAnsi="Fira Sans regular" w:hint="eastAsia"/>
          <w:lang w:val="de-DE"/>
        </w:rPr>
      </w:pPr>
    </w:p>
    <w:tbl>
      <w:tblPr>
        <w:tblStyle w:val="Tabellenraster"/>
        <w:tblW w:w="9214" w:type="dxa"/>
        <w:tblInd w:w="-5" w:type="dxa"/>
        <w:tblLayout w:type="fixed"/>
        <w:tblCellMar>
          <w:top w:w="57" w:type="dxa"/>
          <w:bottom w:w="57" w:type="dxa"/>
        </w:tblCellMar>
        <w:tblLook w:val="04A0" w:firstRow="1" w:lastRow="0" w:firstColumn="1" w:lastColumn="0" w:noHBand="0" w:noVBand="1"/>
      </w:tblPr>
      <w:tblGrid>
        <w:gridCol w:w="3119"/>
        <w:gridCol w:w="1488"/>
        <w:gridCol w:w="496"/>
        <w:gridCol w:w="4111"/>
      </w:tblGrid>
      <w:tr w:rsidR="00A727BA" w:rsidRPr="000D5D13" w14:paraId="6C7FB09B" w14:textId="77777777" w:rsidTr="00A476B3">
        <w:tc>
          <w:tcPr>
            <w:tcW w:w="3119" w:type="dxa"/>
            <w:shd w:val="clear" w:color="auto" w:fill="8BC540"/>
          </w:tcPr>
          <w:p w14:paraId="028A2F44" w14:textId="77777777" w:rsidR="00A727BA" w:rsidRDefault="00A727BA" w:rsidP="00A476B3">
            <w:pPr>
              <w:rPr>
                <w:rFonts w:ascii="Fira Sans Light" w:hAnsi="Fira Sans Light"/>
                <w:b/>
                <w:sz w:val="20"/>
                <w:szCs w:val="20"/>
                <w:lang w:val="de-DE"/>
              </w:rPr>
            </w:pPr>
            <w:r>
              <w:rPr>
                <w:rFonts w:ascii="Fira Sans Light" w:hAnsi="Fira Sans Light"/>
                <w:b/>
                <w:sz w:val="20"/>
                <w:szCs w:val="20"/>
                <w:lang w:val="de-DE"/>
              </w:rPr>
              <w:t>Anschrift:</w:t>
            </w:r>
          </w:p>
        </w:tc>
        <w:tc>
          <w:tcPr>
            <w:tcW w:w="6095" w:type="dxa"/>
            <w:gridSpan w:val="3"/>
            <w:vAlign w:val="center"/>
          </w:tcPr>
          <w:p w14:paraId="0A43F7A2" w14:textId="77777777" w:rsidR="00A727BA" w:rsidRPr="001E6A9A" w:rsidRDefault="00A727BA" w:rsidP="00A476B3">
            <w:pPr>
              <w:rPr>
                <w:rFonts w:ascii="Fira Sans Light" w:hAnsi="Fira Sans Light"/>
                <w:sz w:val="20"/>
                <w:szCs w:val="20"/>
                <w:lang w:val="de-DE"/>
              </w:rPr>
            </w:pPr>
          </w:p>
        </w:tc>
      </w:tr>
      <w:tr w:rsidR="00A727BA" w:rsidRPr="000D5D13" w14:paraId="7F768486" w14:textId="77777777" w:rsidTr="00A476B3">
        <w:tc>
          <w:tcPr>
            <w:tcW w:w="3119" w:type="dxa"/>
            <w:shd w:val="clear" w:color="auto" w:fill="8BC540"/>
          </w:tcPr>
          <w:p w14:paraId="79A72853" w14:textId="77777777" w:rsidR="00A727BA" w:rsidRPr="00F766A7" w:rsidRDefault="00A727BA" w:rsidP="00A476B3">
            <w:pPr>
              <w:rPr>
                <w:rFonts w:ascii="Fira Sans Light" w:hAnsi="Fira Sans Light"/>
                <w:b/>
                <w:sz w:val="20"/>
                <w:szCs w:val="20"/>
                <w:lang w:val="de-DE"/>
              </w:rPr>
            </w:pPr>
            <w:r>
              <w:rPr>
                <w:rFonts w:ascii="Fira Sans Light" w:hAnsi="Fira Sans Light"/>
                <w:b/>
                <w:sz w:val="20"/>
                <w:szCs w:val="20"/>
                <w:lang w:val="de-DE"/>
              </w:rPr>
              <w:t>Nutzungsart der Immobilie</w:t>
            </w:r>
          </w:p>
        </w:tc>
        <w:tc>
          <w:tcPr>
            <w:tcW w:w="6095" w:type="dxa"/>
            <w:gridSpan w:val="3"/>
            <w:vAlign w:val="center"/>
          </w:tcPr>
          <w:p w14:paraId="1CC2FD27" w14:textId="77777777" w:rsidR="00A727BA" w:rsidRPr="001E6A9A" w:rsidRDefault="00332E90" w:rsidP="00A476B3">
            <w:pPr>
              <w:rPr>
                <w:rFonts w:ascii="Fira Sans Light" w:hAnsi="Fira Sans Light"/>
                <w:sz w:val="20"/>
                <w:szCs w:val="20"/>
                <w:lang w:val="de-DE"/>
              </w:rPr>
            </w:pPr>
            <w:sdt>
              <w:sdtPr>
                <w:rPr>
                  <w:rFonts w:ascii="Fira Sans Light" w:hAnsi="Fira Sans Light"/>
                  <w:sz w:val="20"/>
                  <w:szCs w:val="20"/>
                  <w:lang w:val="de-DE"/>
                </w:rPr>
                <w:id w:val="1493748904"/>
                <w14:checkbox>
                  <w14:checked w14:val="0"/>
                  <w14:checkedState w14:val="2612" w14:font="MS Gothic"/>
                  <w14:uncheckedState w14:val="2610" w14:font="MS Gothic"/>
                </w14:checkbox>
              </w:sdtPr>
              <w:sdtEndPr/>
              <w:sdtContent>
                <w:r w:rsidR="00A727BA" w:rsidRPr="001E6A9A">
                  <w:rPr>
                    <w:rFonts w:ascii="MS Gothic" w:eastAsia="MS Gothic" w:hAnsi="MS Gothic" w:hint="eastAsia"/>
                    <w:sz w:val="20"/>
                    <w:szCs w:val="20"/>
                    <w:lang w:val="de-DE"/>
                  </w:rPr>
                  <w:t>☐</w:t>
                </w:r>
              </w:sdtContent>
            </w:sdt>
            <w:r w:rsidR="00A727BA" w:rsidRPr="001E6A9A">
              <w:rPr>
                <w:rFonts w:ascii="Fira Sans Light" w:hAnsi="Fira Sans Light"/>
                <w:sz w:val="20"/>
                <w:szCs w:val="20"/>
                <w:lang w:val="de-DE"/>
              </w:rPr>
              <w:t xml:space="preserve"> </w:t>
            </w:r>
            <w:r w:rsidR="00A727BA">
              <w:rPr>
                <w:rFonts w:ascii="Fira Sans Light" w:hAnsi="Fira Sans Light"/>
                <w:sz w:val="20"/>
                <w:szCs w:val="20"/>
                <w:lang w:val="de-DE"/>
              </w:rPr>
              <w:t>Eigentum</w:t>
            </w:r>
            <w:r w:rsidR="00A727BA" w:rsidRPr="001E6A9A">
              <w:rPr>
                <w:rFonts w:ascii="Fira Sans Light" w:hAnsi="Fira Sans Light"/>
                <w:sz w:val="20"/>
                <w:szCs w:val="20"/>
                <w:lang w:val="de-DE"/>
              </w:rPr>
              <w:t xml:space="preserve">   </w:t>
            </w:r>
            <w:sdt>
              <w:sdtPr>
                <w:rPr>
                  <w:rFonts w:ascii="Fira Sans Light" w:hAnsi="Fira Sans Light"/>
                  <w:sz w:val="20"/>
                  <w:szCs w:val="20"/>
                  <w:lang w:val="de-DE"/>
                </w:rPr>
                <w:id w:val="-1370137211"/>
                <w14:checkbox>
                  <w14:checked w14:val="0"/>
                  <w14:checkedState w14:val="2612" w14:font="MS Gothic"/>
                  <w14:uncheckedState w14:val="2610" w14:font="MS Gothic"/>
                </w14:checkbox>
              </w:sdtPr>
              <w:sdtEndPr/>
              <w:sdtContent>
                <w:r w:rsidR="00A727BA" w:rsidRPr="001E6A9A">
                  <w:rPr>
                    <w:rFonts w:ascii="MS Gothic" w:eastAsia="MS Gothic" w:hAnsi="MS Gothic" w:hint="eastAsia"/>
                    <w:sz w:val="20"/>
                    <w:szCs w:val="20"/>
                    <w:lang w:val="de-DE"/>
                  </w:rPr>
                  <w:t>☐</w:t>
                </w:r>
              </w:sdtContent>
            </w:sdt>
            <w:r w:rsidR="00A727BA" w:rsidRPr="001E6A9A">
              <w:rPr>
                <w:rFonts w:ascii="Fira Sans Light" w:hAnsi="Fira Sans Light"/>
                <w:sz w:val="20"/>
                <w:szCs w:val="20"/>
                <w:lang w:val="de-DE"/>
              </w:rPr>
              <w:t xml:space="preserve"> </w:t>
            </w:r>
            <w:r w:rsidR="00A727BA">
              <w:rPr>
                <w:rFonts w:ascii="Fira Sans Light" w:hAnsi="Fira Sans Light"/>
                <w:sz w:val="20"/>
                <w:szCs w:val="20"/>
                <w:lang w:val="de-DE"/>
              </w:rPr>
              <w:t>Miete</w:t>
            </w:r>
          </w:p>
        </w:tc>
      </w:tr>
      <w:tr w:rsidR="00A727BA" w:rsidRPr="000D5D13" w14:paraId="79D5958C" w14:textId="77777777" w:rsidTr="00A476B3">
        <w:tc>
          <w:tcPr>
            <w:tcW w:w="3119" w:type="dxa"/>
            <w:shd w:val="clear" w:color="auto" w:fill="8BC540"/>
            <w:vAlign w:val="center"/>
          </w:tcPr>
          <w:p w14:paraId="00C71433" w14:textId="77777777" w:rsidR="00A727BA" w:rsidRPr="00F766A7" w:rsidRDefault="00A727BA" w:rsidP="00A476B3">
            <w:pPr>
              <w:rPr>
                <w:rFonts w:ascii="Fira Sans Light" w:hAnsi="Fira Sans Light"/>
                <w:b/>
                <w:sz w:val="20"/>
                <w:szCs w:val="20"/>
                <w:lang w:val="de-DE"/>
              </w:rPr>
            </w:pPr>
            <w:r>
              <w:rPr>
                <w:rFonts w:ascii="Fira Sans Light" w:hAnsi="Fira Sans Light"/>
                <w:b/>
                <w:sz w:val="20"/>
                <w:szCs w:val="20"/>
                <w:lang w:val="de-DE"/>
              </w:rPr>
              <w:t>Festlaufzeit des Mietvertrages</w:t>
            </w:r>
          </w:p>
        </w:tc>
        <w:sdt>
          <w:sdtPr>
            <w:rPr>
              <w:rFonts w:ascii="Fira Sans Light" w:hAnsi="Fira Sans Light"/>
              <w:sz w:val="20"/>
              <w:szCs w:val="20"/>
              <w:lang w:val="de-DE"/>
            </w:rPr>
            <w:id w:val="113339141"/>
            <w:placeholder>
              <w:docPart w:val="A06F037444224919B845A1D2C9A8CFDF"/>
            </w:placeholder>
            <w:showingPlcHdr/>
            <w:text/>
          </w:sdtPr>
          <w:sdtEndPr/>
          <w:sdtContent>
            <w:tc>
              <w:tcPr>
                <w:tcW w:w="6095" w:type="dxa"/>
                <w:gridSpan w:val="3"/>
                <w:vAlign w:val="center"/>
              </w:tcPr>
              <w:p w14:paraId="705EA464" w14:textId="77777777" w:rsidR="00A727BA" w:rsidRPr="001E6A9A" w:rsidRDefault="00A727BA"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A727BA" w:rsidRPr="000D5D13" w14:paraId="357804AC" w14:textId="77777777" w:rsidTr="00A476B3">
        <w:tc>
          <w:tcPr>
            <w:tcW w:w="3119" w:type="dxa"/>
            <w:shd w:val="clear" w:color="auto" w:fill="8BC540"/>
            <w:vAlign w:val="center"/>
          </w:tcPr>
          <w:p w14:paraId="11D725F5" w14:textId="77777777" w:rsidR="00A727BA" w:rsidRPr="001E6A9A" w:rsidRDefault="00A727BA" w:rsidP="00A476B3">
            <w:pPr>
              <w:rPr>
                <w:rFonts w:ascii="Fira Sans Light" w:hAnsi="Fira Sans Light"/>
                <w:sz w:val="20"/>
                <w:szCs w:val="20"/>
                <w:lang w:val="de-DE"/>
              </w:rPr>
            </w:pPr>
            <w:r>
              <w:rPr>
                <w:rFonts w:ascii="Fira Sans Light" w:hAnsi="Fira Sans Light"/>
                <w:b/>
                <w:sz w:val="20"/>
                <w:szCs w:val="20"/>
                <w:lang w:val="de-DE"/>
              </w:rPr>
              <w:t>Anzahl der Optionsrechte</w:t>
            </w:r>
          </w:p>
        </w:tc>
        <w:sdt>
          <w:sdtPr>
            <w:rPr>
              <w:rFonts w:ascii="Fira Sans Light" w:hAnsi="Fira Sans Light"/>
              <w:sz w:val="20"/>
              <w:szCs w:val="20"/>
              <w:lang w:val="de-DE"/>
            </w:rPr>
            <w:id w:val="-263233086"/>
            <w:placeholder>
              <w:docPart w:val="228EA15701A74E328339EFFA649E5FFA"/>
            </w:placeholder>
            <w:showingPlcHdr/>
            <w:text/>
          </w:sdtPr>
          <w:sdtEndPr/>
          <w:sdtContent>
            <w:tc>
              <w:tcPr>
                <w:tcW w:w="1488" w:type="dxa"/>
                <w:vAlign w:val="center"/>
              </w:tcPr>
              <w:p w14:paraId="05D7D27E" w14:textId="77777777" w:rsidR="00A727BA" w:rsidRPr="001E6A9A" w:rsidRDefault="00A727BA"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c>
          <w:tcPr>
            <w:tcW w:w="496" w:type="dxa"/>
            <w:shd w:val="clear" w:color="auto" w:fill="8BC540"/>
            <w:vAlign w:val="center"/>
          </w:tcPr>
          <w:p w14:paraId="43B2DEE0" w14:textId="77777777" w:rsidR="00A727BA" w:rsidRPr="001E6A9A" w:rsidRDefault="00A727BA" w:rsidP="00A476B3">
            <w:pPr>
              <w:rPr>
                <w:rFonts w:ascii="Fira Sans Light" w:hAnsi="Fira Sans Light"/>
                <w:sz w:val="20"/>
                <w:szCs w:val="20"/>
                <w:lang w:val="de-DE"/>
              </w:rPr>
            </w:pPr>
            <w:r>
              <w:rPr>
                <w:rFonts w:ascii="Fira Sans Light" w:hAnsi="Fira Sans Light"/>
                <w:sz w:val="20"/>
                <w:szCs w:val="20"/>
                <w:lang w:val="de-DE"/>
              </w:rPr>
              <w:t>á</w:t>
            </w:r>
          </w:p>
        </w:tc>
        <w:tc>
          <w:tcPr>
            <w:tcW w:w="4111" w:type="dxa"/>
            <w:vAlign w:val="center"/>
          </w:tcPr>
          <w:p w14:paraId="401D0C92" w14:textId="77777777" w:rsidR="00A727BA" w:rsidRPr="001E6A9A" w:rsidRDefault="00332E90" w:rsidP="00A476B3">
            <w:pPr>
              <w:rPr>
                <w:rFonts w:ascii="Fira Sans Light" w:hAnsi="Fira Sans Light"/>
                <w:sz w:val="20"/>
                <w:szCs w:val="20"/>
                <w:lang w:val="de-DE"/>
              </w:rPr>
            </w:pPr>
            <w:sdt>
              <w:sdtPr>
                <w:rPr>
                  <w:rFonts w:ascii="Fira Sans Light" w:hAnsi="Fira Sans Light"/>
                  <w:sz w:val="20"/>
                  <w:szCs w:val="20"/>
                  <w:lang w:val="de-DE"/>
                </w:rPr>
                <w:id w:val="-1485153364"/>
                <w:placeholder>
                  <w:docPart w:val="C5723D38C28946A5826D1978CA6C725B"/>
                </w:placeholder>
                <w:showingPlcHdr/>
                <w:text/>
              </w:sdtPr>
              <w:sdtEndPr/>
              <w:sdtContent>
                <w:r w:rsidR="00A727BA">
                  <w:rPr>
                    <w:rFonts w:ascii="Fira Sans Light" w:hAnsi="Fira Sans Light"/>
                    <w:sz w:val="20"/>
                    <w:szCs w:val="20"/>
                    <w:lang w:val="de-DE"/>
                  </w:rPr>
                  <w:t>[</w:t>
                </w:r>
                <w:r w:rsidR="00A727BA" w:rsidRPr="001E6A9A">
                  <w:rPr>
                    <w:rFonts w:ascii="Fira Sans Light" w:hAnsi="Fira Sans Light"/>
                    <w:sz w:val="20"/>
                    <w:szCs w:val="20"/>
                    <w:lang w:val="de-DE"/>
                  </w:rPr>
                  <w:t xml:space="preserve"> </w:t>
                </w:r>
                <w:r w:rsidR="00A727BA">
                  <w:rPr>
                    <w:rFonts w:ascii="Fira Sans Light" w:hAnsi="Fira Sans Light"/>
                    <w:sz w:val="20"/>
                    <w:szCs w:val="20"/>
                    <w:lang w:val="de-DE"/>
                  </w:rPr>
                  <w:t>…]</w:t>
                </w:r>
                <w:r w:rsidR="00A727BA" w:rsidRPr="001E6A9A">
                  <w:rPr>
                    <w:sz w:val="20"/>
                    <w:szCs w:val="20"/>
                    <w:lang w:val="de-DE"/>
                  </w:rPr>
                  <w:t xml:space="preserve"> </w:t>
                </w:r>
              </w:sdtContent>
            </w:sdt>
            <w:r w:rsidR="00A727BA">
              <w:rPr>
                <w:rFonts w:ascii="Fira Sans Light" w:hAnsi="Fira Sans Light"/>
                <w:sz w:val="20"/>
                <w:szCs w:val="20"/>
                <w:lang w:val="de-DE"/>
              </w:rPr>
              <w:t xml:space="preserve"> Jahre</w:t>
            </w:r>
          </w:p>
        </w:tc>
      </w:tr>
      <w:tr w:rsidR="00A727BA" w:rsidRPr="000D5D13" w14:paraId="796854B8" w14:textId="77777777" w:rsidTr="00A476B3">
        <w:tc>
          <w:tcPr>
            <w:tcW w:w="3119" w:type="dxa"/>
            <w:shd w:val="clear" w:color="auto" w:fill="8BC540"/>
          </w:tcPr>
          <w:p w14:paraId="585806D6" w14:textId="77777777" w:rsidR="00A727BA" w:rsidRPr="00F766A7" w:rsidRDefault="00A727BA" w:rsidP="00A476B3">
            <w:pPr>
              <w:rPr>
                <w:rFonts w:ascii="Fira Sans Light" w:hAnsi="Fira Sans Light"/>
                <w:b/>
                <w:sz w:val="20"/>
                <w:szCs w:val="20"/>
                <w:lang w:val="de-DE"/>
              </w:rPr>
            </w:pPr>
            <w:r>
              <w:rPr>
                <w:rFonts w:ascii="Fira Sans Light" w:hAnsi="Fira Sans Light"/>
                <w:b/>
                <w:sz w:val="20"/>
                <w:szCs w:val="20"/>
                <w:lang w:val="de-DE"/>
              </w:rPr>
              <w:t xml:space="preserve">Fläche </w:t>
            </w:r>
          </w:p>
        </w:tc>
        <w:sdt>
          <w:sdtPr>
            <w:rPr>
              <w:rFonts w:ascii="Fira Sans Light" w:hAnsi="Fira Sans Light"/>
              <w:sz w:val="20"/>
              <w:szCs w:val="20"/>
              <w:lang w:val="de-DE"/>
            </w:rPr>
            <w:id w:val="694811372"/>
            <w:placeholder>
              <w:docPart w:val="5C7EA14EFBD246F7924A405651B705E3"/>
            </w:placeholder>
            <w:showingPlcHdr/>
            <w:text/>
          </w:sdtPr>
          <w:sdtEndPr/>
          <w:sdtContent>
            <w:tc>
              <w:tcPr>
                <w:tcW w:w="6095" w:type="dxa"/>
                <w:gridSpan w:val="3"/>
                <w:vAlign w:val="center"/>
              </w:tcPr>
              <w:p w14:paraId="440B1D1A" w14:textId="77777777" w:rsidR="00A727BA" w:rsidRPr="001E6A9A" w:rsidRDefault="00A727BA"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A727BA" w:rsidRPr="000D5D13" w14:paraId="5156AEAF" w14:textId="77777777" w:rsidTr="00A476B3">
        <w:tc>
          <w:tcPr>
            <w:tcW w:w="3119" w:type="dxa"/>
            <w:shd w:val="clear" w:color="auto" w:fill="8BC540"/>
          </w:tcPr>
          <w:p w14:paraId="328714B9" w14:textId="77777777" w:rsidR="00A727BA" w:rsidRPr="00F766A7" w:rsidRDefault="00A727BA" w:rsidP="00A476B3">
            <w:pPr>
              <w:rPr>
                <w:rFonts w:ascii="Fira Sans Light" w:hAnsi="Fira Sans Light"/>
                <w:b/>
                <w:sz w:val="20"/>
                <w:szCs w:val="20"/>
                <w:lang w:val="de-DE"/>
              </w:rPr>
            </w:pPr>
            <w:r>
              <w:rPr>
                <w:rFonts w:ascii="Fira Sans Light" w:hAnsi="Fira Sans Light"/>
                <w:b/>
                <w:sz w:val="20"/>
                <w:szCs w:val="20"/>
                <w:lang w:val="de-DE"/>
              </w:rPr>
              <w:t>Anzahl vorhandener Arbeitsplätze</w:t>
            </w:r>
          </w:p>
        </w:tc>
        <w:sdt>
          <w:sdtPr>
            <w:rPr>
              <w:rFonts w:ascii="Fira Sans Light" w:hAnsi="Fira Sans Light"/>
              <w:sz w:val="20"/>
              <w:szCs w:val="20"/>
              <w:lang w:val="de-DE"/>
            </w:rPr>
            <w:id w:val="-1848706358"/>
            <w:placeholder>
              <w:docPart w:val="50E303AF9697499483E72635B59111DE"/>
            </w:placeholder>
            <w:showingPlcHdr/>
            <w:text/>
          </w:sdtPr>
          <w:sdtEndPr/>
          <w:sdtContent>
            <w:tc>
              <w:tcPr>
                <w:tcW w:w="6095" w:type="dxa"/>
                <w:gridSpan w:val="3"/>
                <w:vAlign w:val="center"/>
              </w:tcPr>
              <w:p w14:paraId="0332DD0B" w14:textId="77777777" w:rsidR="00A727BA" w:rsidRPr="001E6A9A" w:rsidRDefault="00A727BA" w:rsidP="00A476B3">
                <w:pPr>
                  <w:rPr>
                    <w:rFonts w:ascii="Fira Sans Light" w:hAnsi="Fira Sans Light"/>
                    <w:sz w:val="20"/>
                    <w:szCs w:val="20"/>
                    <w:lang w:val="de-DE"/>
                  </w:rPr>
                </w:pPr>
                <w:r w:rsidRPr="001E6A9A">
                  <w:rPr>
                    <w:rFonts w:ascii="Fira Sans Light" w:hAnsi="Fira Sans Light"/>
                    <w:sz w:val="20"/>
                    <w:szCs w:val="20"/>
                    <w:lang w:val="de-DE"/>
                  </w:rPr>
                  <w:t xml:space="preserve"> </w:t>
                </w:r>
                <w:r w:rsidRPr="001E6A9A">
                  <w:rPr>
                    <w:sz w:val="20"/>
                    <w:szCs w:val="20"/>
                    <w:lang w:val="de-DE"/>
                  </w:rPr>
                  <w:t xml:space="preserve"> </w:t>
                </w:r>
              </w:p>
            </w:tc>
          </w:sdtContent>
        </w:sdt>
      </w:tr>
      <w:tr w:rsidR="00A727BA" w:rsidRPr="004E48B9" w14:paraId="4E917950" w14:textId="77777777" w:rsidTr="00A476B3">
        <w:tc>
          <w:tcPr>
            <w:tcW w:w="3119" w:type="dxa"/>
            <w:shd w:val="clear" w:color="auto" w:fill="8BC540"/>
          </w:tcPr>
          <w:p w14:paraId="0578588E" w14:textId="77777777" w:rsidR="00A727BA" w:rsidRPr="00F766A7" w:rsidRDefault="00A727BA" w:rsidP="00A476B3">
            <w:pPr>
              <w:rPr>
                <w:rFonts w:ascii="Fira Sans Light" w:hAnsi="Fira Sans Light"/>
                <w:b/>
                <w:sz w:val="20"/>
                <w:szCs w:val="20"/>
                <w:lang w:val="de-DE"/>
              </w:rPr>
            </w:pPr>
            <w:r>
              <w:rPr>
                <w:rFonts w:ascii="Fira Sans Light" w:hAnsi="Fira Sans Light"/>
                <w:b/>
                <w:sz w:val="20"/>
                <w:szCs w:val="20"/>
                <w:lang w:val="de-DE"/>
              </w:rPr>
              <w:t>Können auf der bestehenden Fläche weitere Arbeitsplätze eingerichtet werden?</w:t>
            </w:r>
          </w:p>
        </w:tc>
        <w:tc>
          <w:tcPr>
            <w:tcW w:w="6095" w:type="dxa"/>
            <w:gridSpan w:val="3"/>
            <w:vAlign w:val="center"/>
          </w:tcPr>
          <w:p w14:paraId="74E9F60E" w14:textId="77777777" w:rsidR="00A727BA" w:rsidRPr="001E6A9A" w:rsidRDefault="00332E90" w:rsidP="00A476B3">
            <w:pPr>
              <w:rPr>
                <w:rFonts w:ascii="Fira Sans Light" w:hAnsi="Fira Sans Light"/>
                <w:sz w:val="20"/>
                <w:szCs w:val="20"/>
                <w:lang w:val="de-DE"/>
              </w:rPr>
            </w:pPr>
            <w:sdt>
              <w:sdtPr>
                <w:rPr>
                  <w:rFonts w:ascii="Fira Sans Light" w:hAnsi="Fira Sans Light"/>
                  <w:sz w:val="20"/>
                  <w:szCs w:val="20"/>
                  <w:lang w:val="de-DE"/>
                </w:rPr>
                <w:id w:val="-1794669298"/>
                <w14:checkbox>
                  <w14:checked w14:val="0"/>
                  <w14:checkedState w14:val="2612" w14:font="MS Gothic"/>
                  <w14:uncheckedState w14:val="2610" w14:font="MS Gothic"/>
                </w14:checkbox>
              </w:sdtPr>
              <w:sdtEndPr/>
              <w:sdtContent>
                <w:r w:rsidR="00A727BA">
                  <w:rPr>
                    <w:rFonts w:ascii="MS Gothic" w:eastAsia="MS Gothic" w:hAnsi="MS Gothic" w:hint="eastAsia"/>
                    <w:sz w:val="20"/>
                    <w:szCs w:val="20"/>
                    <w:lang w:val="de-DE"/>
                  </w:rPr>
                  <w:t>☐</w:t>
                </w:r>
              </w:sdtContent>
            </w:sdt>
            <w:r w:rsidR="00A727BA">
              <w:rPr>
                <w:rFonts w:ascii="Fira Sans Light" w:hAnsi="Fira Sans Light"/>
                <w:sz w:val="20"/>
                <w:szCs w:val="20"/>
                <w:lang w:val="de-DE"/>
              </w:rPr>
              <w:t xml:space="preserve"> nein   </w:t>
            </w:r>
            <w:sdt>
              <w:sdtPr>
                <w:rPr>
                  <w:rFonts w:ascii="Fira Sans Light" w:hAnsi="Fira Sans Light"/>
                  <w:sz w:val="20"/>
                  <w:szCs w:val="20"/>
                  <w:lang w:val="de-DE"/>
                </w:rPr>
                <w:id w:val="-726147784"/>
                <w14:checkbox>
                  <w14:checked w14:val="0"/>
                  <w14:checkedState w14:val="2612" w14:font="MS Gothic"/>
                  <w14:uncheckedState w14:val="2610" w14:font="MS Gothic"/>
                </w14:checkbox>
              </w:sdtPr>
              <w:sdtEndPr/>
              <w:sdtContent>
                <w:r w:rsidR="00A727BA">
                  <w:rPr>
                    <w:rFonts w:ascii="MS Gothic" w:eastAsia="MS Gothic" w:hAnsi="MS Gothic" w:hint="eastAsia"/>
                    <w:sz w:val="20"/>
                    <w:szCs w:val="20"/>
                    <w:lang w:val="de-DE"/>
                  </w:rPr>
                  <w:t>☐</w:t>
                </w:r>
              </w:sdtContent>
            </w:sdt>
            <w:r w:rsidR="00A727BA">
              <w:rPr>
                <w:rFonts w:ascii="Fira Sans Light" w:hAnsi="Fira Sans Light"/>
                <w:sz w:val="20"/>
                <w:szCs w:val="20"/>
                <w:lang w:val="de-DE"/>
              </w:rPr>
              <w:t xml:space="preserve"> ja, es können </w:t>
            </w:r>
            <w:sdt>
              <w:sdtPr>
                <w:rPr>
                  <w:rFonts w:ascii="Fira Sans Light" w:hAnsi="Fira Sans Light"/>
                  <w:sz w:val="20"/>
                  <w:szCs w:val="20"/>
                  <w:lang w:val="de-DE"/>
                </w:rPr>
                <w:id w:val="523910879"/>
                <w:placeholder>
                  <w:docPart w:val="75DD5FC9AF714E35945B25F8F6CE4D89"/>
                </w:placeholder>
                <w:showingPlcHdr/>
                <w:text/>
              </w:sdtPr>
              <w:sdtEndPr/>
              <w:sdtContent>
                <w:r w:rsidR="00A727BA">
                  <w:rPr>
                    <w:rFonts w:ascii="Fira Sans Light" w:hAnsi="Fira Sans Light"/>
                    <w:sz w:val="20"/>
                    <w:szCs w:val="20"/>
                    <w:lang w:val="de-DE"/>
                  </w:rPr>
                  <w:t>[…]</w:t>
                </w:r>
                <w:r w:rsidR="00A727BA" w:rsidRPr="001E6A9A">
                  <w:rPr>
                    <w:sz w:val="20"/>
                    <w:szCs w:val="20"/>
                    <w:lang w:val="de-DE"/>
                  </w:rPr>
                  <w:t xml:space="preserve"> </w:t>
                </w:r>
              </w:sdtContent>
            </w:sdt>
            <w:r w:rsidR="00A727BA">
              <w:rPr>
                <w:rFonts w:ascii="Fira Sans Light" w:hAnsi="Fira Sans Light"/>
                <w:sz w:val="20"/>
                <w:szCs w:val="20"/>
                <w:lang w:val="de-DE"/>
              </w:rPr>
              <w:t>weitere Arbeitsplätze eingerichtet               werden.</w:t>
            </w:r>
          </w:p>
        </w:tc>
      </w:tr>
      <w:tr w:rsidR="00A727BA" w:rsidRPr="000D5D13" w14:paraId="03CDA94E" w14:textId="77777777" w:rsidTr="00A476B3">
        <w:tc>
          <w:tcPr>
            <w:tcW w:w="3119" w:type="dxa"/>
            <w:shd w:val="clear" w:color="auto" w:fill="8BC540"/>
          </w:tcPr>
          <w:p w14:paraId="3DE7C037" w14:textId="77777777" w:rsidR="00A727BA" w:rsidRPr="00F766A7" w:rsidRDefault="00A727BA" w:rsidP="00A476B3">
            <w:pPr>
              <w:rPr>
                <w:rFonts w:ascii="Fira Sans Light" w:hAnsi="Fira Sans Light"/>
                <w:b/>
                <w:sz w:val="20"/>
                <w:szCs w:val="20"/>
                <w:lang w:val="de-DE"/>
              </w:rPr>
            </w:pPr>
            <w:r>
              <w:rPr>
                <w:rFonts w:ascii="Fira Sans Light" w:hAnsi="Fira Sans Light"/>
                <w:b/>
                <w:sz w:val="20"/>
                <w:szCs w:val="20"/>
                <w:lang w:val="de-DE"/>
              </w:rPr>
              <w:t>Können im Objekt weitere Flächen angemietet werden?</w:t>
            </w:r>
          </w:p>
        </w:tc>
        <w:tc>
          <w:tcPr>
            <w:tcW w:w="6095" w:type="dxa"/>
            <w:gridSpan w:val="3"/>
            <w:vAlign w:val="center"/>
          </w:tcPr>
          <w:p w14:paraId="7EC5C2C3" w14:textId="77777777" w:rsidR="00A727BA" w:rsidRPr="001E6A9A" w:rsidRDefault="00332E90" w:rsidP="00A476B3">
            <w:pPr>
              <w:rPr>
                <w:rFonts w:ascii="Fira Sans Light" w:hAnsi="Fira Sans Light"/>
                <w:sz w:val="20"/>
                <w:szCs w:val="20"/>
                <w:lang w:val="de-DE"/>
              </w:rPr>
            </w:pPr>
            <w:sdt>
              <w:sdtPr>
                <w:rPr>
                  <w:rFonts w:ascii="Fira Sans Light" w:hAnsi="Fira Sans Light"/>
                  <w:sz w:val="20"/>
                  <w:szCs w:val="20"/>
                  <w:lang w:val="de-DE"/>
                </w:rPr>
                <w:id w:val="921453487"/>
                <w14:checkbox>
                  <w14:checked w14:val="0"/>
                  <w14:checkedState w14:val="2612" w14:font="MS Gothic"/>
                  <w14:uncheckedState w14:val="2610" w14:font="MS Gothic"/>
                </w14:checkbox>
              </w:sdtPr>
              <w:sdtEndPr/>
              <w:sdtContent>
                <w:r w:rsidR="00A727BA">
                  <w:rPr>
                    <w:rFonts w:ascii="MS Gothic" w:eastAsia="MS Gothic" w:hAnsi="MS Gothic" w:hint="eastAsia"/>
                    <w:sz w:val="20"/>
                    <w:szCs w:val="20"/>
                    <w:lang w:val="de-DE"/>
                  </w:rPr>
                  <w:t>☐</w:t>
                </w:r>
              </w:sdtContent>
            </w:sdt>
            <w:r w:rsidR="00A727BA">
              <w:rPr>
                <w:rFonts w:ascii="Fira Sans Light" w:hAnsi="Fira Sans Light"/>
                <w:sz w:val="20"/>
                <w:szCs w:val="20"/>
                <w:lang w:val="de-DE"/>
              </w:rPr>
              <w:t xml:space="preserve"> nein   </w:t>
            </w:r>
            <w:sdt>
              <w:sdtPr>
                <w:rPr>
                  <w:rFonts w:ascii="Fira Sans Light" w:hAnsi="Fira Sans Light"/>
                  <w:sz w:val="20"/>
                  <w:szCs w:val="20"/>
                  <w:lang w:val="de-DE"/>
                </w:rPr>
                <w:id w:val="-595167528"/>
                <w14:checkbox>
                  <w14:checked w14:val="0"/>
                  <w14:checkedState w14:val="2612" w14:font="MS Gothic"/>
                  <w14:uncheckedState w14:val="2610" w14:font="MS Gothic"/>
                </w14:checkbox>
              </w:sdtPr>
              <w:sdtEndPr/>
              <w:sdtContent>
                <w:r w:rsidR="00A727BA">
                  <w:rPr>
                    <w:rFonts w:ascii="MS Gothic" w:eastAsia="MS Gothic" w:hAnsi="MS Gothic" w:hint="eastAsia"/>
                    <w:sz w:val="20"/>
                    <w:szCs w:val="20"/>
                    <w:lang w:val="de-DE"/>
                  </w:rPr>
                  <w:t>☐</w:t>
                </w:r>
              </w:sdtContent>
            </w:sdt>
            <w:r w:rsidR="00A727BA">
              <w:rPr>
                <w:rFonts w:ascii="Fira Sans Light" w:hAnsi="Fira Sans Light"/>
                <w:sz w:val="20"/>
                <w:szCs w:val="20"/>
                <w:lang w:val="de-DE"/>
              </w:rPr>
              <w:t xml:space="preserve"> ja, es können weitere </w:t>
            </w:r>
            <w:sdt>
              <w:sdtPr>
                <w:rPr>
                  <w:rFonts w:ascii="Fira Sans Light" w:hAnsi="Fira Sans Light"/>
                  <w:sz w:val="20"/>
                  <w:szCs w:val="20"/>
                  <w:lang w:val="de-DE"/>
                </w:rPr>
                <w:id w:val="-1985545069"/>
                <w:placeholder>
                  <w:docPart w:val="3355E14E39AA4EE0B72395BC0738EF62"/>
                </w:placeholder>
                <w:showingPlcHdr/>
                <w:text/>
              </w:sdtPr>
              <w:sdtEndPr/>
              <w:sdtContent>
                <w:r w:rsidR="00A727BA">
                  <w:rPr>
                    <w:rFonts w:ascii="Fira Sans Light" w:hAnsi="Fira Sans Light"/>
                    <w:sz w:val="20"/>
                    <w:szCs w:val="20"/>
                    <w:lang w:val="de-DE"/>
                  </w:rPr>
                  <w:t>[…]</w:t>
                </w:r>
                <w:r w:rsidR="00A727BA" w:rsidRPr="001E6A9A">
                  <w:rPr>
                    <w:sz w:val="20"/>
                    <w:szCs w:val="20"/>
                    <w:lang w:val="de-DE"/>
                  </w:rPr>
                  <w:t xml:space="preserve"> </w:t>
                </w:r>
              </w:sdtContent>
            </w:sdt>
            <w:r w:rsidR="00A727BA">
              <w:rPr>
                <w:rFonts w:ascii="Fira Sans Light" w:hAnsi="Fira Sans Light"/>
                <w:sz w:val="20"/>
                <w:szCs w:val="20"/>
                <w:lang w:val="de-DE"/>
              </w:rPr>
              <w:t>qm angemietet werden.</w:t>
            </w:r>
          </w:p>
        </w:tc>
      </w:tr>
    </w:tbl>
    <w:p w14:paraId="4BEF0AF5" w14:textId="77777777" w:rsidR="00A727BA" w:rsidRPr="0082636F" w:rsidRDefault="00A727BA" w:rsidP="00A65960">
      <w:pPr>
        <w:spacing w:after="0" w:line="280" w:lineRule="exact"/>
        <w:rPr>
          <w:rFonts w:ascii="Fira Sans regular" w:hAnsi="Fira Sans regular" w:hint="eastAsia"/>
          <w:lang w:val="de-DE"/>
        </w:rPr>
      </w:pPr>
    </w:p>
    <w:sectPr w:rsidR="00A727BA" w:rsidRPr="0082636F" w:rsidSect="00753D34">
      <w:pgSz w:w="11906" w:h="16838" w:code="9"/>
      <w:pgMar w:top="1985" w:right="1469" w:bottom="993" w:left="1276" w:header="720" w:footer="720" w:gutter="0"/>
      <w:paperSrc w:first="4" w:other="4"/>
      <w:cols w:space="339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04D516" w14:textId="77777777" w:rsidR="00332E90" w:rsidRDefault="00332E90" w:rsidP="00C6416B">
      <w:pPr>
        <w:spacing w:after="0" w:line="240" w:lineRule="auto"/>
      </w:pPr>
      <w:r>
        <w:separator/>
      </w:r>
    </w:p>
  </w:endnote>
  <w:endnote w:type="continuationSeparator" w:id="0">
    <w:p w14:paraId="5F9F6800" w14:textId="77777777" w:rsidR="00332E90" w:rsidRDefault="00332E90" w:rsidP="00C641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charset w:val="00"/>
    <w:family w:val="swiss"/>
    <w:pitch w:val="variable"/>
    <w:sig w:usb0="80000003"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Fira Sans">
    <w:panose1 w:val="020B0503050000020004"/>
    <w:charset w:val="00"/>
    <w:family w:val="swiss"/>
    <w:pitch w:val="variable"/>
    <w:sig w:usb0="600002FF" w:usb1="00000001" w:usb2="00000000" w:usb3="00000000" w:csb0="0000019F" w:csb1="00000000"/>
  </w:font>
  <w:font w:name="Fira Sans regular">
    <w:altName w:val="Cambri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Fira Sans bold">
    <w:altName w:val="Cambria"/>
    <w:panose1 w:val="00000000000000000000"/>
    <w:charset w:val="00"/>
    <w:family w:val="roman"/>
    <w:notTrueType/>
    <w:pitch w:val="default"/>
  </w:font>
  <w:font w:name="Fira Sans Medium">
    <w:panose1 w:val="020B0603050000020004"/>
    <w:charset w:val="00"/>
    <w:family w:val="swiss"/>
    <w:pitch w:val="variable"/>
    <w:sig w:usb0="600002FF"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F0043" w14:textId="77777777" w:rsidR="00332E90" w:rsidRDefault="00332E90" w:rsidP="00C6416B">
      <w:pPr>
        <w:spacing w:after="0" w:line="240" w:lineRule="auto"/>
      </w:pPr>
      <w:r>
        <w:separator/>
      </w:r>
    </w:p>
  </w:footnote>
  <w:footnote w:type="continuationSeparator" w:id="0">
    <w:p w14:paraId="2F895047" w14:textId="77777777" w:rsidR="00332E90" w:rsidRDefault="00332E90" w:rsidP="00C641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3EA57" w14:textId="12EC2BBA" w:rsidR="00C93C89" w:rsidRDefault="00C05ACE" w:rsidP="00BD7D32">
    <w:pPr>
      <w:pStyle w:val="Kopfzeile"/>
    </w:pPr>
    <w:r>
      <w:rPr>
        <w:noProof/>
      </w:rPr>
      <mc:AlternateContent>
        <mc:Choice Requires="wps">
          <w:drawing>
            <wp:anchor distT="45720" distB="45720" distL="114300" distR="114300" simplePos="0" relativeHeight="251658242" behindDoc="0" locked="0" layoutInCell="1" allowOverlap="1" wp14:anchorId="5B209EEF" wp14:editId="081BB750">
              <wp:simplePos x="0" y="0"/>
              <wp:positionH relativeFrom="column">
                <wp:posOffset>5584817</wp:posOffset>
              </wp:positionH>
              <wp:positionV relativeFrom="paragraph">
                <wp:posOffset>97155</wp:posOffset>
              </wp:positionV>
              <wp:extent cx="2360930" cy="1404620"/>
              <wp:effectExtent l="0" t="0" r="2540" b="3175"/>
              <wp:wrapSquare wrapText="bothSides"/>
              <wp:docPr id="9557658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A01E919" w14:textId="6BEE5AE9" w:rsidR="00C05ACE" w:rsidRPr="00C05ACE" w:rsidRDefault="00C05ACE">
                          <w:pPr>
                            <w:rPr>
                              <w:rFonts w:ascii="Fira Sans Medium" w:hAnsi="Fira Sans Medium"/>
                              <w:lang w:val="de-DE"/>
                            </w:rPr>
                          </w:pPr>
                          <w:r w:rsidRPr="00C05ACE">
                            <w:rPr>
                              <w:rFonts w:ascii="Fira Sans Medium" w:hAnsi="Fira Sans Medium"/>
                              <w:lang w:val="de-DE"/>
                            </w:rPr>
                            <w:fldChar w:fldCharType="begin"/>
                          </w:r>
                          <w:r w:rsidRPr="00C05ACE">
                            <w:rPr>
                              <w:rFonts w:ascii="Fira Sans Medium" w:hAnsi="Fira Sans Medium"/>
                              <w:lang w:val="de-DE"/>
                            </w:rPr>
                            <w:instrText>PAGE   \* MERGEFORMAT</w:instrText>
                          </w:r>
                          <w:r w:rsidRPr="00C05ACE">
                            <w:rPr>
                              <w:rFonts w:ascii="Fira Sans Medium" w:hAnsi="Fira Sans Medium"/>
                              <w:lang w:val="de-DE"/>
                            </w:rPr>
                            <w:fldChar w:fldCharType="separate"/>
                          </w:r>
                          <w:r w:rsidRPr="00C05ACE">
                            <w:rPr>
                              <w:rFonts w:ascii="Fira Sans Medium" w:hAnsi="Fira Sans Medium"/>
                              <w:lang w:val="de-DE"/>
                            </w:rPr>
                            <w:t>1</w:t>
                          </w:r>
                          <w:r w:rsidRPr="00C05ACE">
                            <w:rPr>
                              <w:rFonts w:ascii="Fira Sans Medium" w:hAnsi="Fira Sans Medium"/>
                              <w:lang w:val="de-DE"/>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B209EEF" id="_x0000_t202" coordsize="21600,21600" o:spt="202" path="m,l,21600r21600,l21600,xe">
              <v:stroke joinstyle="miter"/>
              <v:path gradientshapeok="t" o:connecttype="rect"/>
            </v:shapetype>
            <v:shape id="Textfeld 2" o:spid="_x0000_s1027" type="#_x0000_t202" style="position:absolute;margin-left:439.75pt;margin-top:7.65pt;width:185.9pt;height:110.6pt;z-index:25165824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" stroked="f">
              <v:textbox style="mso-fit-shape-to-text:t">
                <w:txbxContent>
                  <w:p w14:paraId="5A01E919" w14:textId="6BEE5AE9" w:rsidR="00C05ACE" w:rsidRPr="00C05ACE" w:rsidRDefault="00C05ACE">
                    <w:pPr>
                      <w:rPr>
                        <w:rFonts w:ascii="Fira Sans Medium" w:hAnsi="Fira Sans Medium"/>
                        <w:lang w:val="de-DE"/>
                      </w:rPr>
                    </w:pPr>
                    <w:r w:rsidRPr="00C05ACE">
                      <w:rPr>
                        <w:rFonts w:ascii="Fira Sans Medium" w:hAnsi="Fira Sans Medium"/>
                        <w:lang w:val="de-DE"/>
                      </w:rPr>
                      <w:fldChar w:fldCharType="begin"/>
                    </w:r>
                    <w:r w:rsidRPr="00C05ACE">
                      <w:rPr>
                        <w:rFonts w:ascii="Fira Sans Medium" w:hAnsi="Fira Sans Medium"/>
                        <w:lang w:val="de-DE"/>
                      </w:rPr>
                      <w:instrText>PAGE   \* MERGEFORMAT</w:instrText>
                    </w:r>
                    <w:r w:rsidRPr="00C05ACE">
                      <w:rPr>
                        <w:rFonts w:ascii="Fira Sans Medium" w:hAnsi="Fira Sans Medium"/>
                        <w:lang w:val="de-DE"/>
                      </w:rPr>
                      <w:fldChar w:fldCharType="separate"/>
                    </w:r>
                    <w:r w:rsidRPr="00C05ACE">
                      <w:rPr>
                        <w:rFonts w:ascii="Fira Sans Medium" w:hAnsi="Fira Sans Medium"/>
                        <w:lang w:val="de-DE"/>
                      </w:rPr>
                      <w:t>1</w:t>
                    </w:r>
                    <w:r w:rsidRPr="00C05ACE">
                      <w:rPr>
                        <w:rFonts w:ascii="Fira Sans Medium" w:hAnsi="Fira Sans Medium"/>
                        <w:lang w:val="de-DE"/>
                      </w:rPr>
                      <w:fldChar w:fldCharType="end"/>
                    </w:r>
                  </w:p>
                </w:txbxContent>
              </v:textbox>
              <w10:wrap type="square"/>
            </v:shape>
          </w:pict>
        </mc:Fallback>
      </mc:AlternateContent>
    </w:r>
    <w:r w:rsidR="00462D5C">
      <w:rPr>
        <w:noProof/>
      </w:rPr>
      <mc:AlternateContent>
        <mc:Choice Requires="wps">
          <w:drawing>
            <wp:anchor distT="45720" distB="45720" distL="114300" distR="114300" simplePos="0" relativeHeight="251658241" behindDoc="0" locked="0" layoutInCell="1" allowOverlap="1" wp14:anchorId="04FAE6F6" wp14:editId="45170D71">
              <wp:simplePos x="0" y="0"/>
              <wp:positionH relativeFrom="column">
                <wp:posOffset>12910309</wp:posOffset>
              </wp:positionH>
              <wp:positionV relativeFrom="paragraph">
                <wp:posOffset>99885</wp:posOffset>
              </wp:positionV>
              <wp:extent cx="914400" cy="505460"/>
              <wp:effectExtent l="0" t="0" r="0" b="0"/>
              <wp:wrapSquare wrapText="bothSides"/>
              <wp:docPr id="1267509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5460"/>
                      </a:xfrm>
                      <a:prstGeom prst="rect">
                        <a:avLst/>
                      </a:prstGeom>
                      <a:noFill/>
                      <a:ln w="9525">
                        <a:noFill/>
                        <a:miter lim="800000"/>
                        <a:headEnd/>
                        <a:tailEnd/>
                      </a:ln>
                    </wps:spPr>
                    <wps:txbx>
                      <w:txbxContent>
                        <w:p w14:paraId="619F41F0" w14:textId="2E49DDC3" w:rsidR="00BD7D32" w:rsidRPr="004E3F01" w:rsidRDefault="004E3F01">
                          <w:pPr>
                            <w:rPr>
                              <w:b/>
                              <w:bCs/>
                              <w:color w:val="4A4A4A"/>
                              <w:lang w:val="de-DE"/>
                            </w:rPr>
                          </w:pPr>
                          <w:r w:rsidRPr="004E3F01">
                            <w:rPr>
                              <w:b/>
                              <w:bCs/>
                              <w:color w:val="4A4A4A"/>
                            </w:rPr>
                            <w:fldChar w:fldCharType="begin"/>
                          </w:r>
                          <w:r w:rsidRPr="004E3F01">
                            <w:rPr>
                              <w:b/>
                              <w:bCs/>
                              <w:color w:val="4A4A4A"/>
                            </w:rPr>
                            <w:instrText>PAGE   \* MERGEFORMAT</w:instrText>
                          </w:r>
                          <w:r w:rsidRPr="004E3F01">
                            <w:rPr>
                              <w:b/>
                              <w:bCs/>
                              <w:color w:val="4A4A4A"/>
                            </w:rPr>
                            <w:fldChar w:fldCharType="separate"/>
                          </w:r>
                          <w:r w:rsidRPr="004E3F01">
                            <w:rPr>
                              <w:b/>
                              <w:bCs/>
                              <w:color w:val="4A4A4A"/>
                              <w:lang w:val="de-DE"/>
                            </w:rPr>
                            <w:t>1</w:t>
                          </w:r>
                          <w:r w:rsidRPr="004E3F01">
                            <w:rPr>
                              <w:b/>
                              <w:bCs/>
                              <w:color w:val="4A4A4A"/>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AE6F6" id="_x0000_s1028" type="#_x0000_t202" style="position:absolute;margin-left:1016.55pt;margin-top:7.85pt;width:1in;height:39.8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" filled="f" stroked="f">
              <v:textbox>
                <w:txbxContent>
                  <w:p w14:paraId="619F41F0" w14:textId="2E49DDC3" w:rsidR="00BD7D32" w:rsidRPr="004E3F01" w:rsidRDefault="004E3F01">
                    <w:pPr>
                      <w:rPr>
                        <w:b/>
                        <w:bCs/>
                        <w:color w:val="4A4A4A"/>
                        <w:lang w:val="de-DE"/>
                      </w:rPr>
                    </w:pPr>
                    <w:r w:rsidRPr="004E3F01">
                      <w:rPr>
                        <w:b/>
                        <w:bCs/>
                        <w:color w:val="4A4A4A"/>
                      </w:rPr>
                      <w:fldChar w:fldCharType="begin"/>
                    </w:r>
                    <w:r w:rsidRPr="004E3F01">
                      <w:rPr>
                        <w:b/>
                        <w:bCs/>
                        <w:color w:val="4A4A4A"/>
                      </w:rPr>
                      <w:instrText>PAGE   \* MERGEFORMAT</w:instrText>
                    </w:r>
                    <w:r w:rsidRPr="004E3F01">
                      <w:rPr>
                        <w:b/>
                        <w:bCs/>
                        <w:color w:val="4A4A4A"/>
                      </w:rPr>
                      <w:fldChar w:fldCharType="separate"/>
                    </w:r>
                    <w:r w:rsidRPr="004E3F01">
                      <w:rPr>
                        <w:b/>
                        <w:bCs/>
                        <w:color w:val="4A4A4A"/>
                        <w:lang w:val="de-DE"/>
                      </w:rPr>
                      <w:t>1</w:t>
                    </w:r>
                    <w:r w:rsidRPr="004E3F01">
                      <w:rPr>
                        <w:b/>
                        <w:bCs/>
                        <w:color w:val="4A4A4A"/>
                      </w:rPr>
                      <w:fldChar w:fldCharType="end"/>
                    </w:r>
                  </w:p>
                </w:txbxContent>
              </v:textbox>
              <w10:wrap type="square"/>
            </v:shape>
          </w:pict>
        </mc:Fallback>
      </mc:AlternateContent>
    </w:r>
    <w:r w:rsidR="00462D5C">
      <w:rPr>
        <w:noProof/>
      </w:rPr>
      <mc:AlternateContent>
        <mc:Choice Requires="wps">
          <w:drawing>
            <wp:anchor distT="0" distB="0" distL="114300" distR="114300" simplePos="0" relativeHeight="251658240" behindDoc="0" locked="0" layoutInCell="1" allowOverlap="1" wp14:anchorId="16B6A1C4" wp14:editId="629FD41C">
              <wp:simplePos x="0" y="0"/>
              <wp:positionH relativeFrom="column">
                <wp:posOffset>-885825</wp:posOffset>
              </wp:positionH>
              <wp:positionV relativeFrom="paragraph">
                <wp:posOffset>250190</wp:posOffset>
              </wp:positionV>
              <wp:extent cx="6336000" cy="0"/>
              <wp:effectExtent l="0" t="19050" r="46355" b="38100"/>
              <wp:wrapNone/>
              <wp:docPr id="483901503" name="Gerader Verbinder 6"/>
              <wp:cNvGraphicFramePr/>
              <a:graphic xmlns:a="http://schemas.openxmlformats.org/drawingml/2006/main">
                <a:graphicData uri="http://schemas.microsoft.com/office/word/2010/wordprocessingShape">
                  <wps:wsp>
                    <wps:cNvCnPr/>
                    <wps:spPr>
                      <a:xfrm flipV="1">
                        <a:off x="0" y="0"/>
                        <a:ext cx="6336000" cy="0"/>
                      </a:xfrm>
                      <a:prstGeom prst="line">
                        <a:avLst/>
                      </a:prstGeom>
                      <a:ln w="57150">
                        <a:solidFill>
                          <a:srgbClr val="8BC54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CB175B" id="Gerader Verbinder 6"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9.7pt" to="429.1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" strokecolor="#8bc540" strokeweight="4.5pt"/>
          </w:pict>
        </mc:Fallback>
      </mc:AlternateContent>
    </w:r>
  </w:p>
  <w:p w14:paraId="52964C48" w14:textId="5EC6FD31" w:rsidR="00C6416B" w:rsidRDefault="00C6416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numm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Aufzhlungszeich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Aufzhlungszeich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numm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ufzhlungszeichen"/>
      <w:lvlText w:val=""/>
      <w:lvlJc w:val="left"/>
      <w:pPr>
        <w:tabs>
          <w:tab w:val="num" w:pos="360"/>
        </w:tabs>
        <w:ind w:left="360" w:hanging="360"/>
      </w:pPr>
      <w:rPr>
        <w:rFonts w:ascii="Symbol" w:hAnsi="Symbol" w:hint="default"/>
      </w:rPr>
    </w:lvl>
  </w:abstractNum>
  <w:abstractNum w:abstractNumId="9" w15:restartNumberingAfterBreak="0">
    <w:nsid w:val="10D97E25"/>
    <w:multiLevelType w:val="hybridMultilevel"/>
    <w:tmpl w:val="AD0E8506"/>
    <w:lvl w:ilvl="0" w:tplc="FF0AA75C">
      <w:start w:val="1"/>
      <w:numFmt w:val="bullet"/>
      <w:lvlText w:val="→"/>
      <w:lvlJc w:val="left"/>
      <w:pPr>
        <w:ind w:left="720" w:hanging="360"/>
      </w:pPr>
      <w:rPr>
        <w:rFonts w:ascii="Fira Sans Light" w:hAnsi="Fira Sans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F7C074D"/>
    <w:multiLevelType w:val="hybridMultilevel"/>
    <w:tmpl w:val="6150BD0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89107A8"/>
    <w:multiLevelType w:val="hybridMultilevel"/>
    <w:tmpl w:val="B720B7F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DCE7413"/>
    <w:multiLevelType w:val="hybridMultilevel"/>
    <w:tmpl w:val="F6FE21B8"/>
    <w:lvl w:ilvl="0" w:tplc="8F7C275A">
      <w:start w:val="1"/>
      <w:numFmt w:val="bullet"/>
      <w:lvlText w:val="-"/>
      <w:lvlJc w:val="left"/>
      <w:pPr>
        <w:tabs>
          <w:tab w:val="num" w:pos="360"/>
        </w:tabs>
        <w:ind w:left="360" w:hanging="360"/>
      </w:pPr>
      <w:rPr>
        <w:rFonts w:ascii="Abadi" w:hAnsi="Aba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6400368"/>
    <w:multiLevelType w:val="hybridMultilevel"/>
    <w:tmpl w:val="BF743BC4"/>
    <w:lvl w:ilvl="0" w:tplc="8F7C275A">
      <w:start w:val="1"/>
      <w:numFmt w:val="bullet"/>
      <w:lvlText w:val="-"/>
      <w:lvlJc w:val="left"/>
      <w:pPr>
        <w:ind w:left="720" w:hanging="360"/>
      </w:pPr>
      <w:rPr>
        <w:rFonts w:ascii="Abadi" w:hAnsi="Aba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F410F26"/>
    <w:multiLevelType w:val="hybridMultilevel"/>
    <w:tmpl w:val="C4269EB4"/>
    <w:lvl w:ilvl="0" w:tplc="C33686C2">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2975C4F"/>
    <w:multiLevelType w:val="hybridMultilevel"/>
    <w:tmpl w:val="6150BD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5156C79"/>
    <w:multiLevelType w:val="hybridMultilevel"/>
    <w:tmpl w:val="62D0383C"/>
    <w:lvl w:ilvl="0" w:tplc="DB6AF8B8">
      <w:start w:val="1"/>
      <w:numFmt w:val="upperLetter"/>
      <w:lvlText w:val="%1."/>
      <w:lvlJc w:val="left"/>
      <w:pPr>
        <w:ind w:left="1998" w:hanging="360"/>
      </w:pPr>
      <w:rPr>
        <w:rFonts w:hint="default"/>
        <w:b w:val="0"/>
        <w:bCs/>
      </w:rPr>
    </w:lvl>
    <w:lvl w:ilvl="1" w:tplc="04070019">
      <w:start w:val="1"/>
      <w:numFmt w:val="lowerLetter"/>
      <w:lvlText w:val="%2."/>
      <w:lvlJc w:val="left"/>
      <w:pPr>
        <w:ind w:left="2718" w:hanging="360"/>
      </w:pPr>
    </w:lvl>
    <w:lvl w:ilvl="2" w:tplc="0407001B" w:tentative="1">
      <w:start w:val="1"/>
      <w:numFmt w:val="lowerRoman"/>
      <w:lvlText w:val="%3."/>
      <w:lvlJc w:val="right"/>
      <w:pPr>
        <w:ind w:left="3438" w:hanging="180"/>
      </w:pPr>
    </w:lvl>
    <w:lvl w:ilvl="3" w:tplc="0407000F" w:tentative="1">
      <w:start w:val="1"/>
      <w:numFmt w:val="decimal"/>
      <w:lvlText w:val="%4."/>
      <w:lvlJc w:val="left"/>
      <w:pPr>
        <w:ind w:left="4158" w:hanging="360"/>
      </w:pPr>
    </w:lvl>
    <w:lvl w:ilvl="4" w:tplc="04070019" w:tentative="1">
      <w:start w:val="1"/>
      <w:numFmt w:val="lowerLetter"/>
      <w:lvlText w:val="%5."/>
      <w:lvlJc w:val="left"/>
      <w:pPr>
        <w:ind w:left="4878" w:hanging="360"/>
      </w:pPr>
    </w:lvl>
    <w:lvl w:ilvl="5" w:tplc="0407001B" w:tentative="1">
      <w:start w:val="1"/>
      <w:numFmt w:val="lowerRoman"/>
      <w:lvlText w:val="%6."/>
      <w:lvlJc w:val="right"/>
      <w:pPr>
        <w:ind w:left="5598" w:hanging="180"/>
      </w:pPr>
    </w:lvl>
    <w:lvl w:ilvl="6" w:tplc="0407000F" w:tentative="1">
      <w:start w:val="1"/>
      <w:numFmt w:val="decimal"/>
      <w:lvlText w:val="%7."/>
      <w:lvlJc w:val="left"/>
      <w:pPr>
        <w:ind w:left="6318" w:hanging="360"/>
      </w:pPr>
    </w:lvl>
    <w:lvl w:ilvl="7" w:tplc="04070019" w:tentative="1">
      <w:start w:val="1"/>
      <w:numFmt w:val="lowerLetter"/>
      <w:lvlText w:val="%8."/>
      <w:lvlJc w:val="left"/>
      <w:pPr>
        <w:ind w:left="7038" w:hanging="360"/>
      </w:pPr>
    </w:lvl>
    <w:lvl w:ilvl="8" w:tplc="0407001B" w:tentative="1">
      <w:start w:val="1"/>
      <w:numFmt w:val="lowerRoman"/>
      <w:lvlText w:val="%9."/>
      <w:lvlJc w:val="right"/>
      <w:pPr>
        <w:ind w:left="7758" w:hanging="180"/>
      </w:pPr>
    </w:lvl>
  </w:abstractNum>
  <w:abstractNum w:abstractNumId="17" w15:restartNumberingAfterBreak="0">
    <w:nsid w:val="7DBB3FB2"/>
    <w:multiLevelType w:val="hybridMultilevel"/>
    <w:tmpl w:val="7F9E47FE"/>
    <w:lvl w:ilvl="0" w:tplc="8F7C275A">
      <w:start w:val="1"/>
      <w:numFmt w:val="bullet"/>
      <w:lvlText w:val="-"/>
      <w:lvlJc w:val="left"/>
      <w:pPr>
        <w:ind w:left="720" w:hanging="360"/>
      </w:pPr>
      <w:rPr>
        <w:rFonts w:ascii="Abadi" w:hAnsi="Aba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28657225">
    <w:abstractNumId w:val="8"/>
  </w:num>
  <w:num w:numId="2" w16cid:durableId="730036715">
    <w:abstractNumId w:val="6"/>
  </w:num>
  <w:num w:numId="3" w16cid:durableId="1070730313">
    <w:abstractNumId w:val="5"/>
  </w:num>
  <w:num w:numId="4" w16cid:durableId="999622533">
    <w:abstractNumId w:val="4"/>
  </w:num>
  <w:num w:numId="5" w16cid:durableId="655651744">
    <w:abstractNumId w:val="7"/>
  </w:num>
  <w:num w:numId="6" w16cid:durableId="1989702592">
    <w:abstractNumId w:val="3"/>
  </w:num>
  <w:num w:numId="7" w16cid:durableId="924653257">
    <w:abstractNumId w:val="2"/>
  </w:num>
  <w:num w:numId="8" w16cid:durableId="462964575">
    <w:abstractNumId w:val="1"/>
  </w:num>
  <w:num w:numId="9" w16cid:durableId="995838744">
    <w:abstractNumId w:val="0"/>
  </w:num>
  <w:num w:numId="10" w16cid:durableId="1117026625">
    <w:abstractNumId w:val="7"/>
  </w:num>
  <w:num w:numId="11" w16cid:durableId="682635503">
    <w:abstractNumId w:val="8"/>
  </w:num>
  <w:num w:numId="12" w16cid:durableId="55786134">
    <w:abstractNumId w:val="8"/>
  </w:num>
  <w:num w:numId="13" w16cid:durableId="381171012">
    <w:abstractNumId w:val="8"/>
  </w:num>
  <w:num w:numId="14" w16cid:durableId="1780680861">
    <w:abstractNumId w:val="8"/>
  </w:num>
  <w:num w:numId="15" w16cid:durableId="6103170">
    <w:abstractNumId w:val="8"/>
  </w:num>
  <w:num w:numId="16" w16cid:durableId="1818107636">
    <w:abstractNumId w:val="8"/>
  </w:num>
  <w:num w:numId="17" w16cid:durableId="710424562">
    <w:abstractNumId w:val="8"/>
  </w:num>
  <w:num w:numId="18" w16cid:durableId="482350587">
    <w:abstractNumId w:val="8"/>
  </w:num>
  <w:num w:numId="19" w16cid:durableId="398479757">
    <w:abstractNumId w:val="14"/>
  </w:num>
  <w:num w:numId="20" w16cid:durableId="1599176368">
    <w:abstractNumId w:val="12"/>
  </w:num>
  <w:num w:numId="21" w16cid:durableId="1836798575">
    <w:abstractNumId w:val="10"/>
  </w:num>
  <w:num w:numId="22" w16cid:durableId="89129448">
    <w:abstractNumId w:val="15"/>
  </w:num>
  <w:num w:numId="23" w16cid:durableId="835924665">
    <w:abstractNumId w:val="11"/>
  </w:num>
  <w:num w:numId="24" w16cid:durableId="412049045">
    <w:abstractNumId w:val="9"/>
  </w:num>
  <w:num w:numId="25" w16cid:durableId="1706054476">
    <w:abstractNumId w:val="8"/>
  </w:num>
  <w:num w:numId="26" w16cid:durableId="823081195">
    <w:abstractNumId w:val="8"/>
  </w:num>
  <w:num w:numId="27" w16cid:durableId="576324815">
    <w:abstractNumId w:val="8"/>
  </w:num>
  <w:num w:numId="28" w16cid:durableId="889922991">
    <w:abstractNumId w:val="8"/>
  </w:num>
  <w:num w:numId="29" w16cid:durableId="643044195">
    <w:abstractNumId w:val="8"/>
  </w:num>
  <w:num w:numId="30" w16cid:durableId="62215126">
    <w:abstractNumId w:val="8"/>
  </w:num>
  <w:num w:numId="31" w16cid:durableId="1433822130">
    <w:abstractNumId w:val="8"/>
  </w:num>
  <w:num w:numId="32" w16cid:durableId="1745832536">
    <w:abstractNumId w:val="8"/>
  </w:num>
  <w:num w:numId="33" w16cid:durableId="1490711092">
    <w:abstractNumId w:val="8"/>
  </w:num>
  <w:num w:numId="34" w16cid:durableId="1076902794">
    <w:abstractNumId w:val="8"/>
  </w:num>
  <w:num w:numId="35" w16cid:durableId="1314094193">
    <w:abstractNumId w:val="8"/>
  </w:num>
  <w:num w:numId="36" w16cid:durableId="1279340785">
    <w:abstractNumId w:val="8"/>
  </w:num>
  <w:num w:numId="37" w16cid:durableId="345834172">
    <w:abstractNumId w:val="8"/>
  </w:num>
  <w:num w:numId="38" w16cid:durableId="350306500">
    <w:abstractNumId w:val="8"/>
  </w:num>
  <w:num w:numId="39" w16cid:durableId="726994248">
    <w:abstractNumId w:val="8"/>
  </w:num>
  <w:num w:numId="40" w16cid:durableId="1914775953">
    <w:abstractNumId w:val="8"/>
  </w:num>
  <w:num w:numId="41" w16cid:durableId="881089519">
    <w:abstractNumId w:val="8"/>
  </w:num>
  <w:num w:numId="42" w16cid:durableId="672613793">
    <w:abstractNumId w:val="7"/>
  </w:num>
  <w:num w:numId="43" w16cid:durableId="1516462115">
    <w:abstractNumId w:val="16"/>
  </w:num>
  <w:num w:numId="44" w16cid:durableId="112216603">
    <w:abstractNumId w:val="13"/>
  </w:num>
  <w:num w:numId="45" w16cid:durableId="195540571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ocumentProtection w:edit="forms" w:enforcement="1"/>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2835"/>
    <w:rsid w:val="000103F2"/>
    <w:rsid w:val="00034616"/>
    <w:rsid w:val="00043C74"/>
    <w:rsid w:val="000518CB"/>
    <w:rsid w:val="000570AC"/>
    <w:rsid w:val="00057348"/>
    <w:rsid w:val="0006063C"/>
    <w:rsid w:val="000607E0"/>
    <w:rsid w:val="000668E5"/>
    <w:rsid w:val="00072A2D"/>
    <w:rsid w:val="00075A66"/>
    <w:rsid w:val="00084EB6"/>
    <w:rsid w:val="0008688D"/>
    <w:rsid w:val="000A27A0"/>
    <w:rsid w:val="000A4ECD"/>
    <w:rsid w:val="000B59A6"/>
    <w:rsid w:val="000D4AFF"/>
    <w:rsid w:val="000D5D13"/>
    <w:rsid w:val="000E1455"/>
    <w:rsid w:val="000F37AF"/>
    <w:rsid w:val="001051AB"/>
    <w:rsid w:val="001156E5"/>
    <w:rsid w:val="0012339B"/>
    <w:rsid w:val="001251FC"/>
    <w:rsid w:val="00125DD2"/>
    <w:rsid w:val="0013513E"/>
    <w:rsid w:val="001471EF"/>
    <w:rsid w:val="00147837"/>
    <w:rsid w:val="0015074B"/>
    <w:rsid w:val="00155B0A"/>
    <w:rsid w:val="001604ED"/>
    <w:rsid w:val="001626FA"/>
    <w:rsid w:val="0016708E"/>
    <w:rsid w:val="00172084"/>
    <w:rsid w:val="00182D5C"/>
    <w:rsid w:val="00185ED5"/>
    <w:rsid w:val="00191D4C"/>
    <w:rsid w:val="001C6654"/>
    <w:rsid w:val="001C7028"/>
    <w:rsid w:val="001E1927"/>
    <w:rsid w:val="001E5E69"/>
    <w:rsid w:val="001E6A9A"/>
    <w:rsid w:val="001E7A7F"/>
    <w:rsid w:val="001F15AD"/>
    <w:rsid w:val="001F3688"/>
    <w:rsid w:val="001F3D95"/>
    <w:rsid w:val="00204AF2"/>
    <w:rsid w:val="002111BE"/>
    <w:rsid w:val="00215DC9"/>
    <w:rsid w:val="002346A4"/>
    <w:rsid w:val="00237D6F"/>
    <w:rsid w:val="0025077F"/>
    <w:rsid w:val="00263631"/>
    <w:rsid w:val="00275033"/>
    <w:rsid w:val="002764CF"/>
    <w:rsid w:val="002826BE"/>
    <w:rsid w:val="0029639D"/>
    <w:rsid w:val="00297F44"/>
    <w:rsid w:val="002C4877"/>
    <w:rsid w:val="002D1788"/>
    <w:rsid w:val="002D239D"/>
    <w:rsid w:val="002D5670"/>
    <w:rsid w:val="002D7F8A"/>
    <w:rsid w:val="002E5551"/>
    <w:rsid w:val="002F4836"/>
    <w:rsid w:val="00323817"/>
    <w:rsid w:val="00326F90"/>
    <w:rsid w:val="00332E90"/>
    <w:rsid w:val="0035050D"/>
    <w:rsid w:val="00354D02"/>
    <w:rsid w:val="003610D9"/>
    <w:rsid w:val="00361FC6"/>
    <w:rsid w:val="00365F2D"/>
    <w:rsid w:val="00367455"/>
    <w:rsid w:val="00367DE6"/>
    <w:rsid w:val="00371387"/>
    <w:rsid w:val="00380349"/>
    <w:rsid w:val="0038209A"/>
    <w:rsid w:val="00390044"/>
    <w:rsid w:val="00390607"/>
    <w:rsid w:val="00391495"/>
    <w:rsid w:val="003A6A18"/>
    <w:rsid w:val="003B08A3"/>
    <w:rsid w:val="003B16CC"/>
    <w:rsid w:val="003B4831"/>
    <w:rsid w:val="003E4B29"/>
    <w:rsid w:val="003F2EA6"/>
    <w:rsid w:val="00412D73"/>
    <w:rsid w:val="004257A9"/>
    <w:rsid w:val="0044196B"/>
    <w:rsid w:val="00462D5C"/>
    <w:rsid w:val="00462F2D"/>
    <w:rsid w:val="00472598"/>
    <w:rsid w:val="004815B4"/>
    <w:rsid w:val="00483ACE"/>
    <w:rsid w:val="0048646D"/>
    <w:rsid w:val="00493B99"/>
    <w:rsid w:val="004A60E2"/>
    <w:rsid w:val="004B1AD8"/>
    <w:rsid w:val="004B2F70"/>
    <w:rsid w:val="004B3E6B"/>
    <w:rsid w:val="004B421A"/>
    <w:rsid w:val="004E3F01"/>
    <w:rsid w:val="004E48B9"/>
    <w:rsid w:val="004E5ADA"/>
    <w:rsid w:val="004F5D25"/>
    <w:rsid w:val="00502961"/>
    <w:rsid w:val="00502B47"/>
    <w:rsid w:val="00504F56"/>
    <w:rsid w:val="00511BA3"/>
    <w:rsid w:val="005427C0"/>
    <w:rsid w:val="00544A9F"/>
    <w:rsid w:val="005571CE"/>
    <w:rsid w:val="00563DCF"/>
    <w:rsid w:val="0056653A"/>
    <w:rsid w:val="00567DD8"/>
    <w:rsid w:val="00570002"/>
    <w:rsid w:val="005874A1"/>
    <w:rsid w:val="005B3D9E"/>
    <w:rsid w:val="005C015F"/>
    <w:rsid w:val="005C75F9"/>
    <w:rsid w:val="005D25E6"/>
    <w:rsid w:val="005E7FD5"/>
    <w:rsid w:val="005F1AB1"/>
    <w:rsid w:val="00612D8F"/>
    <w:rsid w:val="0061725A"/>
    <w:rsid w:val="006225A3"/>
    <w:rsid w:val="0062559B"/>
    <w:rsid w:val="00640796"/>
    <w:rsid w:val="00647AC0"/>
    <w:rsid w:val="00657021"/>
    <w:rsid w:val="00661BB9"/>
    <w:rsid w:val="006667BD"/>
    <w:rsid w:val="00681F99"/>
    <w:rsid w:val="00685A3A"/>
    <w:rsid w:val="00693397"/>
    <w:rsid w:val="006A383E"/>
    <w:rsid w:val="006A3973"/>
    <w:rsid w:val="006A7969"/>
    <w:rsid w:val="006B389E"/>
    <w:rsid w:val="006B4BE8"/>
    <w:rsid w:val="006C039B"/>
    <w:rsid w:val="006F5BA1"/>
    <w:rsid w:val="006F610B"/>
    <w:rsid w:val="007010CC"/>
    <w:rsid w:val="007125E8"/>
    <w:rsid w:val="007215F5"/>
    <w:rsid w:val="00731502"/>
    <w:rsid w:val="007363E9"/>
    <w:rsid w:val="00736C96"/>
    <w:rsid w:val="00741CB4"/>
    <w:rsid w:val="00747771"/>
    <w:rsid w:val="00753D34"/>
    <w:rsid w:val="00756A77"/>
    <w:rsid w:val="0078033A"/>
    <w:rsid w:val="0079653F"/>
    <w:rsid w:val="007A5AD6"/>
    <w:rsid w:val="007A7A70"/>
    <w:rsid w:val="007B35C3"/>
    <w:rsid w:val="007C4769"/>
    <w:rsid w:val="007D10AB"/>
    <w:rsid w:val="007E107D"/>
    <w:rsid w:val="007E10E0"/>
    <w:rsid w:val="0080353A"/>
    <w:rsid w:val="008062A0"/>
    <w:rsid w:val="00807A34"/>
    <w:rsid w:val="008147F7"/>
    <w:rsid w:val="008156A0"/>
    <w:rsid w:val="0082636F"/>
    <w:rsid w:val="00835481"/>
    <w:rsid w:val="0085586F"/>
    <w:rsid w:val="00857C03"/>
    <w:rsid w:val="00862A6C"/>
    <w:rsid w:val="00865DD4"/>
    <w:rsid w:val="008672F9"/>
    <w:rsid w:val="0087537B"/>
    <w:rsid w:val="008753AB"/>
    <w:rsid w:val="0088122A"/>
    <w:rsid w:val="008910FC"/>
    <w:rsid w:val="008A03EE"/>
    <w:rsid w:val="008A4E04"/>
    <w:rsid w:val="008D2381"/>
    <w:rsid w:val="008D4B6D"/>
    <w:rsid w:val="008D4D86"/>
    <w:rsid w:val="008E0326"/>
    <w:rsid w:val="008E0565"/>
    <w:rsid w:val="009071D0"/>
    <w:rsid w:val="009122C9"/>
    <w:rsid w:val="00931366"/>
    <w:rsid w:val="00933959"/>
    <w:rsid w:val="00933E59"/>
    <w:rsid w:val="00934E7F"/>
    <w:rsid w:val="009403C2"/>
    <w:rsid w:val="00945828"/>
    <w:rsid w:val="009504B2"/>
    <w:rsid w:val="00957615"/>
    <w:rsid w:val="00964DD2"/>
    <w:rsid w:val="00965512"/>
    <w:rsid w:val="00971032"/>
    <w:rsid w:val="009A0BF1"/>
    <w:rsid w:val="009E39DC"/>
    <w:rsid w:val="009F0BD2"/>
    <w:rsid w:val="00A00542"/>
    <w:rsid w:val="00A00831"/>
    <w:rsid w:val="00A42DD3"/>
    <w:rsid w:val="00A52A61"/>
    <w:rsid w:val="00A53F82"/>
    <w:rsid w:val="00A552B0"/>
    <w:rsid w:val="00A55991"/>
    <w:rsid w:val="00A61C54"/>
    <w:rsid w:val="00A65960"/>
    <w:rsid w:val="00A70C53"/>
    <w:rsid w:val="00A727BA"/>
    <w:rsid w:val="00A7650B"/>
    <w:rsid w:val="00A9325B"/>
    <w:rsid w:val="00A95862"/>
    <w:rsid w:val="00A96E1F"/>
    <w:rsid w:val="00AA1D8D"/>
    <w:rsid w:val="00AA619F"/>
    <w:rsid w:val="00AA750B"/>
    <w:rsid w:val="00AD24CC"/>
    <w:rsid w:val="00AE2FAE"/>
    <w:rsid w:val="00AE72BF"/>
    <w:rsid w:val="00AF125D"/>
    <w:rsid w:val="00B01266"/>
    <w:rsid w:val="00B06D37"/>
    <w:rsid w:val="00B07589"/>
    <w:rsid w:val="00B13797"/>
    <w:rsid w:val="00B15CBD"/>
    <w:rsid w:val="00B270CD"/>
    <w:rsid w:val="00B41CC2"/>
    <w:rsid w:val="00B47730"/>
    <w:rsid w:val="00B5335A"/>
    <w:rsid w:val="00B659C2"/>
    <w:rsid w:val="00B7542F"/>
    <w:rsid w:val="00B8048D"/>
    <w:rsid w:val="00B812AF"/>
    <w:rsid w:val="00B82B11"/>
    <w:rsid w:val="00B90408"/>
    <w:rsid w:val="00B952FD"/>
    <w:rsid w:val="00B96148"/>
    <w:rsid w:val="00BB27B3"/>
    <w:rsid w:val="00BC377D"/>
    <w:rsid w:val="00BD0999"/>
    <w:rsid w:val="00BD7D32"/>
    <w:rsid w:val="00BE364B"/>
    <w:rsid w:val="00BE66D6"/>
    <w:rsid w:val="00C05ACE"/>
    <w:rsid w:val="00C221A8"/>
    <w:rsid w:val="00C3620D"/>
    <w:rsid w:val="00C46F94"/>
    <w:rsid w:val="00C47675"/>
    <w:rsid w:val="00C534B4"/>
    <w:rsid w:val="00C54787"/>
    <w:rsid w:val="00C54931"/>
    <w:rsid w:val="00C63115"/>
    <w:rsid w:val="00C6416B"/>
    <w:rsid w:val="00C93C89"/>
    <w:rsid w:val="00C96563"/>
    <w:rsid w:val="00CA0B29"/>
    <w:rsid w:val="00CA199A"/>
    <w:rsid w:val="00CA4505"/>
    <w:rsid w:val="00CA6F57"/>
    <w:rsid w:val="00CB0664"/>
    <w:rsid w:val="00CB178E"/>
    <w:rsid w:val="00CB2F9D"/>
    <w:rsid w:val="00CC6205"/>
    <w:rsid w:val="00CD30AE"/>
    <w:rsid w:val="00CF37A2"/>
    <w:rsid w:val="00CF521E"/>
    <w:rsid w:val="00D06A3C"/>
    <w:rsid w:val="00D12005"/>
    <w:rsid w:val="00D22F3A"/>
    <w:rsid w:val="00D32462"/>
    <w:rsid w:val="00D3576D"/>
    <w:rsid w:val="00D419CC"/>
    <w:rsid w:val="00D4207F"/>
    <w:rsid w:val="00D4408E"/>
    <w:rsid w:val="00D550D7"/>
    <w:rsid w:val="00D5637A"/>
    <w:rsid w:val="00D92770"/>
    <w:rsid w:val="00DA3E58"/>
    <w:rsid w:val="00DB2623"/>
    <w:rsid w:val="00DB290E"/>
    <w:rsid w:val="00DB7D58"/>
    <w:rsid w:val="00DC0A75"/>
    <w:rsid w:val="00DC4A7B"/>
    <w:rsid w:val="00DC6F62"/>
    <w:rsid w:val="00DD4F34"/>
    <w:rsid w:val="00DE2FEE"/>
    <w:rsid w:val="00DE5606"/>
    <w:rsid w:val="00DE6739"/>
    <w:rsid w:val="00DF17A4"/>
    <w:rsid w:val="00DF3504"/>
    <w:rsid w:val="00E039F4"/>
    <w:rsid w:val="00E30DB7"/>
    <w:rsid w:val="00E32866"/>
    <w:rsid w:val="00E420BB"/>
    <w:rsid w:val="00E421AA"/>
    <w:rsid w:val="00E462BB"/>
    <w:rsid w:val="00E47F2D"/>
    <w:rsid w:val="00E56835"/>
    <w:rsid w:val="00E608DC"/>
    <w:rsid w:val="00E63846"/>
    <w:rsid w:val="00E652B7"/>
    <w:rsid w:val="00E6674D"/>
    <w:rsid w:val="00E70386"/>
    <w:rsid w:val="00E74866"/>
    <w:rsid w:val="00E82339"/>
    <w:rsid w:val="00E838C2"/>
    <w:rsid w:val="00EB482D"/>
    <w:rsid w:val="00F01410"/>
    <w:rsid w:val="00F1047E"/>
    <w:rsid w:val="00F13622"/>
    <w:rsid w:val="00F200CD"/>
    <w:rsid w:val="00F2619F"/>
    <w:rsid w:val="00F35A48"/>
    <w:rsid w:val="00F35B84"/>
    <w:rsid w:val="00F41EAA"/>
    <w:rsid w:val="00F43BC8"/>
    <w:rsid w:val="00F4643C"/>
    <w:rsid w:val="00F56C24"/>
    <w:rsid w:val="00F617E0"/>
    <w:rsid w:val="00F673E9"/>
    <w:rsid w:val="00F7571A"/>
    <w:rsid w:val="00F766A7"/>
    <w:rsid w:val="00F77999"/>
    <w:rsid w:val="00F9761E"/>
    <w:rsid w:val="00FB1F2B"/>
    <w:rsid w:val="00FB27CD"/>
    <w:rsid w:val="00FC1F84"/>
    <w:rsid w:val="00FC57F4"/>
    <w:rsid w:val="00FC693F"/>
    <w:rsid w:val="00FF124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A0321C"/>
  <w14:defaultImageDpi w14:val="330"/>
  <w15:docId w15:val="{96B77686-9BF5-4ADB-BA80-122DDA9FA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693F"/>
  </w:style>
  <w:style w:type="paragraph" w:styleId="berschrift1">
    <w:name w:val="heading 1"/>
    <w:basedOn w:val="Standard"/>
    <w:next w:val="Standard"/>
    <w:link w:val="berschrift1Zchn"/>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erschrift9">
    <w:name w:val="heading 9"/>
    <w:basedOn w:val="Standard"/>
    <w:next w:val="Standard"/>
    <w:link w:val="berschrift9Zchn"/>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618BF"/>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E618BF"/>
  </w:style>
  <w:style w:type="paragraph" w:styleId="Fuzeile">
    <w:name w:val="footer"/>
    <w:basedOn w:val="Standard"/>
    <w:link w:val="FuzeileZchn"/>
    <w:uiPriority w:val="99"/>
    <w:unhideWhenUsed/>
    <w:rsid w:val="00E618BF"/>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E618BF"/>
  </w:style>
  <w:style w:type="paragraph" w:styleId="KeinLeerraum">
    <w:name w:val="No Spacing"/>
    <w:uiPriority w:val="1"/>
    <w:qFormat/>
    <w:rsid w:val="00FC693F"/>
    <w:pPr>
      <w:spacing w:after="0" w:line="240" w:lineRule="auto"/>
    </w:pPr>
  </w:style>
  <w:style w:type="character" w:customStyle="1" w:styleId="berschrift1Zchn">
    <w:name w:val="Überschrift 1 Zchn"/>
    <w:basedOn w:val="Absatz-Standardschriftart"/>
    <w:link w:val="berschrift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FC693F"/>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FC693F"/>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FC693F"/>
    <w:rPr>
      <w:rFonts w:asciiTheme="majorHAnsi" w:eastAsiaTheme="majorEastAsia" w:hAnsiTheme="majorHAnsi" w:cstheme="majorBidi"/>
      <w:i/>
      <w:iCs/>
      <w:color w:val="4F81BD" w:themeColor="accent1"/>
      <w:spacing w:val="15"/>
      <w:sz w:val="24"/>
      <w:szCs w:val="24"/>
    </w:rPr>
  </w:style>
  <w:style w:type="paragraph" w:styleId="Listenabsatz">
    <w:name w:val="List Paragraph"/>
    <w:basedOn w:val="Standard"/>
    <w:uiPriority w:val="34"/>
    <w:qFormat/>
    <w:rsid w:val="00FC693F"/>
    <w:pPr>
      <w:ind w:left="720"/>
      <w:contextualSpacing/>
    </w:pPr>
  </w:style>
  <w:style w:type="paragraph" w:styleId="Textkrper">
    <w:name w:val="Body Text"/>
    <w:basedOn w:val="Standard"/>
    <w:link w:val="TextkrperZchn"/>
    <w:uiPriority w:val="99"/>
    <w:unhideWhenUsed/>
    <w:rsid w:val="00AA1D8D"/>
    <w:pPr>
      <w:spacing w:after="120"/>
    </w:pPr>
  </w:style>
  <w:style w:type="character" w:customStyle="1" w:styleId="TextkrperZchn">
    <w:name w:val="Textkörper Zchn"/>
    <w:basedOn w:val="Absatz-Standardschriftart"/>
    <w:link w:val="Textkrper"/>
    <w:uiPriority w:val="99"/>
    <w:rsid w:val="00AA1D8D"/>
  </w:style>
  <w:style w:type="paragraph" w:styleId="Textkrper2">
    <w:name w:val="Body Text 2"/>
    <w:basedOn w:val="Standard"/>
    <w:link w:val="Textkrper2Zchn"/>
    <w:uiPriority w:val="99"/>
    <w:unhideWhenUsed/>
    <w:rsid w:val="00AA1D8D"/>
    <w:pPr>
      <w:spacing w:after="120" w:line="480" w:lineRule="auto"/>
    </w:pPr>
  </w:style>
  <w:style w:type="character" w:customStyle="1" w:styleId="Textkrper2Zchn">
    <w:name w:val="Textkörper 2 Zchn"/>
    <w:basedOn w:val="Absatz-Standardschriftart"/>
    <w:link w:val="Textkrper2"/>
    <w:uiPriority w:val="99"/>
    <w:rsid w:val="00AA1D8D"/>
  </w:style>
  <w:style w:type="paragraph" w:styleId="Textkrper3">
    <w:name w:val="Body Text 3"/>
    <w:basedOn w:val="Standard"/>
    <w:link w:val="Textkrper3Zchn"/>
    <w:uiPriority w:val="99"/>
    <w:unhideWhenUsed/>
    <w:rsid w:val="00AA1D8D"/>
    <w:pPr>
      <w:spacing w:after="120"/>
    </w:pPr>
    <w:rPr>
      <w:sz w:val="16"/>
      <w:szCs w:val="16"/>
    </w:rPr>
  </w:style>
  <w:style w:type="character" w:customStyle="1" w:styleId="Textkrper3Zchn">
    <w:name w:val="Textkörper 3 Zchn"/>
    <w:basedOn w:val="Absatz-Standardschriftart"/>
    <w:link w:val="Textkrper3"/>
    <w:uiPriority w:val="99"/>
    <w:rsid w:val="00AA1D8D"/>
    <w:rPr>
      <w:sz w:val="16"/>
      <w:szCs w:val="16"/>
    </w:rPr>
  </w:style>
  <w:style w:type="paragraph" w:styleId="Liste">
    <w:name w:val="List"/>
    <w:basedOn w:val="Standard"/>
    <w:uiPriority w:val="99"/>
    <w:unhideWhenUsed/>
    <w:rsid w:val="00AA1D8D"/>
    <w:pPr>
      <w:ind w:left="360" w:hanging="360"/>
      <w:contextualSpacing/>
    </w:pPr>
  </w:style>
  <w:style w:type="paragraph" w:styleId="Liste2">
    <w:name w:val="List 2"/>
    <w:basedOn w:val="Standard"/>
    <w:uiPriority w:val="99"/>
    <w:unhideWhenUsed/>
    <w:rsid w:val="00326F90"/>
    <w:pPr>
      <w:ind w:left="720" w:hanging="360"/>
      <w:contextualSpacing/>
    </w:pPr>
  </w:style>
  <w:style w:type="paragraph" w:styleId="Liste3">
    <w:name w:val="List 3"/>
    <w:basedOn w:val="Standard"/>
    <w:uiPriority w:val="99"/>
    <w:unhideWhenUsed/>
    <w:rsid w:val="00326F90"/>
    <w:pPr>
      <w:ind w:left="1080" w:hanging="360"/>
      <w:contextualSpacing/>
    </w:pPr>
  </w:style>
  <w:style w:type="paragraph" w:styleId="Aufzhlungszeichen">
    <w:name w:val="List Bullet"/>
    <w:basedOn w:val="Standard"/>
    <w:uiPriority w:val="99"/>
    <w:unhideWhenUsed/>
    <w:rsid w:val="00326F90"/>
    <w:pPr>
      <w:numPr>
        <w:numId w:val="1"/>
      </w:numPr>
      <w:contextualSpacing/>
    </w:pPr>
  </w:style>
  <w:style w:type="paragraph" w:styleId="Aufzhlungszeichen2">
    <w:name w:val="List Bullet 2"/>
    <w:basedOn w:val="Standard"/>
    <w:uiPriority w:val="99"/>
    <w:unhideWhenUsed/>
    <w:rsid w:val="00326F90"/>
    <w:pPr>
      <w:numPr>
        <w:numId w:val="2"/>
      </w:numPr>
      <w:contextualSpacing/>
    </w:pPr>
  </w:style>
  <w:style w:type="paragraph" w:styleId="Aufzhlungszeichen3">
    <w:name w:val="List Bullet 3"/>
    <w:basedOn w:val="Standard"/>
    <w:uiPriority w:val="99"/>
    <w:unhideWhenUsed/>
    <w:rsid w:val="00326F90"/>
    <w:pPr>
      <w:numPr>
        <w:numId w:val="3"/>
      </w:numPr>
      <w:contextualSpacing/>
    </w:pPr>
  </w:style>
  <w:style w:type="paragraph" w:styleId="Listennummer">
    <w:name w:val="List Number"/>
    <w:basedOn w:val="Standard"/>
    <w:uiPriority w:val="99"/>
    <w:unhideWhenUsed/>
    <w:rsid w:val="00326F90"/>
    <w:pPr>
      <w:numPr>
        <w:numId w:val="5"/>
      </w:numPr>
      <w:contextualSpacing/>
    </w:pPr>
  </w:style>
  <w:style w:type="paragraph" w:styleId="Listennummer2">
    <w:name w:val="List Number 2"/>
    <w:basedOn w:val="Standard"/>
    <w:uiPriority w:val="99"/>
    <w:unhideWhenUsed/>
    <w:rsid w:val="0029639D"/>
    <w:pPr>
      <w:numPr>
        <w:numId w:val="6"/>
      </w:numPr>
      <w:contextualSpacing/>
    </w:pPr>
  </w:style>
  <w:style w:type="paragraph" w:styleId="Listennummer3">
    <w:name w:val="List Number 3"/>
    <w:basedOn w:val="Standard"/>
    <w:uiPriority w:val="99"/>
    <w:unhideWhenUsed/>
    <w:rsid w:val="0029639D"/>
    <w:pPr>
      <w:numPr>
        <w:numId w:val="7"/>
      </w:numPr>
      <w:contextualSpacing/>
    </w:pPr>
  </w:style>
  <w:style w:type="paragraph" w:styleId="Listenfortsetzung">
    <w:name w:val="List Continue"/>
    <w:basedOn w:val="Standard"/>
    <w:uiPriority w:val="99"/>
    <w:unhideWhenUsed/>
    <w:rsid w:val="0029639D"/>
    <w:pPr>
      <w:spacing w:after="120"/>
      <w:ind w:left="360"/>
      <w:contextualSpacing/>
    </w:pPr>
  </w:style>
  <w:style w:type="paragraph" w:styleId="Listenfortsetzung2">
    <w:name w:val="List Continue 2"/>
    <w:basedOn w:val="Standard"/>
    <w:uiPriority w:val="99"/>
    <w:unhideWhenUsed/>
    <w:rsid w:val="0029639D"/>
    <w:pPr>
      <w:spacing w:after="120"/>
      <w:ind w:left="720"/>
      <w:contextualSpacing/>
    </w:pPr>
  </w:style>
  <w:style w:type="paragraph" w:styleId="Listenfortsetzung3">
    <w:name w:val="List Continue 3"/>
    <w:basedOn w:val="Standard"/>
    <w:uiPriority w:val="99"/>
    <w:unhideWhenUsed/>
    <w:rsid w:val="0029639D"/>
    <w:pPr>
      <w:spacing w:after="120"/>
      <w:ind w:left="1080"/>
      <w:contextualSpacing/>
    </w:pPr>
  </w:style>
  <w:style w:type="paragraph" w:styleId="Makrotext">
    <w:name w:val="macro"/>
    <w:link w:val="MakrotextZchn"/>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textZchn">
    <w:name w:val="Makrotext Zchn"/>
    <w:basedOn w:val="Absatz-Standardschriftart"/>
    <w:link w:val="Makrotext"/>
    <w:uiPriority w:val="99"/>
    <w:rsid w:val="0029639D"/>
    <w:rPr>
      <w:rFonts w:ascii="Courier" w:hAnsi="Courier"/>
      <w:sz w:val="20"/>
      <w:szCs w:val="20"/>
    </w:rPr>
  </w:style>
  <w:style w:type="paragraph" w:styleId="Zitat">
    <w:name w:val="Quote"/>
    <w:basedOn w:val="Standard"/>
    <w:next w:val="Standard"/>
    <w:link w:val="ZitatZchn"/>
    <w:uiPriority w:val="29"/>
    <w:qFormat/>
    <w:rsid w:val="00FC693F"/>
    <w:rPr>
      <w:i/>
      <w:iCs/>
      <w:color w:val="000000" w:themeColor="text1"/>
    </w:rPr>
  </w:style>
  <w:style w:type="character" w:customStyle="1" w:styleId="ZitatZchn">
    <w:name w:val="Zitat Zchn"/>
    <w:basedOn w:val="Absatz-Standardschriftart"/>
    <w:link w:val="Zitat"/>
    <w:uiPriority w:val="29"/>
    <w:rsid w:val="00FC693F"/>
    <w:rPr>
      <w:i/>
      <w:iCs/>
      <w:color w:val="000000" w:themeColor="text1"/>
    </w:rPr>
  </w:style>
  <w:style w:type="character" w:customStyle="1" w:styleId="berschrift4Zchn">
    <w:name w:val="Überschrift 4 Zchn"/>
    <w:basedOn w:val="Absatz-Standardschriftart"/>
    <w:link w:val="berschrift4"/>
    <w:uiPriority w:val="9"/>
    <w:semiHidden/>
    <w:rsid w:val="00FC693F"/>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FC693F"/>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FC693F"/>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C693F"/>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FC693F"/>
    <w:rPr>
      <w:rFonts w:asciiTheme="majorHAnsi" w:eastAsiaTheme="majorEastAsia" w:hAnsiTheme="majorHAnsi" w:cstheme="majorBidi"/>
      <w:color w:val="4F81BD" w:themeColor="accent1"/>
      <w:sz w:val="20"/>
      <w:szCs w:val="20"/>
    </w:rPr>
  </w:style>
  <w:style w:type="character" w:customStyle="1" w:styleId="berschrift9Zchn">
    <w:name w:val="Überschrift 9 Zchn"/>
    <w:basedOn w:val="Absatz-Standardschriftart"/>
    <w:link w:val="berschrift9"/>
    <w:uiPriority w:val="9"/>
    <w:semiHidden/>
    <w:rsid w:val="00FC693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FC693F"/>
    <w:pPr>
      <w:spacing w:line="240" w:lineRule="auto"/>
    </w:pPr>
    <w:rPr>
      <w:b/>
      <w:bCs/>
      <w:color w:val="4F81BD" w:themeColor="accent1"/>
      <w:sz w:val="18"/>
      <w:szCs w:val="18"/>
    </w:rPr>
  </w:style>
  <w:style w:type="character" w:styleId="Fett">
    <w:name w:val="Strong"/>
    <w:basedOn w:val="Absatz-Standardschriftart"/>
    <w:uiPriority w:val="22"/>
    <w:qFormat/>
    <w:rsid w:val="00FC693F"/>
    <w:rPr>
      <w:b/>
      <w:bCs/>
    </w:rPr>
  </w:style>
  <w:style w:type="character" w:styleId="Hervorhebung">
    <w:name w:val="Emphasis"/>
    <w:basedOn w:val="Absatz-Standardschriftart"/>
    <w:uiPriority w:val="20"/>
    <w:qFormat/>
    <w:rsid w:val="00FC693F"/>
    <w:rPr>
      <w:i/>
      <w:iCs/>
    </w:rPr>
  </w:style>
  <w:style w:type="paragraph" w:styleId="IntensivesZitat">
    <w:name w:val="Intense Quote"/>
    <w:basedOn w:val="Standard"/>
    <w:next w:val="Standard"/>
    <w:link w:val="IntensivesZitatZchn"/>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FC693F"/>
    <w:rPr>
      <w:b/>
      <w:bCs/>
      <w:i/>
      <w:iCs/>
      <w:color w:val="4F81BD" w:themeColor="accent1"/>
    </w:rPr>
  </w:style>
  <w:style w:type="character" w:styleId="SchwacheHervorhebung">
    <w:name w:val="Subtle Emphasis"/>
    <w:basedOn w:val="Absatz-Standardschriftart"/>
    <w:uiPriority w:val="19"/>
    <w:qFormat/>
    <w:rsid w:val="00FC693F"/>
    <w:rPr>
      <w:i/>
      <w:iCs/>
      <w:color w:val="808080" w:themeColor="text1" w:themeTint="7F"/>
    </w:rPr>
  </w:style>
  <w:style w:type="character" w:styleId="IntensiveHervorhebung">
    <w:name w:val="Intense Emphasis"/>
    <w:basedOn w:val="Absatz-Standardschriftart"/>
    <w:uiPriority w:val="21"/>
    <w:qFormat/>
    <w:rsid w:val="00FC693F"/>
    <w:rPr>
      <w:b/>
      <w:bCs/>
      <w:i/>
      <w:iCs/>
      <w:color w:val="4F81BD" w:themeColor="accent1"/>
    </w:rPr>
  </w:style>
  <w:style w:type="character" w:styleId="SchwacherVerweis">
    <w:name w:val="Subtle Reference"/>
    <w:basedOn w:val="Absatz-Standardschriftart"/>
    <w:uiPriority w:val="31"/>
    <w:qFormat/>
    <w:rsid w:val="00FC693F"/>
    <w:rPr>
      <w:smallCaps/>
      <w:color w:val="C0504D" w:themeColor="accent2"/>
      <w:u w:val="single"/>
    </w:rPr>
  </w:style>
  <w:style w:type="character" w:styleId="IntensiverVerweis">
    <w:name w:val="Intense Reference"/>
    <w:basedOn w:val="Absatz-Standardschriftart"/>
    <w:uiPriority w:val="32"/>
    <w:qFormat/>
    <w:rsid w:val="00FC693F"/>
    <w:rPr>
      <w:b/>
      <w:bCs/>
      <w:smallCaps/>
      <w:color w:val="C0504D" w:themeColor="accent2"/>
      <w:spacing w:val="5"/>
      <w:u w:val="single"/>
    </w:rPr>
  </w:style>
  <w:style w:type="character" w:styleId="Buchtitel">
    <w:name w:val="Book Title"/>
    <w:basedOn w:val="Absatz-Standardschriftart"/>
    <w:uiPriority w:val="33"/>
    <w:qFormat/>
    <w:rsid w:val="00FC693F"/>
    <w:rPr>
      <w:b/>
      <w:bCs/>
      <w:smallCaps/>
      <w:spacing w:val="5"/>
    </w:rPr>
  </w:style>
  <w:style w:type="paragraph" w:styleId="Inhaltsverzeichnisberschrift">
    <w:name w:val="TOC Heading"/>
    <w:basedOn w:val="berschrift1"/>
    <w:next w:val="Standard"/>
    <w:uiPriority w:val="39"/>
    <w:semiHidden/>
    <w:unhideWhenUsed/>
    <w:qFormat/>
    <w:rsid w:val="00FC693F"/>
    <w:pPr>
      <w:outlineLvl w:val="9"/>
    </w:pPr>
  </w:style>
  <w:style w:type="table" w:styleId="Tabellenraster">
    <w:name w:val="Table Grid"/>
    <w:basedOn w:val="NormaleTabelle"/>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Akzent2">
    <w:name w:val="Light Shading Accent 2"/>
    <w:basedOn w:val="NormaleTabelle"/>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HelleSchattierung-Akzent3">
    <w:name w:val="Light Shading Accent 3"/>
    <w:basedOn w:val="NormaleTabelle"/>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HelleSchattierung-Akzent4">
    <w:name w:val="Light Shading Accent 4"/>
    <w:basedOn w:val="NormaleTabelle"/>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HelleSchattierung-Akzent5">
    <w:name w:val="Light Shading Accent 5"/>
    <w:basedOn w:val="NormaleTabelle"/>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Schattierung-Akzent6">
    <w:name w:val="Light Shading Accent 6"/>
    <w:basedOn w:val="NormaleTabelle"/>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HelleListe">
    <w:name w:val="Light List"/>
    <w:basedOn w:val="NormaleTabelle"/>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Liste-Akzent2">
    <w:name w:val="Light List Accent 2"/>
    <w:basedOn w:val="NormaleTabelle"/>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HelleListe-Akzent3">
    <w:name w:val="Light List Accent 3"/>
    <w:basedOn w:val="NormaleTabelle"/>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HelleListe-Akzent4">
    <w:name w:val="Light List Accent 4"/>
    <w:basedOn w:val="NormaleTabelle"/>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HelleListe-Akzent5">
    <w:name w:val="Light List Accent 5"/>
    <w:basedOn w:val="NormaleTabelle"/>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HelleListe-Akzent6">
    <w:name w:val="Light List Accent 6"/>
    <w:basedOn w:val="NormaleTabelle"/>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HellesRaster">
    <w:name w:val="Light Grid"/>
    <w:basedOn w:val="NormaleTabelle"/>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sRaster-Akzent2">
    <w:name w:val="Light Grid Accent 2"/>
    <w:basedOn w:val="NormaleTabelle"/>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HellesRaster-Akzent3">
    <w:name w:val="Light Grid Accent 3"/>
    <w:basedOn w:val="NormaleTabelle"/>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HellesRaster-Akzent4">
    <w:name w:val="Light Grid Accent 4"/>
    <w:basedOn w:val="NormaleTabelle"/>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HellesRaster-Akzent5">
    <w:name w:val="Light Grid Accent 5"/>
    <w:basedOn w:val="NormaleTabelle"/>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HellesRaster-Akzent6">
    <w:name w:val="Light Grid Accent 6"/>
    <w:basedOn w:val="NormaleTabelle"/>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ittlereSchattierung1">
    <w:name w:val="Medium Shading 1"/>
    <w:basedOn w:val="NormaleTabelle"/>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1">
    <w:name w:val="Medium Shading 2 Accent 1"/>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2">
    <w:name w:val="Medium Shading 2 Accent 2"/>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3">
    <w:name w:val="Medium Shading 2 Accent 3"/>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4">
    <w:name w:val="Medium Shading 2 Accent 4"/>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5">
    <w:name w:val="Medium Shading 2 Accent 5"/>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6">
    <w:name w:val="Medium Shading 2 Accent 6"/>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Liste1">
    <w:name w:val="Medium List 1"/>
    <w:basedOn w:val="NormaleTabelle"/>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Liste1-Akzent2">
    <w:name w:val="Medium List 1 Accent 2"/>
    <w:basedOn w:val="NormaleTabelle"/>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ittlereListe1-Akzent3">
    <w:name w:val="Medium List 1 Accent 3"/>
    <w:basedOn w:val="NormaleTabelle"/>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ittlereListe1-Akzent4">
    <w:name w:val="Medium List 1 Accent 4"/>
    <w:basedOn w:val="NormaleTabelle"/>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ittlereListe1-Akzent5">
    <w:name w:val="Medium List 1 Accent 5"/>
    <w:basedOn w:val="NormaleTabelle"/>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ittlereListe1-Akzent6">
    <w:name w:val="Medium List 1 Accent 6"/>
    <w:basedOn w:val="NormaleTabelle"/>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ittlereListe2">
    <w:name w:val="Medium List 2"/>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Raster1">
    <w:name w:val="Medium Grid 1"/>
    <w:basedOn w:val="NormaleTabelle"/>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ittleresRaster1-Akzent2">
    <w:name w:val="Medium Grid 1 Accent 2"/>
    <w:basedOn w:val="NormaleTabelle"/>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ittleresRaster1-Akzent3">
    <w:name w:val="Medium Grid 1 Accent 3"/>
    <w:basedOn w:val="NormaleTabelle"/>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ittleresRaster1-Akzent4">
    <w:name w:val="Medium Grid 1 Accent 4"/>
    <w:basedOn w:val="NormaleTabelle"/>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ittleresRaster1-Akzent5">
    <w:name w:val="Medium Grid 1 Accent 5"/>
    <w:basedOn w:val="NormaleTabelle"/>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ttleresRaster1-Akzent6">
    <w:name w:val="Medium Grid 1 Accent 6"/>
    <w:basedOn w:val="NormaleTabelle"/>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ittleresRaster2">
    <w:name w:val="Medium Grid 2"/>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ittleresRaster3-Akzent2">
    <w:name w:val="Medium Grid 3 Accent 2"/>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ittleresRaster3-Akzent3">
    <w:name w:val="Medium Grid 3 Accent 3"/>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ittleresRaster3-Akzent4">
    <w:name w:val="Medium Grid 3 Accent 4"/>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ittleresRaster3-Akzent5">
    <w:name w:val="Medium Grid 3 Accent 5"/>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ittleresRaster3-Akzent6">
    <w:name w:val="Medium Grid 3 Accent 6"/>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unkleListe">
    <w:name w:val="Dark List"/>
    <w:basedOn w:val="NormaleTabelle"/>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unkleListe-Akzent2">
    <w:name w:val="Dark List Accent 2"/>
    <w:basedOn w:val="NormaleTabelle"/>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unkleListe-Akzent3">
    <w:name w:val="Dark List Accent 3"/>
    <w:basedOn w:val="NormaleTabelle"/>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unkleListe-Akzent4">
    <w:name w:val="Dark List Accent 4"/>
    <w:basedOn w:val="NormaleTabelle"/>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unkleListe-Akzent5">
    <w:name w:val="Dark List Accent 5"/>
    <w:basedOn w:val="NormaleTabelle"/>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unkleListe-Akzent6">
    <w:name w:val="Dark List Accent 6"/>
    <w:basedOn w:val="NormaleTabelle"/>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FarbigeSchattierung">
    <w:name w:val="Colorful Shading"/>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arbigeSchattierung-Akzent4">
    <w:name w:val="Colorful Shading Accent 4"/>
    <w:basedOn w:val="NormaleTabelle"/>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FarbigeListe">
    <w:name w:val="Colorful List"/>
    <w:basedOn w:val="NormaleTabelle"/>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arbigeListe-Akzent2">
    <w:name w:val="Colorful List Accent 2"/>
    <w:basedOn w:val="NormaleTabelle"/>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arbigeListe-Akzent3">
    <w:name w:val="Colorful List Accent 3"/>
    <w:basedOn w:val="NormaleTabelle"/>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arbigeListe-Akzent4">
    <w:name w:val="Colorful List Accent 4"/>
    <w:basedOn w:val="NormaleTabelle"/>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arbigeListe-Akzent5">
    <w:name w:val="Colorful List Accent 5"/>
    <w:basedOn w:val="NormaleTabelle"/>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bigeListe-Akzent6">
    <w:name w:val="Colorful List Accent 6"/>
    <w:basedOn w:val="NormaleTabelle"/>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arbigesRaster">
    <w:name w:val="Colorful Grid"/>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arbigesRaster-Akzent2">
    <w:name w:val="Colorful Grid Accent 2"/>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bigesRaster-Akzent3">
    <w:name w:val="Colorful Grid Accent 3"/>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bigesRaster-Akzent4">
    <w:name w:val="Colorful Grid Accent 4"/>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arbigesRaster-Akzent5">
    <w:name w:val="Colorful Grid Accent 5"/>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bigesRaster-Akzent6">
    <w:name w:val="Colorful Grid Accent 6"/>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erarbeitung">
    <w:name w:val="Revision"/>
    <w:hidden/>
    <w:uiPriority w:val="99"/>
    <w:semiHidden/>
    <w:rsid w:val="006F5BA1"/>
    <w:pPr>
      <w:spacing w:after="0" w:line="240" w:lineRule="auto"/>
    </w:pPr>
  </w:style>
  <w:style w:type="character" w:styleId="Hyperlink">
    <w:name w:val="Hyperlink"/>
    <w:basedOn w:val="Absatz-Standardschriftart"/>
    <w:uiPriority w:val="99"/>
    <w:unhideWhenUsed/>
    <w:rsid w:val="00155B0A"/>
    <w:rPr>
      <w:color w:val="0000FF" w:themeColor="hyperlink"/>
      <w:u w:val="single"/>
    </w:rPr>
  </w:style>
  <w:style w:type="character" w:styleId="NichtaufgelsteErwhnung">
    <w:name w:val="Unresolved Mention"/>
    <w:basedOn w:val="Absatz-Standardschriftart"/>
    <w:uiPriority w:val="99"/>
    <w:semiHidden/>
    <w:unhideWhenUsed/>
    <w:rsid w:val="004F5D25"/>
    <w:rPr>
      <w:color w:val="605E5C"/>
      <w:shd w:val="clear" w:color="auto" w:fill="E1DFDD"/>
    </w:rPr>
  </w:style>
  <w:style w:type="character" w:styleId="Platzhaltertext">
    <w:name w:val="Placeholder Text"/>
    <w:basedOn w:val="Absatz-Standardschriftart"/>
    <w:uiPriority w:val="99"/>
    <w:semiHidden/>
    <w:rsid w:val="00F200C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brestel@sikomed.com"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jpe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koenig@sikomed.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597773686964167A40B67F6C34FC544"/>
        <w:category>
          <w:name w:val="Allgemein"/>
          <w:gallery w:val="placeholder"/>
        </w:category>
        <w:types>
          <w:type w:val="bbPlcHdr"/>
        </w:types>
        <w:behaviors>
          <w:behavior w:val="content"/>
        </w:behaviors>
        <w:guid w:val="{CBBA3945-5A45-4EE7-A538-52A4D9E4718F}"/>
      </w:docPartPr>
      <w:docPartBody>
        <w:p w:rsidR="00B02301" w:rsidRDefault="000831BA" w:rsidP="000831BA">
          <w:pPr>
            <w:pStyle w:val="3597773686964167A40B67F6C34FC54414"/>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FF495AD8626A4559BD5282EAB45FA421"/>
        <w:category>
          <w:name w:val="Allgemein"/>
          <w:gallery w:val="placeholder"/>
        </w:category>
        <w:types>
          <w:type w:val="bbPlcHdr"/>
        </w:types>
        <w:behaviors>
          <w:behavior w:val="content"/>
        </w:behaviors>
        <w:guid w:val="{18C09529-96E8-4FA6-A0CD-15CCFDCCB121}"/>
      </w:docPartPr>
      <w:docPartBody>
        <w:p w:rsidR="00B02301" w:rsidRDefault="000831BA" w:rsidP="000831BA">
          <w:pPr>
            <w:pStyle w:val="FF495AD8626A4559BD5282EAB45FA421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363BEEB0957045B09177979598B1C316"/>
        <w:category>
          <w:name w:val="Allgemein"/>
          <w:gallery w:val="placeholder"/>
        </w:category>
        <w:types>
          <w:type w:val="bbPlcHdr"/>
        </w:types>
        <w:behaviors>
          <w:behavior w:val="content"/>
        </w:behaviors>
        <w:guid w:val="{7C84CB8E-8DF3-4824-8E4B-30A3EC440757}"/>
      </w:docPartPr>
      <w:docPartBody>
        <w:p w:rsidR="00B02301" w:rsidRDefault="000831BA" w:rsidP="000831BA">
          <w:pPr>
            <w:pStyle w:val="363BEEB0957045B09177979598B1C316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E9597D8737FC4B3BB8C9D229556A04D5"/>
        <w:category>
          <w:name w:val="Allgemein"/>
          <w:gallery w:val="placeholder"/>
        </w:category>
        <w:types>
          <w:type w:val="bbPlcHdr"/>
        </w:types>
        <w:behaviors>
          <w:behavior w:val="content"/>
        </w:behaviors>
        <w:guid w:val="{7D385813-74D3-4E4F-88E9-0F07D4FD5122}"/>
      </w:docPartPr>
      <w:docPartBody>
        <w:p w:rsidR="00B02301" w:rsidRDefault="000831BA" w:rsidP="000831BA">
          <w:pPr>
            <w:pStyle w:val="E9597D8737FC4B3BB8C9D229556A04D5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7A42B7354C4A406CA6B1FEDBB01D67B5"/>
        <w:category>
          <w:name w:val="Allgemein"/>
          <w:gallery w:val="placeholder"/>
        </w:category>
        <w:types>
          <w:type w:val="bbPlcHdr"/>
        </w:types>
        <w:behaviors>
          <w:behavior w:val="content"/>
        </w:behaviors>
        <w:guid w:val="{7754B2C5-A0DD-4D46-8064-EAC6B6C8D5FD}"/>
      </w:docPartPr>
      <w:docPartBody>
        <w:p w:rsidR="00B02301" w:rsidRDefault="000831BA" w:rsidP="000831BA">
          <w:pPr>
            <w:pStyle w:val="7A42B7354C4A406CA6B1FEDBB01D67B5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DD34CACC9C9B44D88CB94355E94085EE"/>
        <w:category>
          <w:name w:val="Allgemein"/>
          <w:gallery w:val="placeholder"/>
        </w:category>
        <w:types>
          <w:type w:val="bbPlcHdr"/>
        </w:types>
        <w:behaviors>
          <w:behavior w:val="content"/>
        </w:behaviors>
        <w:guid w:val="{E506E561-8117-45C5-9128-573859CB50D0}"/>
      </w:docPartPr>
      <w:docPartBody>
        <w:p w:rsidR="00B02301" w:rsidRDefault="000831BA" w:rsidP="000831BA">
          <w:pPr>
            <w:pStyle w:val="DD34CACC9C9B44D88CB94355E94085EE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4FDBBDBAC12F4EA9AC642D30D5B3597C"/>
        <w:category>
          <w:name w:val="Allgemein"/>
          <w:gallery w:val="placeholder"/>
        </w:category>
        <w:types>
          <w:type w:val="bbPlcHdr"/>
        </w:types>
        <w:behaviors>
          <w:behavior w:val="content"/>
        </w:behaviors>
        <w:guid w:val="{72E99A10-463C-4FE0-B365-C62025669E97}"/>
      </w:docPartPr>
      <w:docPartBody>
        <w:p w:rsidR="00B02301" w:rsidRDefault="000831BA" w:rsidP="000831BA">
          <w:pPr>
            <w:pStyle w:val="4FDBBDBAC12F4EA9AC642D30D5B3597C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166AAC58EDBA4A51ACA41AD5098E7879"/>
        <w:category>
          <w:name w:val="Allgemein"/>
          <w:gallery w:val="placeholder"/>
        </w:category>
        <w:types>
          <w:type w:val="bbPlcHdr"/>
        </w:types>
        <w:behaviors>
          <w:behavior w:val="content"/>
        </w:behaviors>
        <w:guid w:val="{EF0A3007-6E4E-4C7B-8BD1-28A0FEF177B9}"/>
      </w:docPartPr>
      <w:docPartBody>
        <w:p w:rsidR="00B02301" w:rsidRDefault="000831BA" w:rsidP="000831BA">
          <w:pPr>
            <w:pStyle w:val="166AAC58EDBA4A51ACA41AD5098E7879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CA1E65F88F164CB18D50BD42A5EE71E1"/>
        <w:category>
          <w:name w:val="Allgemein"/>
          <w:gallery w:val="placeholder"/>
        </w:category>
        <w:types>
          <w:type w:val="bbPlcHdr"/>
        </w:types>
        <w:behaviors>
          <w:behavior w:val="content"/>
        </w:behaviors>
        <w:guid w:val="{278AB887-4CCA-4CD8-8D92-EDAAB0E8E65A}"/>
      </w:docPartPr>
      <w:docPartBody>
        <w:p w:rsidR="00B02301" w:rsidRDefault="000831BA" w:rsidP="000831BA">
          <w:pPr>
            <w:pStyle w:val="CA1E65F88F164CB18D50BD42A5EE71E1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6D36B623947B4B569AD4CFCFD8223073"/>
        <w:category>
          <w:name w:val="Allgemein"/>
          <w:gallery w:val="placeholder"/>
        </w:category>
        <w:types>
          <w:type w:val="bbPlcHdr"/>
        </w:types>
        <w:behaviors>
          <w:behavior w:val="content"/>
        </w:behaviors>
        <w:guid w:val="{0CC63F4D-7C94-45D4-809B-2B2291196AAF}"/>
      </w:docPartPr>
      <w:docPartBody>
        <w:p w:rsidR="00B02301" w:rsidRDefault="000831BA" w:rsidP="000831BA">
          <w:pPr>
            <w:pStyle w:val="6D36B623947B4B569AD4CFCFD8223073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BA58D79326414ECD9163D99995F9055B"/>
        <w:category>
          <w:name w:val="Allgemein"/>
          <w:gallery w:val="placeholder"/>
        </w:category>
        <w:types>
          <w:type w:val="bbPlcHdr"/>
        </w:types>
        <w:behaviors>
          <w:behavior w:val="content"/>
        </w:behaviors>
        <w:guid w:val="{F5822C3F-0CC5-4EF5-97DE-3AC00AE3AF2D}"/>
      </w:docPartPr>
      <w:docPartBody>
        <w:p w:rsidR="00B02301" w:rsidRDefault="000831BA" w:rsidP="000831BA">
          <w:pPr>
            <w:pStyle w:val="BA58D79326414ECD9163D99995F9055B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745A20DD249244D9889BC08F509505AB"/>
        <w:category>
          <w:name w:val="Allgemein"/>
          <w:gallery w:val="placeholder"/>
        </w:category>
        <w:types>
          <w:type w:val="bbPlcHdr"/>
        </w:types>
        <w:behaviors>
          <w:behavior w:val="content"/>
        </w:behaviors>
        <w:guid w:val="{C3F9EEBA-6DF0-4B03-83A9-6DB83AB68897}"/>
      </w:docPartPr>
      <w:docPartBody>
        <w:p w:rsidR="00B02301" w:rsidRDefault="000831BA" w:rsidP="000831BA">
          <w:pPr>
            <w:pStyle w:val="745A20DD249244D9889BC08F509505AB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0063E0E85B6142C89B096511F689B8C2"/>
        <w:category>
          <w:name w:val="Allgemein"/>
          <w:gallery w:val="placeholder"/>
        </w:category>
        <w:types>
          <w:type w:val="bbPlcHdr"/>
        </w:types>
        <w:behaviors>
          <w:behavior w:val="content"/>
        </w:behaviors>
        <w:guid w:val="{C956058A-9819-4B12-A6F5-6E9D1A6FB336}"/>
      </w:docPartPr>
      <w:docPartBody>
        <w:p w:rsidR="00B02301" w:rsidRDefault="000831BA" w:rsidP="000831BA">
          <w:pPr>
            <w:pStyle w:val="0063E0E85B6142C89B096511F689B8C2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13477FF0D6FB4EC7B7490768B9794AE4"/>
        <w:category>
          <w:name w:val="Allgemein"/>
          <w:gallery w:val="placeholder"/>
        </w:category>
        <w:types>
          <w:type w:val="bbPlcHdr"/>
        </w:types>
        <w:behaviors>
          <w:behavior w:val="content"/>
        </w:behaviors>
        <w:guid w:val="{A9D283A4-0BE9-49C9-9991-B2DFF794BDA6}"/>
      </w:docPartPr>
      <w:docPartBody>
        <w:p w:rsidR="00B02301" w:rsidRDefault="000831BA" w:rsidP="000831BA">
          <w:pPr>
            <w:pStyle w:val="13477FF0D6FB4EC7B7490768B9794AE4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7B1106A124224C8685AED09EEE63C1CD"/>
        <w:category>
          <w:name w:val="Allgemein"/>
          <w:gallery w:val="placeholder"/>
        </w:category>
        <w:types>
          <w:type w:val="bbPlcHdr"/>
        </w:types>
        <w:behaviors>
          <w:behavior w:val="content"/>
        </w:behaviors>
        <w:guid w:val="{14A59474-37A5-42BD-9BFF-76155427C1EC}"/>
      </w:docPartPr>
      <w:docPartBody>
        <w:p w:rsidR="00B02301" w:rsidRDefault="000831BA" w:rsidP="000831BA">
          <w:pPr>
            <w:pStyle w:val="7B1106A124224C8685AED09EEE63C1CD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084748F2D41F4242BB538C1C874F86E5"/>
        <w:category>
          <w:name w:val="Allgemein"/>
          <w:gallery w:val="placeholder"/>
        </w:category>
        <w:types>
          <w:type w:val="bbPlcHdr"/>
        </w:types>
        <w:behaviors>
          <w:behavior w:val="content"/>
        </w:behaviors>
        <w:guid w:val="{3257A918-D6CD-40BE-9C4C-DCC15581C2DC}"/>
      </w:docPartPr>
      <w:docPartBody>
        <w:p w:rsidR="00B02301" w:rsidRDefault="000831BA" w:rsidP="000831BA">
          <w:pPr>
            <w:pStyle w:val="084748F2D41F4242BB538C1C874F86E5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8F93E3386F4D4A27BB4C466BC8624072"/>
        <w:category>
          <w:name w:val="Allgemein"/>
          <w:gallery w:val="placeholder"/>
        </w:category>
        <w:types>
          <w:type w:val="bbPlcHdr"/>
        </w:types>
        <w:behaviors>
          <w:behavior w:val="content"/>
        </w:behaviors>
        <w:guid w:val="{86BD4157-B601-42F8-B284-1B451DFBDB8A}"/>
      </w:docPartPr>
      <w:docPartBody>
        <w:p w:rsidR="00B02301" w:rsidRDefault="000831BA" w:rsidP="000831BA">
          <w:pPr>
            <w:pStyle w:val="8F93E3386F4D4A27BB4C466BC8624072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56AA2793A12A4D6DAF655C74001E3B17"/>
        <w:category>
          <w:name w:val="Allgemein"/>
          <w:gallery w:val="placeholder"/>
        </w:category>
        <w:types>
          <w:type w:val="bbPlcHdr"/>
        </w:types>
        <w:behaviors>
          <w:behavior w:val="content"/>
        </w:behaviors>
        <w:guid w:val="{4D0AF71D-99C7-42D4-9C6B-D01F2A8D1659}"/>
      </w:docPartPr>
      <w:docPartBody>
        <w:p w:rsidR="00B02301" w:rsidRDefault="000831BA" w:rsidP="000831BA">
          <w:pPr>
            <w:pStyle w:val="56AA2793A12A4D6DAF655C74001E3B17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6D6CE510F1FF4FE5AC4C78CBD7CA35BB"/>
        <w:category>
          <w:name w:val="Allgemein"/>
          <w:gallery w:val="placeholder"/>
        </w:category>
        <w:types>
          <w:type w:val="bbPlcHdr"/>
        </w:types>
        <w:behaviors>
          <w:behavior w:val="content"/>
        </w:behaviors>
        <w:guid w:val="{D6A0FDE3-80C7-48D7-A30B-5DC01253F726}"/>
      </w:docPartPr>
      <w:docPartBody>
        <w:p w:rsidR="00B02301" w:rsidRDefault="000831BA" w:rsidP="000831BA">
          <w:pPr>
            <w:pStyle w:val="6D6CE510F1FF4FE5AC4C78CBD7CA35BB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D24443E389F34A308FF3C79E9811BF27"/>
        <w:category>
          <w:name w:val="Allgemein"/>
          <w:gallery w:val="placeholder"/>
        </w:category>
        <w:types>
          <w:type w:val="bbPlcHdr"/>
        </w:types>
        <w:behaviors>
          <w:behavior w:val="content"/>
        </w:behaviors>
        <w:guid w:val="{EDAE6CA6-3304-4768-867D-FC8D7C39B6ED}"/>
      </w:docPartPr>
      <w:docPartBody>
        <w:p w:rsidR="00B02301" w:rsidRDefault="000831BA" w:rsidP="000831BA">
          <w:pPr>
            <w:pStyle w:val="D24443E389F34A308FF3C79E9811BF27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320D4DF9E9FF41B0B39029C8671E0491"/>
        <w:category>
          <w:name w:val="Allgemein"/>
          <w:gallery w:val="placeholder"/>
        </w:category>
        <w:types>
          <w:type w:val="bbPlcHdr"/>
        </w:types>
        <w:behaviors>
          <w:behavior w:val="content"/>
        </w:behaviors>
        <w:guid w:val="{320AE3A7-C487-4F36-9104-7EE785D18588}"/>
      </w:docPartPr>
      <w:docPartBody>
        <w:p w:rsidR="00B02301" w:rsidRDefault="000831BA" w:rsidP="000831BA">
          <w:pPr>
            <w:pStyle w:val="320D4DF9E9FF41B0B39029C8671E0491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307E522915A74F7193BBC854F1577DE6"/>
        <w:category>
          <w:name w:val="Allgemein"/>
          <w:gallery w:val="placeholder"/>
        </w:category>
        <w:types>
          <w:type w:val="bbPlcHdr"/>
        </w:types>
        <w:behaviors>
          <w:behavior w:val="content"/>
        </w:behaviors>
        <w:guid w:val="{F02DBFC2-737F-4BA8-A885-D9F2B2AFFD01}"/>
      </w:docPartPr>
      <w:docPartBody>
        <w:p w:rsidR="00B02301" w:rsidRDefault="000831BA" w:rsidP="000831BA">
          <w:pPr>
            <w:pStyle w:val="307E522915A74F7193BBC854F1577DE6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CC39E851596C4A6D9D3D272606222A44"/>
        <w:category>
          <w:name w:val="Allgemein"/>
          <w:gallery w:val="placeholder"/>
        </w:category>
        <w:types>
          <w:type w:val="bbPlcHdr"/>
        </w:types>
        <w:behaviors>
          <w:behavior w:val="content"/>
        </w:behaviors>
        <w:guid w:val="{BA82F849-5616-4166-9408-56E0D7F2983A}"/>
      </w:docPartPr>
      <w:docPartBody>
        <w:p w:rsidR="00B02301" w:rsidRDefault="000831BA" w:rsidP="000831BA">
          <w:pPr>
            <w:pStyle w:val="CC39E851596C4A6D9D3D272606222A44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692841F3EDDC4BF7B301801C437677DE"/>
        <w:category>
          <w:name w:val="Allgemein"/>
          <w:gallery w:val="placeholder"/>
        </w:category>
        <w:types>
          <w:type w:val="bbPlcHdr"/>
        </w:types>
        <w:behaviors>
          <w:behavior w:val="content"/>
        </w:behaviors>
        <w:guid w:val="{925D6BE8-081F-4399-93BF-48BAD57272F2}"/>
      </w:docPartPr>
      <w:docPartBody>
        <w:p w:rsidR="00B02301" w:rsidRDefault="000831BA" w:rsidP="000831BA">
          <w:pPr>
            <w:pStyle w:val="692841F3EDDC4BF7B301801C437677DE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278F85ECF9B94D418B72023B8BA8C650"/>
        <w:category>
          <w:name w:val="Allgemein"/>
          <w:gallery w:val="placeholder"/>
        </w:category>
        <w:types>
          <w:type w:val="bbPlcHdr"/>
        </w:types>
        <w:behaviors>
          <w:behavior w:val="content"/>
        </w:behaviors>
        <w:guid w:val="{FCA154BC-84D9-4A46-8B54-BFA7BAD7724C}"/>
      </w:docPartPr>
      <w:docPartBody>
        <w:p w:rsidR="00B02301" w:rsidRDefault="000831BA" w:rsidP="000831BA">
          <w:pPr>
            <w:pStyle w:val="278F85ECF9B94D418B72023B8BA8C650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4D62894A464540C6B086987D643485E1"/>
        <w:category>
          <w:name w:val="Allgemein"/>
          <w:gallery w:val="placeholder"/>
        </w:category>
        <w:types>
          <w:type w:val="bbPlcHdr"/>
        </w:types>
        <w:behaviors>
          <w:behavior w:val="content"/>
        </w:behaviors>
        <w:guid w:val="{911D0200-FF0A-4B4F-99F9-03F1CD5CFEC7}"/>
      </w:docPartPr>
      <w:docPartBody>
        <w:p w:rsidR="00B02301" w:rsidRDefault="000831BA" w:rsidP="000831BA">
          <w:pPr>
            <w:pStyle w:val="4D62894A464540C6B086987D643485E1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9FF17BBAD6E042C58BA1F0AF45744141"/>
        <w:category>
          <w:name w:val="Allgemein"/>
          <w:gallery w:val="placeholder"/>
        </w:category>
        <w:types>
          <w:type w:val="bbPlcHdr"/>
        </w:types>
        <w:behaviors>
          <w:behavior w:val="content"/>
        </w:behaviors>
        <w:guid w:val="{8C2C06D9-EC3C-45A4-A7D8-57883CF257AB}"/>
      </w:docPartPr>
      <w:docPartBody>
        <w:p w:rsidR="00B02301" w:rsidRDefault="000831BA" w:rsidP="000831BA">
          <w:pPr>
            <w:pStyle w:val="9FF17BBAD6E042C58BA1F0AF45744141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6AF4EEDE59404410A7CE101914ED28BE"/>
        <w:category>
          <w:name w:val="Allgemein"/>
          <w:gallery w:val="placeholder"/>
        </w:category>
        <w:types>
          <w:type w:val="bbPlcHdr"/>
        </w:types>
        <w:behaviors>
          <w:behavior w:val="content"/>
        </w:behaviors>
        <w:guid w:val="{79CF5B68-A378-442E-978D-9213A0325163}"/>
      </w:docPartPr>
      <w:docPartBody>
        <w:p w:rsidR="00B02301" w:rsidRDefault="000831BA" w:rsidP="000831BA">
          <w:pPr>
            <w:pStyle w:val="6AF4EEDE59404410A7CE101914ED28BE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C70470483A0D4C3A8A9FC99445B4A5C3"/>
        <w:category>
          <w:name w:val="Allgemein"/>
          <w:gallery w:val="placeholder"/>
        </w:category>
        <w:types>
          <w:type w:val="bbPlcHdr"/>
        </w:types>
        <w:behaviors>
          <w:behavior w:val="content"/>
        </w:behaviors>
        <w:guid w:val="{C9431542-48C3-45BC-9F7F-CA956361A503}"/>
      </w:docPartPr>
      <w:docPartBody>
        <w:p w:rsidR="00B02301" w:rsidRDefault="000831BA" w:rsidP="000831BA">
          <w:pPr>
            <w:pStyle w:val="C70470483A0D4C3A8A9FC99445B4A5C3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0976E84ADFF2452695A82C96CA53B9D6"/>
        <w:category>
          <w:name w:val="Allgemein"/>
          <w:gallery w:val="placeholder"/>
        </w:category>
        <w:types>
          <w:type w:val="bbPlcHdr"/>
        </w:types>
        <w:behaviors>
          <w:behavior w:val="content"/>
        </w:behaviors>
        <w:guid w:val="{8D3A7B8B-4288-4A8E-AEA4-566F0073723D}"/>
      </w:docPartPr>
      <w:docPartBody>
        <w:p w:rsidR="00B02301" w:rsidRDefault="000831BA" w:rsidP="000831BA">
          <w:pPr>
            <w:pStyle w:val="0976E84ADFF2452695A82C96CA53B9D6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A7A487A75F1448819BA4F142891980DB"/>
        <w:category>
          <w:name w:val="Allgemein"/>
          <w:gallery w:val="placeholder"/>
        </w:category>
        <w:types>
          <w:type w:val="bbPlcHdr"/>
        </w:types>
        <w:behaviors>
          <w:behavior w:val="content"/>
        </w:behaviors>
        <w:guid w:val="{3337A5C1-6299-46F7-A42F-89C5588DED42}"/>
      </w:docPartPr>
      <w:docPartBody>
        <w:p w:rsidR="00B02301" w:rsidRDefault="000831BA" w:rsidP="000831BA">
          <w:pPr>
            <w:pStyle w:val="A7A487A75F1448819BA4F142891980DB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93C531BA39A04B089EFBE9D0FC2F17BF"/>
        <w:category>
          <w:name w:val="Allgemein"/>
          <w:gallery w:val="placeholder"/>
        </w:category>
        <w:types>
          <w:type w:val="bbPlcHdr"/>
        </w:types>
        <w:behaviors>
          <w:behavior w:val="content"/>
        </w:behaviors>
        <w:guid w:val="{FA02B933-9F32-4085-9199-FED556EDA9B7}"/>
      </w:docPartPr>
      <w:docPartBody>
        <w:p w:rsidR="00B02301" w:rsidRDefault="000831BA" w:rsidP="000831BA">
          <w:pPr>
            <w:pStyle w:val="93C531BA39A04B089EFBE9D0FC2F17BF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9EA525985FD64511951FE4CF71D0351E"/>
        <w:category>
          <w:name w:val="Allgemein"/>
          <w:gallery w:val="placeholder"/>
        </w:category>
        <w:types>
          <w:type w:val="bbPlcHdr"/>
        </w:types>
        <w:behaviors>
          <w:behavior w:val="content"/>
        </w:behaviors>
        <w:guid w:val="{19C31E45-0DD0-41CF-8141-1E61FDC062FA}"/>
      </w:docPartPr>
      <w:docPartBody>
        <w:p w:rsidR="00B02301" w:rsidRDefault="000831BA" w:rsidP="000831BA">
          <w:pPr>
            <w:pStyle w:val="9EA525985FD64511951FE4CF71D0351E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FA06850768C54B2492FC1A05353CB6F3"/>
        <w:category>
          <w:name w:val="Allgemein"/>
          <w:gallery w:val="placeholder"/>
        </w:category>
        <w:types>
          <w:type w:val="bbPlcHdr"/>
        </w:types>
        <w:behaviors>
          <w:behavior w:val="content"/>
        </w:behaviors>
        <w:guid w:val="{1FF2CC97-44A7-4050-BF0F-A3F929BA522A}"/>
      </w:docPartPr>
      <w:docPartBody>
        <w:p w:rsidR="00B02301" w:rsidRDefault="000831BA" w:rsidP="000831BA">
          <w:pPr>
            <w:pStyle w:val="FA06850768C54B2492FC1A05353CB6F3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6336A3F96BD94DADBB1DB9E2BB948764"/>
        <w:category>
          <w:name w:val="Allgemein"/>
          <w:gallery w:val="placeholder"/>
        </w:category>
        <w:types>
          <w:type w:val="bbPlcHdr"/>
        </w:types>
        <w:behaviors>
          <w:behavior w:val="content"/>
        </w:behaviors>
        <w:guid w:val="{20228309-B950-4B7A-9CB6-32BA017A88B3}"/>
      </w:docPartPr>
      <w:docPartBody>
        <w:p w:rsidR="00B02301" w:rsidRDefault="000831BA" w:rsidP="000831BA">
          <w:pPr>
            <w:pStyle w:val="6336A3F96BD94DADBB1DB9E2BB948764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01D0674B7FBD4D69BA14A79B97C145E4"/>
        <w:category>
          <w:name w:val="Allgemein"/>
          <w:gallery w:val="placeholder"/>
        </w:category>
        <w:types>
          <w:type w:val="bbPlcHdr"/>
        </w:types>
        <w:behaviors>
          <w:behavior w:val="content"/>
        </w:behaviors>
        <w:guid w:val="{497853DC-A7BF-4907-8B3C-86DD4EEC0218}"/>
      </w:docPartPr>
      <w:docPartBody>
        <w:p w:rsidR="00B02301" w:rsidRDefault="000831BA" w:rsidP="000831BA">
          <w:pPr>
            <w:pStyle w:val="01D0674B7FBD4D69BA14A79B97C145E4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1ACFF307F99645DC8CA61CC14ADA8170"/>
        <w:category>
          <w:name w:val="Allgemein"/>
          <w:gallery w:val="placeholder"/>
        </w:category>
        <w:types>
          <w:type w:val="bbPlcHdr"/>
        </w:types>
        <w:behaviors>
          <w:behavior w:val="content"/>
        </w:behaviors>
        <w:guid w:val="{0966FF7A-A855-4BBE-A879-E5162A1FB676}"/>
      </w:docPartPr>
      <w:docPartBody>
        <w:p w:rsidR="00B02301" w:rsidRDefault="000831BA" w:rsidP="000831BA">
          <w:pPr>
            <w:pStyle w:val="1ACFF307F99645DC8CA61CC14ADA817012"/>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BC7D8D8B2B8F4E30B601040FA5553799"/>
        <w:category>
          <w:name w:val="Allgemein"/>
          <w:gallery w:val="placeholder"/>
        </w:category>
        <w:types>
          <w:type w:val="bbPlcHdr"/>
        </w:types>
        <w:behaviors>
          <w:behavior w:val="content"/>
        </w:behaviors>
        <w:guid w:val="{518520D5-2EA5-407F-852D-37DABDEDF98B}"/>
      </w:docPartPr>
      <w:docPartBody>
        <w:p w:rsidR="00B02301" w:rsidRDefault="000831BA" w:rsidP="000831BA">
          <w:pPr>
            <w:pStyle w:val="BC7D8D8B2B8F4E30B601040FA5553799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7350AC179970427A9177D19630DA518E"/>
        <w:category>
          <w:name w:val="Allgemein"/>
          <w:gallery w:val="placeholder"/>
        </w:category>
        <w:types>
          <w:type w:val="bbPlcHdr"/>
        </w:types>
        <w:behaviors>
          <w:behavior w:val="content"/>
        </w:behaviors>
        <w:guid w:val="{9F8EB709-C305-4057-A67D-AEA9C33CE294}"/>
      </w:docPartPr>
      <w:docPartBody>
        <w:p w:rsidR="00B02301" w:rsidRDefault="000831BA" w:rsidP="000831BA">
          <w:pPr>
            <w:pStyle w:val="7350AC179970427A9177D19630DA518E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30D8E47695FA4F54A1076217C7BCA89D"/>
        <w:category>
          <w:name w:val="Allgemein"/>
          <w:gallery w:val="placeholder"/>
        </w:category>
        <w:types>
          <w:type w:val="bbPlcHdr"/>
        </w:types>
        <w:behaviors>
          <w:behavior w:val="content"/>
        </w:behaviors>
        <w:guid w:val="{E429FE18-E9F0-4ADA-975B-603BCC143EA4}"/>
      </w:docPartPr>
      <w:docPartBody>
        <w:p w:rsidR="00B02301" w:rsidRDefault="000831BA" w:rsidP="000831BA">
          <w:pPr>
            <w:pStyle w:val="30D8E47695FA4F54A1076217C7BCA89D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F7E930D4A7E44E489D399897E3376493"/>
        <w:category>
          <w:name w:val="Allgemein"/>
          <w:gallery w:val="placeholder"/>
        </w:category>
        <w:types>
          <w:type w:val="bbPlcHdr"/>
        </w:types>
        <w:behaviors>
          <w:behavior w:val="content"/>
        </w:behaviors>
        <w:guid w:val="{9ABDE957-0876-456D-A32E-81B06BA9C92A}"/>
      </w:docPartPr>
      <w:docPartBody>
        <w:p w:rsidR="00B02301" w:rsidRDefault="000831BA" w:rsidP="000831BA">
          <w:pPr>
            <w:pStyle w:val="F7E930D4A7E44E489D399897E3376493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FF7878DE554D402D9D2A6596AB17F593"/>
        <w:category>
          <w:name w:val="Allgemein"/>
          <w:gallery w:val="placeholder"/>
        </w:category>
        <w:types>
          <w:type w:val="bbPlcHdr"/>
        </w:types>
        <w:behaviors>
          <w:behavior w:val="content"/>
        </w:behaviors>
        <w:guid w:val="{F83E241D-B167-4C0A-A62C-7BA7897776B0}"/>
      </w:docPartPr>
      <w:docPartBody>
        <w:p w:rsidR="00B02301" w:rsidRDefault="000831BA" w:rsidP="000831BA">
          <w:pPr>
            <w:pStyle w:val="FF7878DE554D402D9D2A6596AB17F593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B8BFC92841E444B4861DA5C1A493937D"/>
        <w:category>
          <w:name w:val="Allgemein"/>
          <w:gallery w:val="placeholder"/>
        </w:category>
        <w:types>
          <w:type w:val="bbPlcHdr"/>
        </w:types>
        <w:behaviors>
          <w:behavior w:val="content"/>
        </w:behaviors>
        <w:guid w:val="{1FFC6C06-565D-4D75-AA06-CEE86A104CAC}"/>
      </w:docPartPr>
      <w:docPartBody>
        <w:p w:rsidR="00B02301" w:rsidRDefault="000831BA" w:rsidP="000831BA">
          <w:pPr>
            <w:pStyle w:val="B8BFC92841E444B4861DA5C1A493937D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E70A950C9C0D4A38867F5444F9EACA3F"/>
        <w:category>
          <w:name w:val="Allgemein"/>
          <w:gallery w:val="placeholder"/>
        </w:category>
        <w:types>
          <w:type w:val="bbPlcHdr"/>
        </w:types>
        <w:behaviors>
          <w:behavior w:val="content"/>
        </w:behaviors>
        <w:guid w:val="{0283DAEC-8B97-4F1A-8512-C3DBD342BE00}"/>
      </w:docPartPr>
      <w:docPartBody>
        <w:p w:rsidR="00B02301" w:rsidRDefault="000831BA" w:rsidP="000831BA">
          <w:pPr>
            <w:pStyle w:val="E70A950C9C0D4A38867F5444F9EACA3F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4F2A51AC3C83419DA67A8A9C1F98D607"/>
        <w:category>
          <w:name w:val="Allgemein"/>
          <w:gallery w:val="placeholder"/>
        </w:category>
        <w:types>
          <w:type w:val="bbPlcHdr"/>
        </w:types>
        <w:behaviors>
          <w:behavior w:val="content"/>
        </w:behaviors>
        <w:guid w:val="{80C202B8-CDDF-41C6-94E1-98C1223DF1AD}"/>
      </w:docPartPr>
      <w:docPartBody>
        <w:p w:rsidR="00B02301" w:rsidRDefault="000831BA" w:rsidP="000831BA">
          <w:pPr>
            <w:pStyle w:val="4F2A51AC3C83419DA67A8A9C1F98D607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9324A5BBA41A4F419F7DCED7D0F06E63"/>
        <w:category>
          <w:name w:val="Allgemein"/>
          <w:gallery w:val="placeholder"/>
        </w:category>
        <w:types>
          <w:type w:val="bbPlcHdr"/>
        </w:types>
        <w:behaviors>
          <w:behavior w:val="content"/>
        </w:behaviors>
        <w:guid w:val="{86FE2166-A9D4-4729-9AD4-42B428AA7B4C}"/>
      </w:docPartPr>
      <w:docPartBody>
        <w:p w:rsidR="00B02301" w:rsidRDefault="000831BA" w:rsidP="000831BA">
          <w:pPr>
            <w:pStyle w:val="9324A5BBA41A4F419F7DCED7D0F06E63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9D5362F6233D4742AD4263D2328EC20E"/>
        <w:category>
          <w:name w:val="Allgemein"/>
          <w:gallery w:val="placeholder"/>
        </w:category>
        <w:types>
          <w:type w:val="bbPlcHdr"/>
        </w:types>
        <w:behaviors>
          <w:behavior w:val="content"/>
        </w:behaviors>
        <w:guid w:val="{CC64F5DB-DEB5-47C3-A572-90FE42380363}"/>
      </w:docPartPr>
      <w:docPartBody>
        <w:p w:rsidR="00B02301" w:rsidRDefault="000831BA" w:rsidP="000831BA">
          <w:pPr>
            <w:pStyle w:val="9D5362F6233D4742AD4263D2328EC20E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55A17FFC4DE948ADBE6261B8B68F236D"/>
        <w:category>
          <w:name w:val="Allgemein"/>
          <w:gallery w:val="placeholder"/>
        </w:category>
        <w:types>
          <w:type w:val="bbPlcHdr"/>
        </w:types>
        <w:behaviors>
          <w:behavior w:val="content"/>
        </w:behaviors>
        <w:guid w:val="{2375F160-01D1-44D8-A2C2-793AFDE18E5D}"/>
      </w:docPartPr>
      <w:docPartBody>
        <w:p w:rsidR="00B02301" w:rsidRDefault="000831BA" w:rsidP="000831BA">
          <w:pPr>
            <w:pStyle w:val="55A17FFC4DE948ADBE6261B8B68F236D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BD4AC60CB8E64FF0B9149F08AF6880A5"/>
        <w:category>
          <w:name w:val="Allgemein"/>
          <w:gallery w:val="placeholder"/>
        </w:category>
        <w:types>
          <w:type w:val="bbPlcHdr"/>
        </w:types>
        <w:behaviors>
          <w:behavior w:val="content"/>
        </w:behaviors>
        <w:guid w:val="{AA523DF3-6778-4B45-9C75-4DE6148C7E77}"/>
      </w:docPartPr>
      <w:docPartBody>
        <w:p w:rsidR="00B02301" w:rsidRDefault="000831BA" w:rsidP="000831BA">
          <w:pPr>
            <w:pStyle w:val="BD4AC60CB8E64FF0B9149F08AF6880A5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C168F773DAD1404FA994002B265B7C10"/>
        <w:category>
          <w:name w:val="Allgemein"/>
          <w:gallery w:val="placeholder"/>
        </w:category>
        <w:types>
          <w:type w:val="bbPlcHdr"/>
        </w:types>
        <w:behaviors>
          <w:behavior w:val="content"/>
        </w:behaviors>
        <w:guid w:val="{7EECA9FE-F5AF-4915-AD00-3E20CC75CA8F}"/>
      </w:docPartPr>
      <w:docPartBody>
        <w:p w:rsidR="00B02301" w:rsidRDefault="000831BA" w:rsidP="000831BA">
          <w:pPr>
            <w:pStyle w:val="C168F773DAD1404FA994002B265B7C10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5EED1EE70B26439DBCEE7D865934B158"/>
        <w:category>
          <w:name w:val="Allgemein"/>
          <w:gallery w:val="placeholder"/>
        </w:category>
        <w:types>
          <w:type w:val="bbPlcHdr"/>
        </w:types>
        <w:behaviors>
          <w:behavior w:val="content"/>
        </w:behaviors>
        <w:guid w:val="{8A5BB9B2-826E-4AA7-A327-2BC40075F514}"/>
      </w:docPartPr>
      <w:docPartBody>
        <w:p w:rsidR="00B02301" w:rsidRDefault="000831BA" w:rsidP="000831BA">
          <w:pPr>
            <w:pStyle w:val="5EED1EE70B26439DBCEE7D865934B158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37AF5E7F81A54CC69C7E2F744AE332CF"/>
        <w:category>
          <w:name w:val="Allgemein"/>
          <w:gallery w:val="placeholder"/>
        </w:category>
        <w:types>
          <w:type w:val="bbPlcHdr"/>
        </w:types>
        <w:behaviors>
          <w:behavior w:val="content"/>
        </w:behaviors>
        <w:guid w:val="{6AFCDB00-27E8-4FBB-BFCD-35A2D6873578}"/>
      </w:docPartPr>
      <w:docPartBody>
        <w:p w:rsidR="00B02301" w:rsidRDefault="000831BA" w:rsidP="000831BA">
          <w:pPr>
            <w:pStyle w:val="37AF5E7F81A54CC69C7E2F744AE332CF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24B3647F12B345BD9D3A3711A495D99A"/>
        <w:category>
          <w:name w:val="Allgemein"/>
          <w:gallery w:val="placeholder"/>
        </w:category>
        <w:types>
          <w:type w:val="bbPlcHdr"/>
        </w:types>
        <w:behaviors>
          <w:behavior w:val="content"/>
        </w:behaviors>
        <w:guid w:val="{28D2EF9E-2BAC-4D35-B2C8-C41097EB44E3}"/>
      </w:docPartPr>
      <w:docPartBody>
        <w:p w:rsidR="00B02301" w:rsidRDefault="000831BA" w:rsidP="000831BA">
          <w:pPr>
            <w:pStyle w:val="24B3647F12B345BD9D3A3711A495D99A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7EED95295B9348AD84357C1E796AA23D"/>
        <w:category>
          <w:name w:val="Allgemein"/>
          <w:gallery w:val="placeholder"/>
        </w:category>
        <w:types>
          <w:type w:val="bbPlcHdr"/>
        </w:types>
        <w:behaviors>
          <w:behavior w:val="content"/>
        </w:behaviors>
        <w:guid w:val="{66E80F65-9BE7-4B7F-87F8-9AF152D88CC4}"/>
      </w:docPartPr>
      <w:docPartBody>
        <w:p w:rsidR="00B02301" w:rsidRDefault="000831BA" w:rsidP="000831BA">
          <w:pPr>
            <w:pStyle w:val="7EED95295B9348AD84357C1E796AA23D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75BC3A7E3FB0481C821EFEB77BF87BCA"/>
        <w:category>
          <w:name w:val="Allgemein"/>
          <w:gallery w:val="placeholder"/>
        </w:category>
        <w:types>
          <w:type w:val="bbPlcHdr"/>
        </w:types>
        <w:behaviors>
          <w:behavior w:val="content"/>
        </w:behaviors>
        <w:guid w:val="{3F7DAA81-7ADA-477B-9E2D-E6CE89260C3B}"/>
      </w:docPartPr>
      <w:docPartBody>
        <w:p w:rsidR="00B02301" w:rsidRDefault="000831BA" w:rsidP="000831BA">
          <w:pPr>
            <w:pStyle w:val="75BC3A7E3FB0481C821EFEB77BF87BCA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E2B2354FE57E47369CA71906B9778348"/>
        <w:category>
          <w:name w:val="Allgemein"/>
          <w:gallery w:val="placeholder"/>
        </w:category>
        <w:types>
          <w:type w:val="bbPlcHdr"/>
        </w:types>
        <w:behaviors>
          <w:behavior w:val="content"/>
        </w:behaviors>
        <w:guid w:val="{33CE367A-9364-4689-AC57-612AAD8087C3}"/>
      </w:docPartPr>
      <w:docPartBody>
        <w:p w:rsidR="00B02301" w:rsidRDefault="000831BA" w:rsidP="000831BA">
          <w:pPr>
            <w:pStyle w:val="E2B2354FE57E47369CA71906B9778348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50E131EAD43F46CE8037D751E884CEE2"/>
        <w:category>
          <w:name w:val="Allgemein"/>
          <w:gallery w:val="placeholder"/>
        </w:category>
        <w:types>
          <w:type w:val="bbPlcHdr"/>
        </w:types>
        <w:behaviors>
          <w:behavior w:val="content"/>
        </w:behaviors>
        <w:guid w:val="{6BB98C0D-072B-4962-B06A-01E7F139F2EF}"/>
      </w:docPartPr>
      <w:docPartBody>
        <w:p w:rsidR="00B02301" w:rsidRDefault="000831BA" w:rsidP="000831BA">
          <w:pPr>
            <w:pStyle w:val="50E131EAD43F46CE8037D751E884CEE2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89EA5B7D08CB42849361BE875D7E3237"/>
        <w:category>
          <w:name w:val="Allgemein"/>
          <w:gallery w:val="placeholder"/>
        </w:category>
        <w:types>
          <w:type w:val="bbPlcHdr"/>
        </w:types>
        <w:behaviors>
          <w:behavior w:val="content"/>
        </w:behaviors>
        <w:guid w:val="{36A2366E-888A-434A-8792-7E7414F4105B}"/>
      </w:docPartPr>
      <w:docPartBody>
        <w:p w:rsidR="00B02301" w:rsidRDefault="000831BA" w:rsidP="000831BA">
          <w:pPr>
            <w:pStyle w:val="89EA5B7D08CB42849361BE875D7E3237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25C75620979F4EE495834059A4D0A35A"/>
        <w:category>
          <w:name w:val="Allgemein"/>
          <w:gallery w:val="placeholder"/>
        </w:category>
        <w:types>
          <w:type w:val="bbPlcHdr"/>
        </w:types>
        <w:behaviors>
          <w:behavior w:val="content"/>
        </w:behaviors>
        <w:guid w:val="{69D74359-4432-40A2-818C-C67DF82DC8DB}"/>
      </w:docPartPr>
      <w:docPartBody>
        <w:p w:rsidR="00B02301" w:rsidRDefault="000831BA" w:rsidP="000831BA">
          <w:pPr>
            <w:pStyle w:val="25C75620979F4EE495834059A4D0A35A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14CADAA81187450882B7375BA1AEF92C"/>
        <w:category>
          <w:name w:val="Allgemein"/>
          <w:gallery w:val="placeholder"/>
        </w:category>
        <w:types>
          <w:type w:val="bbPlcHdr"/>
        </w:types>
        <w:behaviors>
          <w:behavior w:val="content"/>
        </w:behaviors>
        <w:guid w:val="{7BB37703-715C-4F09-B429-3EB494149B32}"/>
      </w:docPartPr>
      <w:docPartBody>
        <w:p w:rsidR="00B02301" w:rsidRDefault="000831BA" w:rsidP="000831BA">
          <w:pPr>
            <w:pStyle w:val="14CADAA81187450882B7375BA1AEF92C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D81231D4FDD64C4499F20C3D576514A6"/>
        <w:category>
          <w:name w:val="Allgemein"/>
          <w:gallery w:val="placeholder"/>
        </w:category>
        <w:types>
          <w:type w:val="bbPlcHdr"/>
        </w:types>
        <w:behaviors>
          <w:behavior w:val="content"/>
        </w:behaviors>
        <w:guid w:val="{7A667A42-2498-4725-9CF8-7C2BEF43B4B5}"/>
      </w:docPartPr>
      <w:docPartBody>
        <w:p w:rsidR="00B02301" w:rsidRDefault="000831BA" w:rsidP="000831BA">
          <w:pPr>
            <w:pStyle w:val="D81231D4FDD64C4499F20C3D576514A6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302AC93A684B405AB7363283F3A862A3"/>
        <w:category>
          <w:name w:val="Allgemein"/>
          <w:gallery w:val="placeholder"/>
        </w:category>
        <w:types>
          <w:type w:val="bbPlcHdr"/>
        </w:types>
        <w:behaviors>
          <w:behavior w:val="content"/>
        </w:behaviors>
        <w:guid w:val="{5ECC79A4-3D22-4915-AF9C-2A37F94E278A}"/>
      </w:docPartPr>
      <w:docPartBody>
        <w:p w:rsidR="00B02301" w:rsidRDefault="000831BA" w:rsidP="000831BA">
          <w:pPr>
            <w:pStyle w:val="302AC93A684B405AB7363283F3A862A310"/>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4E976C76BD60411197BEA9274AF3EB59"/>
        <w:category>
          <w:name w:val="Allgemein"/>
          <w:gallery w:val="placeholder"/>
        </w:category>
        <w:types>
          <w:type w:val="bbPlcHdr"/>
        </w:types>
        <w:behaviors>
          <w:behavior w:val="content"/>
        </w:behaviors>
        <w:guid w:val="{E1AAEC45-2B64-460F-8331-C252CA727510}"/>
      </w:docPartPr>
      <w:docPartBody>
        <w:p w:rsidR="00B02301" w:rsidRDefault="000831BA" w:rsidP="000831BA">
          <w:pPr>
            <w:pStyle w:val="4E976C76BD60411197BEA9274AF3EB599"/>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201269F659B2465D81F0862B03C3B4AF"/>
        <w:category>
          <w:name w:val="Allgemein"/>
          <w:gallery w:val="placeholder"/>
        </w:category>
        <w:types>
          <w:type w:val="bbPlcHdr"/>
        </w:types>
        <w:behaviors>
          <w:behavior w:val="content"/>
        </w:behaviors>
        <w:guid w:val="{37134FE0-7B58-4D1F-A02C-E3FF0B2A440E}"/>
      </w:docPartPr>
      <w:docPartBody>
        <w:p w:rsidR="00B02301" w:rsidRDefault="000831BA" w:rsidP="000831BA">
          <w:pPr>
            <w:pStyle w:val="201269F659B2465D81F0862B03C3B4AF9"/>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2820DF493867457A8A2522A795E06B31"/>
        <w:category>
          <w:name w:val="Allgemein"/>
          <w:gallery w:val="placeholder"/>
        </w:category>
        <w:types>
          <w:type w:val="bbPlcHdr"/>
        </w:types>
        <w:behaviors>
          <w:behavior w:val="content"/>
        </w:behaviors>
        <w:guid w:val="{C0444375-625E-416F-BA39-D8893601DD4B}"/>
      </w:docPartPr>
      <w:docPartBody>
        <w:p w:rsidR="00B02301" w:rsidRDefault="000831BA" w:rsidP="000831BA">
          <w:pPr>
            <w:pStyle w:val="2820DF493867457A8A2522A795E06B319"/>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114D9E40678F4750AB8114931FAA9B6E"/>
        <w:category>
          <w:name w:val="Allgemein"/>
          <w:gallery w:val="placeholder"/>
        </w:category>
        <w:types>
          <w:type w:val="bbPlcHdr"/>
        </w:types>
        <w:behaviors>
          <w:behavior w:val="content"/>
        </w:behaviors>
        <w:guid w:val="{5412806E-E7BA-4FA0-97DF-6BF237DD6E5A}"/>
      </w:docPartPr>
      <w:docPartBody>
        <w:p w:rsidR="00B02301" w:rsidRDefault="000831BA" w:rsidP="000831BA">
          <w:pPr>
            <w:pStyle w:val="114D9E40678F4750AB8114931FAA9B6E9"/>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B5478353D82647588CAEF79A7B5A0F1E"/>
        <w:category>
          <w:name w:val="Allgemein"/>
          <w:gallery w:val="placeholder"/>
        </w:category>
        <w:types>
          <w:type w:val="bbPlcHdr"/>
        </w:types>
        <w:behaviors>
          <w:behavior w:val="content"/>
        </w:behaviors>
        <w:guid w:val="{4355FED0-317C-4645-9222-CEA3B25E9111}"/>
      </w:docPartPr>
      <w:docPartBody>
        <w:p w:rsidR="00B02301" w:rsidRDefault="000831BA" w:rsidP="000831BA">
          <w:pPr>
            <w:pStyle w:val="B5478353D82647588CAEF79A7B5A0F1E9"/>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7165561F7E8444338EBECB91DF0F729E"/>
        <w:category>
          <w:name w:val="Allgemein"/>
          <w:gallery w:val="placeholder"/>
        </w:category>
        <w:types>
          <w:type w:val="bbPlcHdr"/>
        </w:types>
        <w:behaviors>
          <w:behavior w:val="content"/>
        </w:behaviors>
        <w:guid w:val="{EAB2B79C-8288-451E-B521-5696CF152EEC}"/>
      </w:docPartPr>
      <w:docPartBody>
        <w:p w:rsidR="00B02301" w:rsidRDefault="000831BA" w:rsidP="000831BA">
          <w:pPr>
            <w:pStyle w:val="7165561F7E8444338EBECB91DF0F729E9"/>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C0FB5E68B8504E1E8C1241AA4B1599AD"/>
        <w:category>
          <w:name w:val="Allgemein"/>
          <w:gallery w:val="placeholder"/>
        </w:category>
        <w:types>
          <w:type w:val="bbPlcHdr"/>
        </w:types>
        <w:behaviors>
          <w:behavior w:val="content"/>
        </w:behaviors>
        <w:guid w:val="{4439A3C4-7EEA-4A99-BBDA-66AB1263EC47}"/>
      </w:docPartPr>
      <w:docPartBody>
        <w:p w:rsidR="00B02301" w:rsidRDefault="000831BA" w:rsidP="000831BA">
          <w:pPr>
            <w:pStyle w:val="C0FB5E68B8504E1E8C1241AA4B1599AD9"/>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A430A40CFF3D4DA29D6067C4E5E3D8AF"/>
        <w:category>
          <w:name w:val="Allgemein"/>
          <w:gallery w:val="placeholder"/>
        </w:category>
        <w:types>
          <w:type w:val="bbPlcHdr"/>
        </w:types>
        <w:behaviors>
          <w:behavior w:val="content"/>
        </w:behaviors>
        <w:guid w:val="{CA6ACC38-944E-46DC-BFA8-DDC377170C8B}"/>
      </w:docPartPr>
      <w:docPartBody>
        <w:p w:rsidR="00B02301" w:rsidRDefault="000831BA" w:rsidP="000831BA">
          <w:pPr>
            <w:pStyle w:val="A430A40CFF3D4DA29D6067C4E5E3D8AF9"/>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8B8D3692622B43BF8A7FC0D7A51E2D36"/>
        <w:category>
          <w:name w:val="Allgemein"/>
          <w:gallery w:val="placeholder"/>
        </w:category>
        <w:types>
          <w:type w:val="bbPlcHdr"/>
        </w:types>
        <w:behaviors>
          <w:behavior w:val="content"/>
        </w:behaviors>
        <w:guid w:val="{29BB5032-0CF8-4BB3-B301-76A89F865ADE}"/>
      </w:docPartPr>
      <w:docPartBody>
        <w:p w:rsidR="00B02301" w:rsidRDefault="000831BA" w:rsidP="000831BA">
          <w:pPr>
            <w:pStyle w:val="8B8D3692622B43BF8A7FC0D7A51E2D369"/>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D2623F5CCFAD43A28AF43C70F2798A60"/>
        <w:category>
          <w:name w:val="Allgemein"/>
          <w:gallery w:val="placeholder"/>
        </w:category>
        <w:types>
          <w:type w:val="bbPlcHdr"/>
        </w:types>
        <w:behaviors>
          <w:behavior w:val="content"/>
        </w:behaviors>
        <w:guid w:val="{297EECAA-0388-439E-8446-0C3AB90F3E85}"/>
      </w:docPartPr>
      <w:docPartBody>
        <w:p w:rsidR="00B02301" w:rsidRDefault="000831BA" w:rsidP="000831BA">
          <w:pPr>
            <w:pStyle w:val="D2623F5CCFAD43A28AF43C70F2798A609"/>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DA9074E67BC44718A8BD08C9BC690808"/>
        <w:category>
          <w:name w:val="Allgemein"/>
          <w:gallery w:val="placeholder"/>
        </w:category>
        <w:types>
          <w:type w:val="bbPlcHdr"/>
        </w:types>
        <w:behaviors>
          <w:behavior w:val="content"/>
        </w:behaviors>
        <w:guid w:val="{59311F92-DCD1-478B-A63A-7AA459D8B4F6}"/>
      </w:docPartPr>
      <w:docPartBody>
        <w:p w:rsidR="00B02301" w:rsidRDefault="000831BA" w:rsidP="000831BA">
          <w:pPr>
            <w:pStyle w:val="DA9074E67BC44718A8BD08C9BC6908089"/>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A4FED24E159F4F3FB4969A6C9396ACFC"/>
        <w:category>
          <w:name w:val="Allgemein"/>
          <w:gallery w:val="placeholder"/>
        </w:category>
        <w:types>
          <w:type w:val="bbPlcHdr"/>
        </w:types>
        <w:behaviors>
          <w:behavior w:val="content"/>
        </w:behaviors>
        <w:guid w:val="{5CE01B52-6E82-4E1A-9A3B-66EEED9E7033}"/>
      </w:docPartPr>
      <w:docPartBody>
        <w:p w:rsidR="00B02301" w:rsidRDefault="000831BA" w:rsidP="000831BA">
          <w:pPr>
            <w:pStyle w:val="A4FED24E159F4F3FB4969A6C9396ACFC9"/>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F8E2267F933642339A338E7D89AE0BEE"/>
        <w:category>
          <w:name w:val="Allgemein"/>
          <w:gallery w:val="placeholder"/>
        </w:category>
        <w:types>
          <w:type w:val="bbPlcHdr"/>
        </w:types>
        <w:behaviors>
          <w:behavior w:val="content"/>
        </w:behaviors>
        <w:guid w:val="{CC8CCDB0-6164-4712-BEC8-9AE2D7BB57B8}"/>
      </w:docPartPr>
      <w:docPartBody>
        <w:p w:rsidR="00B02301" w:rsidRDefault="000831BA" w:rsidP="000831BA">
          <w:pPr>
            <w:pStyle w:val="F8E2267F933642339A338E7D89AE0BEE9"/>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FA6957153A584F028963A3C3F8880868"/>
        <w:category>
          <w:name w:val="Allgemein"/>
          <w:gallery w:val="placeholder"/>
        </w:category>
        <w:types>
          <w:type w:val="bbPlcHdr"/>
        </w:types>
        <w:behaviors>
          <w:behavior w:val="content"/>
        </w:behaviors>
        <w:guid w:val="{B7ABD7FC-A5C7-4DD0-ADC1-A5CD4D787948}"/>
      </w:docPartPr>
      <w:docPartBody>
        <w:p w:rsidR="00B02301" w:rsidRDefault="000831BA" w:rsidP="000831BA">
          <w:pPr>
            <w:pStyle w:val="FA6957153A584F028963A3C3F88808689"/>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9CF8E95C99C54A389D11F56E6502A288"/>
        <w:category>
          <w:name w:val="Allgemein"/>
          <w:gallery w:val="placeholder"/>
        </w:category>
        <w:types>
          <w:type w:val="bbPlcHdr"/>
        </w:types>
        <w:behaviors>
          <w:behavior w:val="content"/>
        </w:behaviors>
        <w:guid w:val="{EC07499D-E038-4280-A10B-BA0B30D3BEC0}"/>
      </w:docPartPr>
      <w:docPartBody>
        <w:p w:rsidR="00B02301" w:rsidRDefault="000831BA" w:rsidP="000831BA">
          <w:pPr>
            <w:pStyle w:val="9CF8E95C99C54A389D11F56E6502A2889"/>
          </w:pPr>
          <w:r>
            <w:rPr>
              <w:rFonts w:ascii="Fira Sans Light" w:hAnsi="Fira Sans Light"/>
              <w:sz w:val="20"/>
              <w:szCs w:val="20"/>
              <w:lang w:val="de-DE"/>
            </w:rPr>
            <w:t>[…]</w:t>
          </w:r>
          <w:r w:rsidRPr="001E6A9A">
            <w:rPr>
              <w:sz w:val="20"/>
              <w:szCs w:val="20"/>
              <w:lang w:val="de-DE"/>
            </w:rPr>
            <w:t xml:space="preserve"> </w:t>
          </w:r>
        </w:p>
      </w:docPartBody>
    </w:docPart>
    <w:docPart>
      <w:docPartPr>
        <w:name w:val="5538DD8CB5AA42289B9E7C8B6DF542F2"/>
        <w:category>
          <w:name w:val="Allgemein"/>
          <w:gallery w:val="placeholder"/>
        </w:category>
        <w:types>
          <w:type w:val="bbPlcHdr"/>
        </w:types>
        <w:behaviors>
          <w:behavior w:val="content"/>
        </w:behaviors>
        <w:guid w:val="{517772F5-1224-4813-8AED-4DD950C784AE}"/>
      </w:docPartPr>
      <w:docPartBody>
        <w:p w:rsidR="00B02301" w:rsidRDefault="000831BA" w:rsidP="000831BA">
          <w:pPr>
            <w:pStyle w:val="5538DD8CB5AA42289B9E7C8B6DF542F28"/>
          </w:pPr>
          <w:r>
            <w:rPr>
              <w:rFonts w:ascii="Fira Sans Light" w:hAnsi="Fira Sans Light"/>
              <w:sz w:val="20"/>
              <w:szCs w:val="20"/>
              <w:lang w:val="de-DE"/>
            </w:rPr>
            <w:t>[</w:t>
          </w:r>
          <w:r w:rsidRPr="001E6A9A">
            <w:rPr>
              <w:rFonts w:ascii="Fira Sans Light" w:hAnsi="Fira Sans Light"/>
              <w:sz w:val="20"/>
              <w:szCs w:val="20"/>
              <w:lang w:val="de-DE"/>
            </w:rPr>
            <w:t xml:space="preserve"> </w:t>
          </w:r>
          <w:r>
            <w:rPr>
              <w:rFonts w:ascii="Fira Sans Light" w:hAnsi="Fira Sans Light"/>
              <w:sz w:val="20"/>
              <w:szCs w:val="20"/>
              <w:lang w:val="de-DE"/>
            </w:rPr>
            <w:t>…]</w:t>
          </w:r>
          <w:r w:rsidRPr="001E6A9A">
            <w:rPr>
              <w:sz w:val="20"/>
              <w:szCs w:val="20"/>
              <w:lang w:val="de-DE"/>
            </w:rPr>
            <w:t xml:space="preserve"> </w:t>
          </w:r>
        </w:p>
      </w:docPartBody>
    </w:docPart>
    <w:docPart>
      <w:docPartPr>
        <w:name w:val="5E45F48A91FE455F8D66D57E56452EF8"/>
        <w:category>
          <w:name w:val="Allgemein"/>
          <w:gallery w:val="placeholder"/>
        </w:category>
        <w:types>
          <w:type w:val="bbPlcHdr"/>
        </w:types>
        <w:behaviors>
          <w:behavior w:val="content"/>
        </w:behaviors>
        <w:guid w:val="{6EA17B24-148F-44F2-8030-40CDA49848B3}"/>
      </w:docPartPr>
      <w:docPartBody>
        <w:p w:rsidR="00B02301" w:rsidRDefault="000831BA" w:rsidP="000831BA">
          <w:pPr>
            <w:pStyle w:val="5E45F48A91FE455F8D66D57E56452EF86"/>
          </w:pPr>
          <w:r>
            <w:rPr>
              <w:rFonts w:ascii="Fira Sans Light" w:hAnsi="Fira Sans Light"/>
              <w:sz w:val="20"/>
              <w:szCs w:val="20"/>
              <w:lang w:val="de-DE"/>
            </w:rPr>
            <w:t>[</w:t>
          </w:r>
          <w:r w:rsidRPr="001E6A9A">
            <w:rPr>
              <w:rFonts w:ascii="Fira Sans Light" w:hAnsi="Fira Sans Light"/>
              <w:sz w:val="20"/>
              <w:szCs w:val="20"/>
              <w:lang w:val="de-DE"/>
            </w:rPr>
            <w:t xml:space="preserve"> </w:t>
          </w:r>
          <w:r>
            <w:rPr>
              <w:rFonts w:ascii="Fira Sans Light" w:hAnsi="Fira Sans Light"/>
              <w:sz w:val="20"/>
              <w:szCs w:val="20"/>
              <w:lang w:val="de-DE"/>
            </w:rPr>
            <w:t>…]</w:t>
          </w:r>
          <w:r w:rsidRPr="001E6A9A">
            <w:rPr>
              <w:sz w:val="20"/>
              <w:szCs w:val="20"/>
              <w:lang w:val="de-DE"/>
            </w:rPr>
            <w:t xml:space="preserve"> </w:t>
          </w:r>
        </w:p>
      </w:docPartBody>
    </w:docPart>
    <w:docPart>
      <w:docPartPr>
        <w:name w:val="7319592A00AC4A5BAF75D9B189122BCE"/>
        <w:category>
          <w:name w:val="Allgemein"/>
          <w:gallery w:val="placeholder"/>
        </w:category>
        <w:types>
          <w:type w:val="bbPlcHdr"/>
        </w:types>
        <w:behaviors>
          <w:behavior w:val="content"/>
        </w:behaviors>
        <w:guid w:val="{EBDDAF6C-89E5-4DD9-A580-B6519B53F95C}"/>
      </w:docPartPr>
      <w:docPartBody>
        <w:p w:rsidR="00B02301" w:rsidRDefault="000831BA" w:rsidP="000831BA">
          <w:pPr>
            <w:pStyle w:val="7319592A00AC4A5BAF75D9B189122BCE5"/>
          </w:pPr>
          <w:r>
            <w:rPr>
              <w:rFonts w:ascii="Fira Sans Light" w:hAnsi="Fira Sans Light"/>
              <w:sz w:val="20"/>
              <w:szCs w:val="20"/>
              <w:lang w:val="de-DE"/>
            </w:rPr>
            <w:t>[</w:t>
          </w:r>
          <w:r w:rsidRPr="001E6A9A">
            <w:rPr>
              <w:rFonts w:ascii="Fira Sans Light" w:hAnsi="Fira Sans Light"/>
              <w:sz w:val="20"/>
              <w:szCs w:val="20"/>
              <w:lang w:val="de-DE"/>
            </w:rPr>
            <w:t xml:space="preserve"> </w:t>
          </w:r>
          <w:r>
            <w:rPr>
              <w:rFonts w:ascii="Fira Sans Light" w:hAnsi="Fira Sans Light"/>
              <w:sz w:val="20"/>
              <w:szCs w:val="20"/>
              <w:lang w:val="de-DE"/>
            </w:rPr>
            <w:t>…]</w:t>
          </w:r>
          <w:r w:rsidRPr="001E6A9A">
            <w:rPr>
              <w:sz w:val="20"/>
              <w:szCs w:val="20"/>
              <w:lang w:val="de-DE"/>
            </w:rPr>
            <w:t xml:space="preserve"> </w:t>
          </w:r>
        </w:p>
      </w:docPartBody>
    </w:docPart>
    <w:docPart>
      <w:docPartPr>
        <w:name w:val="7609161AB75242BC979056E34EF84BF5"/>
        <w:category>
          <w:name w:val="Allgemein"/>
          <w:gallery w:val="placeholder"/>
        </w:category>
        <w:types>
          <w:type w:val="bbPlcHdr"/>
        </w:types>
        <w:behaviors>
          <w:behavior w:val="content"/>
        </w:behaviors>
        <w:guid w:val="{F4DB9280-DABF-49A2-9009-8B5DBB3C7840}"/>
      </w:docPartPr>
      <w:docPartBody>
        <w:p w:rsidR="00B02301" w:rsidRDefault="000831BA" w:rsidP="000831BA">
          <w:pPr>
            <w:pStyle w:val="7609161AB75242BC979056E34EF84BF55"/>
          </w:pPr>
          <w:r>
            <w:rPr>
              <w:rFonts w:ascii="Fira Sans Light" w:hAnsi="Fira Sans Light"/>
              <w:sz w:val="20"/>
              <w:szCs w:val="20"/>
              <w:lang w:val="de-DE"/>
            </w:rPr>
            <w:t>[</w:t>
          </w:r>
          <w:r w:rsidRPr="001E6A9A">
            <w:rPr>
              <w:rFonts w:ascii="Fira Sans Light" w:hAnsi="Fira Sans Light"/>
              <w:sz w:val="20"/>
              <w:szCs w:val="20"/>
              <w:lang w:val="de-DE"/>
            </w:rPr>
            <w:t xml:space="preserve"> </w:t>
          </w:r>
          <w:r>
            <w:rPr>
              <w:rFonts w:ascii="Fira Sans Light" w:hAnsi="Fira Sans Light"/>
              <w:sz w:val="20"/>
              <w:szCs w:val="20"/>
              <w:lang w:val="de-DE"/>
            </w:rPr>
            <w:t>…]</w:t>
          </w:r>
          <w:r w:rsidRPr="001E6A9A">
            <w:rPr>
              <w:sz w:val="20"/>
              <w:szCs w:val="20"/>
              <w:lang w:val="de-DE"/>
            </w:rPr>
            <w:t xml:space="preserve"> </w:t>
          </w:r>
        </w:p>
      </w:docPartBody>
    </w:docPart>
    <w:docPart>
      <w:docPartPr>
        <w:name w:val="FBCC3CB628A24381879505ACA91E5416"/>
        <w:category>
          <w:name w:val="Allgemein"/>
          <w:gallery w:val="placeholder"/>
        </w:category>
        <w:types>
          <w:type w:val="bbPlcHdr"/>
        </w:types>
        <w:behaviors>
          <w:behavior w:val="content"/>
        </w:behaviors>
        <w:guid w:val="{663A4AF2-FC5D-482D-8A65-FE47C61BCD47}"/>
      </w:docPartPr>
      <w:docPartBody>
        <w:p w:rsidR="00B02301" w:rsidRDefault="000831BA" w:rsidP="000831BA">
          <w:pPr>
            <w:pStyle w:val="FBCC3CB628A24381879505ACA91E54163"/>
          </w:pPr>
          <w:r w:rsidRPr="001626FA">
            <w:rPr>
              <w:rStyle w:val="Platzhaltertext"/>
              <w:rFonts w:ascii="Fira Sans Light" w:hAnsi="Fira Sans Light"/>
              <w:color w:val="auto"/>
              <w:sz w:val="20"/>
              <w:szCs w:val="20"/>
              <w:lang w:val="de-DE"/>
            </w:rPr>
            <w:t>[MONAT].</w:t>
          </w:r>
        </w:p>
      </w:docPartBody>
    </w:docPart>
    <w:docPart>
      <w:docPartPr>
        <w:name w:val="6D0EF384CC614A12B3F34965CFA694EE"/>
        <w:category>
          <w:name w:val="Allgemein"/>
          <w:gallery w:val="placeholder"/>
        </w:category>
        <w:types>
          <w:type w:val="bbPlcHdr"/>
        </w:types>
        <w:behaviors>
          <w:behavior w:val="content"/>
        </w:behaviors>
        <w:guid w:val="{C437A100-AF54-4EC0-88F6-DCBB01A668DF}"/>
      </w:docPartPr>
      <w:docPartBody>
        <w:p w:rsidR="00B02301" w:rsidRDefault="000831BA" w:rsidP="000831BA">
          <w:pPr>
            <w:pStyle w:val="6D0EF384CC614A12B3F34965CFA694EE3"/>
          </w:pPr>
          <w:r w:rsidRPr="001626FA">
            <w:rPr>
              <w:rStyle w:val="Platzhaltertext"/>
              <w:rFonts w:ascii="Fira Sans Light" w:hAnsi="Fira Sans Light"/>
              <w:color w:val="auto"/>
              <w:sz w:val="20"/>
              <w:szCs w:val="20"/>
              <w:lang w:val="de-DE"/>
            </w:rPr>
            <w:t>[MONAT].</w:t>
          </w:r>
        </w:p>
      </w:docPartBody>
    </w:docPart>
    <w:docPart>
      <w:docPartPr>
        <w:name w:val="4AB17CF5550742629C64BF5E843291E7"/>
        <w:category>
          <w:name w:val="Allgemein"/>
          <w:gallery w:val="placeholder"/>
        </w:category>
        <w:types>
          <w:type w:val="bbPlcHdr"/>
        </w:types>
        <w:behaviors>
          <w:behavior w:val="content"/>
        </w:behaviors>
        <w:guid w:val="{E01043D9-C640-42A9-8048-D9D4C2FFF2DE}"/>
      </w:docPartPr>
      <w:docPartBody>
        <w:p w:rsidR="00B02301" w:rsidRDefault="000831BA" w:rsidP="000831BA">
          <w:pPr>
            <w:pStyle w:val="4AB17CF5550742629C64BF5E843291E73"/>
          </w:pPr>
          <w:r>
            <w:rPr>
              <w:rFonts w:ascii="Fira Sans Light" w:hAnsi="Fira Sans Light"/>
              <w:sz w:val="20"/>
              <w:szCs w:val="20"/>
              <w:lang w:val="de-DE"/>
            </w:rPr>
            <w:t>[</w:t>
          </w:r>
          <w:r w:rsidRPr="001E6A9A">
            <w:rPr>
              <w:rFonts w:ascii="Fira Sans Light" w:hAnsi="Fira Sans Light"/>
              <w:sz w:val="20"/>
              <w:szCs w:val="20"/>
              <w:lang w:val="de-DE"/>
            </w:rPr>
            <w:t xml:space="preserve"> </w:t>
          </w:r>
          <w:r>
            <w:rPr>
              <w:rFonts w:ascii="Fira Sans Light" w:hAnsi="Fira Sans Light"/>
              <w:sz w:val="20"/>
              <w:szCs w:val="20"/>
              <w:lang w:val="de-DE"/>
            </w:rPr>
            <w:t>…]</w:t>
          </w:r>
          <w:r w:rsidRPr="001E6A9A">
            <w:rPr>
              <w:sz w:val="20"/>
              <w:szCs w:val="20"/>
              <w:lang w:val="de-DE"/>
            </w:rPr>
            <w:t xml:space="preserve"> </w:t>
          </w:r>
        </w:p>
      </w:docPartBody>
    </w:docPart>
    <w:docPart>
      <w:docPartPr>
        <w:name w:val="017F9D3C318A40D49E27EAE686F6BCAD"/>
        <w:category>
          <w:name w:val="Allgemein"/>
          <w:gallery w:val="placeholder"/>
        </w:category>
        <w:types>
          <w:type w:val="bbPlcHdr"/>
        </w:types>
        <w:behaviors>
          <w:behavior w:val="content"/>
        </w:behaviors>
        <w:guid w:val="{DC9015B0-6BF6-4D1D-B79A-CEB239A8DC60}"/>
      </w:docPartPr>
      <w:docPartBody>
        <w:p w:rsidR="00B02301" w:rsidRDefault="000831BA" w:rsidP="000831BA">
          <w:pPr>
            <w:pStyle w:val="017F9D3C318A40D49E27EAE686F6BCAD1"/>
          </w:pPr>
          <w:r>
            <w:rPr>
              <w:rFonts w:ascii="Fira Sans Light" w:hAnsi="Fira Sans Light"/>
              <w:sz w:val="20"/>
              <w:szCs w:val="20"/>
              <w:lang w:val="de-DE"/>
            </w:rPr>
            <w:t>[…]</w:t>
          </w:r>
          <w:r w:rsidRPr="001E6A9A">
            <w:rPr>
              <w:sz w:val="20"/>
              <w:szCs w:val="20"/>
              <w:lang w:val="de-DE"/>
            </w:rPr>
            <w:t xml:space="preserve"> </w:t>
          </w:r>
        </w:p>
      </w:docPartBody>
    </w:docPart>
    <w:docPart>
      <w:docPartPr>
        <w:name w:val="9957CD63A6F74A1D9F356CED94AEE4B7"/>
        <w:category>
          <w:name w:val="Allgemein"/>
          <w:gallery w:val="placeholder"/>
        </w:category>
        <w:types>
          <w:type w:val="bbPlcHdr"/>
        </w:types>
        <w:behaviors>
          <w:behavior w:val="content"/>
        </w:behaviors>
        <w:guid w:val="{46B76FA2-CFFF-4A1E-93D3-8984968498FE}"/>
      </w:docPartPr>
      <w:docPartBody>
        <w:p w:rsidR="00B02301" w:rsidRDefault="000831BA" w:rsidP="000831BA">
          <w:pPr>
            <w:pStyle w:val="9957CD63A6F74A1D9F356CED94AEE4B71"/>
          </w:pPr>
          <w:r>
            <w:rPr>
              <w:rFonts w:ascii="Fira Sans Light" w:hAnsi="Fira Sans Light"/>
              <w:sz w:val="20"/>
              <w:szCs w:val="20"/>
              <w:lang w:val="de-DE"/>
            </w:rPr>
            <w:t>[…]</w:t>
          </w:r>
          <w:r w:rsidRPr="001E6A9A">
            <w:rPr>
              <w:sz w:val="20"/>
              <w:szCs w:val="20"/>
              <w:lang w:val="de-DE"/>
            </w:rPr>
            <w:t xml:space="preserve"> </w:t>
          </w:r>
        </w:p>
      </w:docPartBody>
    </w:docPart>
    <w:docPart>
      <w:docPartPr>
        <w:name w:val="4E19D4B89CDF4EC089B4CA4F3D6FF7DF"/>
        <w:category>
          <w:name w:val="Allgemein"/>
          <w:gallery w:val="placeholder"/>
        </w:category>
        <w:types>
          <w:type w:val="bbPlcHdr"/>
        </w:types>
        <w:behaviors>
          <w:behavior w:val="content"/>
        </w:behaviors>
        <w:guid w:val="{4F37D785-4055-4DFA-BC64-0EAC4057FF3C}"/>
      </w:docPartPr>
      <w:docPartBody>
        <w:p w:rsidR="00B02301" w:rsidRDefault="000831BA" w:rsidP="000831BA">
          <w:pPr>
            <w:pStyle w:val="4E19D4B89CDF4EC089B4CA4F3D6FF7DF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4113860957FA4853A108D902D5C38EE2"/>
        <w:category>
          <w:name w:val="Allgemein"/>
          <w:gallery w:val="placeholder"/>
        </w:category>
        <w:types>
          <w:type w:val="bbPlcHdr"/>
        </w:types>
        <w:behaviors>
          <w:behavior w:val="content"/>
        </w:behaviors>
        <w:guid w:val="{B47E9B4C-61C4-4BF0-92EE-DA67519553E1}"/>
      </w:docPartPr>
      <w:docPartBody>
        <w:p w:rsidR="00B02301" w:rsidRDefault="000831BA" w:rsidP="000831BA">
          <w:pPr>
            <w:pStyle w:val="4113860957FA4853A108D902D5C38EE2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BE1B5F9A3370458F812EE637EE7A9571"/>
        <w:category>
          <w:name w:val="Allgemein"/>
          <w:gallery w:val="placeholder"/>
        </w:category>
        <w:types>
          <w:type w:val="bbPlcHdr"/>
        </w:types>
        <w:behaviors>
          <w:behavior w:val="content"/>
        </w:behaviors>
        <w:guid w:val="{358BCAE1-B382-471D-AB33-F1BE9AC57BC7}"/>
      </w:docPartPr>
      <w:docPartBody>
        <w:p w:rsidR="00B02301" w:rsidRDefault="000831BA" w:rsidP="000831BA">
          <w:pPr>
            <w:pStyle w:val="BE1B5F9A3370458F812EE637EE7A9571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EBA25865F5A04F0998820CE9690D4D86"/>
        <w:category>
          <w:name w:val="Allgemein"/>
          <w:gallery w:val="placeholder"/>
        </w:category>
        <w:types>
          <w:type w:val="bbPlcHdr"/>
        </w:types>
        <w:behaviors>
          <w:behavior w:val="content"/>
        </w:behaviors>
        <w:guid w:val="{46FBAE74-7841-42C6-9F56-799541272A67}"/>
      </w:docPartPr>
      <w:docPartBody>
        <w:p w:rsidR="00B02301" w:rsidRDefault="000831BA" w:rsidP="000831BA">
          <w:pPr>
            <w:pStyle w:val="EBA25865F5A04F0998820CE9690D4D86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27F2F4FA97854C5D8A1C9049EE06CDB0"/>
        <w:category>
          <w:name w:val="Allgemein"/>
          <w:gallery w:val="placeholder"/>
        </w:category>
        <w:types>
          <w:type w:val="bbPlcHdr"/>
        </w:types>
        <w:behaviors>
          <w:behavior w:val="content"/>
        </w:behaviors>
        <w:guid w:val="{1C6D2CFF-3755-415F-B80E-7FB1657839DA}"/>
      </w:docPartPr>
      <w:docPartBody>
        <w:p w:rsidR="00B02301" w:rsidRDefault="000831BA" w:rsidP="000831BA">
          <w:pPr>
            <w:pStyle w:val="27F2F4FA97854C5D8A1C9049EE06CDB0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4A1908B9CCB44432B4FB223D10CE50EC"/>
        <w:category>
          <w:name w:val="Allgemein"/>
          <w:gallery w:val="placeholder"/>
        </w:category>
        <w:types>
          <w:type w:val="bbPlcHdr"/>
        </w:types>
        <w:behaviors>
          <w:behavior w:val="content"/>
        </w:behaviors>
        <w:guid w:val="{38069511-CD2E-4A47-9297-1D2D13BB946F}"/>
      </w:docPartPr>
      <w:docPartBody>
        <w:p w:rsidR="00B02301" w:rsidRDefault="000831BA" w:rsidP="000831BA">
          <w:pPr>
            <w:pStyle w:val="4A1908B9CCB44432B4FB223D10CE50EC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34E918C1E0374E67A996E76BF5489BBE"/>
        <w:category>
          <w:name w:val="Allgemein"/>
          <w:gallery w:val="placeholder"/>
        </w:category>
        <w:types>
          <w:type w:val="bbPlcHdr"/>
        </w:types>
        <w:behaviors>
          <w:behavior w:val="content"/>
        </w:behaviors>
        <w:guid w:val="{09A8C2B0-DD51-4C56-AF92-9CF8C2B8BF4E}"/>
      </w:docPartPr>
      <w:docPartBody>
        <w:p w:rsidR="00B02301" w:rsidRDefault="000831BA" w:rsidP="000831BA">
          <w:pPr>
            <w:pStyle w:val="34E918C1E0374E67A996E76BF5489BBE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4412CEC6886E4EC3A0171542B6742304"/>
        <w:category>
          <w:name w:val="Allgemein"/>
          <w:gallery w:val="placeholder"/>
        </w:category>
        <w:types>
          <w:type w:val="bbPlcHdr"/>
        </w:types>
        <w:behaviors>
          <w:behavior w:val="content"/>
        </w:behaviors>
        <w:guid w:val="{A784067A-6331-43D2-ABBE-C73016D20E82}"/>
      </w:docPartPr>
      <w:docPartBody>
        <w:p w:rsidR="00B02301" w:rsidRDefault="000831BA" w:rsidP="000831BA">
          <w:pPr>
            <w:pStyle w:val="4412CEC6886E4EC3A0171542B67423041"/>
          </w:pPr>
          <w:r w:rsidRPr="009D54E5">
            <w:rPr>
              <w:rFonts w:ascii="Fira Sans Light" w:hAnsi="Fira Sans Light"/>
              <w:sz w:val="20"/>
              <w:szCs w:val="20"/>
              <w:lang w:val="de-DE"/>
            </w:rPr>
            <w:t xml:space="preserve"> </w:t>
          </w:r>
          <w:r w:rsidRPr="009D54E5">
            <w:rPr>
              <w:sz w:val="20"/>
              <w:szCs w:val="20"/>
              <w:lang w:val="de-DE"/>
            </w:rPr>
            <w:t xml:space="preserve"> </w:t>
          </w:r>
        </w:p>
      </w:docPartBody>
    </w:docPart>
    <w:docPart>
      <w:docPartPr>
        <w:name w:val="54CCD329D34242D49C092A921B62D8BE"/>
        <w:category>
          <w:name w:val="Allgemein"/>
          <w:gallery w:val="placeholder"/>
        </w:category>
        <w:types>
          <w:type w:val="bbPlcHdr"/>
        </w:types>
        <w:behaviors>
          <w:behavior w:val="content"/>
        </w:behaviors>
        <w:guid w:val="{3631D170-1984-4B30-8944-B2275E965614}"/>
      </w:docPartPr>
      <w:docPartBody>
        <w:p w:rsidR="00B02301" w:rsidRDefault="000831BA" w:rsidP="000831BA">
          <w:pPr>
            <w:pStyle w:val="54CCD329D34242D49C092A921B62D8BE1"/>
          </w:pPr>
          <w:r w:rsidRPr="009D54E5">
            <w:rPr>
              <w:rFonts w:ascii="Fira Sans Light" w:hAnsi="Fira Sans Light"/>
              <w:sz w:val="20"/>
              <w:szCs w:val="20"/>
              <w:lang w:val="de-DE"/>
            </w:rPr>
            <w:t xml:space="preserve"> </w:t>
          </w:r>
          <w:r w:rsidRPr="009D54E5">
            <w:rPr>
              <w:sz w:val="20"/>
              <w:szCs w:val="20"/>
              <w:lang w:val="de-DE"/>
            </w:rPr>
            <w:t xml:space="preserve"> </w:t>
          </w:r>
        </w:p>
      </w:docPartBody>
    </w:docPart>
    <w:docPart>
      <w:docPartPr>
        <w:name w:val="75C8F0B16F834AB094CC1295F82F1E24"/>
        <w:category>
          <w:name w:val="Allgemein"/>
          <w:gallery w:val="placeholder"/>
        </w:category>
        <w:types>
          <w:type w:val="bbPlcHdr"/>
        </w:types>
        <w:behaviors>
          <w:behavior w:val="content"/>
        </w:behaviors>
        <w:guid w:val="{B46E76F9-5540-42A1-A63F-9E06C729EE59}"/>
      </w:docPartPr>
      <w:docPartBody>
        <w:p w:rsidR="00B02301" w:rsidRDefault="000831BA" w:rsidP="000831BA">
          <w:pPr>
            <w:pStyle w:val="75C8F0B16F834AB094CC1295F82F1E241"/>
          </w:pPr>
          <w:r w:rsidRPr="009D54E5">
            <w:rPr>
              <w:rFonts w:ascii="Fira Sans Light" w:hAnsi="Fira Sans Light"/>
              <w:sz w:val="20"/>
              <w:szCs w:val="20"/>
              <w:lang w:val="de-DE"/>
            </w:rPr>
            <w:t xml:space="preserve"> </w:t>
          </w:r>
          <w:r w:rsidRPr="009D54E5">
            <w:rPr>
              <w:sz w:val="20"/>
              <w:szCs w:val="20"/>
              <w:lang w:val="de-DE"/>
            </w:rPr>
            <w:t xml:space="preserve"> </w:t>
          </w:r>
        </w:p>
      </w:docPartBody>
    </w:docPart>
    <w:docPart>
      <w:docPartPr>
        <w:name w:val="C4699CA05C6747A8848D48CD03370D9F"/>
        <w:category>
          <w:name w:val="Allgemein"/>
          <w:gallery w:val="placeholder"/>
        </w:category>
        <w:types>
          <w:type w:val="bbPlcHdr"/>
        </w:types>
        <w:behaviors>
          <w:behavior w:val="content"/>
        </w:behaviors>
        <w:guid w:val="{99BAF593-7767-4273-9622-CBA41C864F7F}"/>
      </w:docPartPr>
      <w:docPartBody>
        <w:p w:rsidR="00B02301" w:rsidRDefault="000831BA" w:rsidP="000831BA">
          <w:pPr>
            <w:pStyle w:val="C4699CA05C6747A8848D48CD03370D9F1"/>
          </w:pPr>
          <w:r w:rsidRPr="009D54E5">
            <w:rPr>
              <w:rFonts w:ascii="Fira Sans Light" w:hAnsi="Fira Sans Light"/>
              <w:sz w:val="20"/>
              <w:szCs w:val="20"/>
              <w:lang w:val="de-DE"/>
            </w:rPr>
            <w:t xml:space="preserve"> </w:t>
          </w:r>
          <w:r w:rsidRPr="009D54E5">
            <w:rPr>
              <w:sz w:val="20"/>
              <w:szCs w:val="20"/>
              <w:lang w:val="de-DE"/>
            </w:rPr>
            <w:t xml:space="preserve"> </w:t>
          </w:r>
        </w:p>
      </w:docPartBody>
    </w:docPart>
    <w:docPart>
      <w:docPartPr>
        <w:name w:val="1A19F1D646694A52B45D78F327053AC4"/>
        <w:category>
          <w:name w:val="Allgemein"/>
          <w:gallery w:val="placeholder"/>
        </w:category>
        <w:types>
          <w:type w:val="bbPlcHdr"/>
        </w:types>
        <w:behaviors>
          <w:behavior w:val="content"/>
        </w:behaviors>
        <w:guid w:val="{0A036DF9-27F1-47E4-A005-6C3703E361CA}"/>
      </w:docPartPr>
      <w:docPartBody>
        <w:p w:rsidR="00B02301" w:rsidRDefault="000831BA" w:rsidP="000831BA">
          <w:pPr>
            <w:pStyle w:val="1A19F1D646694A52B45D78F327053AC41"/>
          </w:pPr>
          <w:r w:rsidRPr="009D54E5">
            <w:rPr>
              <w:rFonts w:ascii="Fira Sans Light" w:hAnsi="Fira Sans Light"/>
              <w:sz w:val="20"/>
              <w:szCs w:val="20"/>
              <w:lang w:val="de-DE"/>
            </w:rPr>
            <w:t xml:space="preserve"> </w:t>
          </w:r>
          <w:r w:rsidRPr="009D54E5">
            <w:rPr>
              <w:sz w:val="20"/>
              <w:szCs w:val="20"/>
              <w:lang w:val="de-DE"/>
            </w:rPr>
            <w:t xml:space="preserve"> </w:t>
          </w:r>
        </w:p>
      </w:docPartBody>
    </w:docPart>
    <w:docPart>
      <w:docPartPr>
        <w:name w:val="E730F88F122C41088C6BBD1625B00539"/>
        <w:category>
          <w:name w:val="Allgemein"/>
          <w:gallery w:val="placeholder"/>
        </w:category>
        <w:types>
          <w:type w:val="bbPlcHdr"/>
        </w:types>
        <w:behaviors>
          <w:behavior w:val="content"/>
        </w:behaviors>
        <w:guid w:val="{4699E6A4-D3C9-41E2-8F38-87072BAFAC4A}"/>
      </w:docPartPr>
      <w:docPartBody>
        <w:p w:rsidR="00B02301" w:rsidRDefault="000831BA" w:rsidP="000831BA">
          <w:pPr>
            <w:pStyle w:val="E730F88F122C41088C6BBD1625B005391"/>
          </w:pPr>
          <w:r w:rsidRPr="009D54E5">
            <w:rPr>
              <w:rFonts w:ascii="Fira Sans Light" w:hAnsi="Fira Sans Light"/>
              <w:sz w:val="20"/>
              <w:szCs w:val="20"/>
              <w:lang w:val="de-DE"/>
            </w:rPr>
            <w:t xml:space="preserve"> </w:t>
          </w:r>
          <w:r w:rsidRPr="009D54E5">
            <w:rPr>
              <w:sz w:val="20"/>
              <w:szCs w:val="20"/>
              <w:lang w:val="de-DE"/>
            </w:rPr>
            <w:t xml:space="preserve"> </w:t>
          </w:r>
        </w:p>
      </w:docPartBody>
    </w:docPart>
    <w:docPart>
      <w:docPartPr>
        <w:name w:val="A0D1F02827124915A9886966638A9084"/>
        <w:category>
          <w:name w:val="Allgemein"/>
          <w:gallery w:val="placeholder"/>
        </w:category>
        <w:types>
          <w:type w:val="bbPlcHdr"/>
        </w:types>
        <w:behaviors>
          <w:behavior w:val="content"/>
        </w:behaviors>
        <w:guid w:val="{69307954-3538-4CD9-88A5-32AA696C7F93}"/>
      </w:docPartPr>
      <w:docPartBody>
        <w:p w:rsidR="00B02301" w:rsidRDefault="000831BA" w:rsidP="000831BA">
          <w:pPr>
            <w:pStyle w:val="A0D1F02827124915A9886966638A90841"/>
          </w:pPr>
          <w:r w:rsidRPr="009D54E5">
            <w:rPr>
              <w:rFonts w:ascii="Fira Sans Light" w:hAnsi="Fira Sans Light"/>
              <w:sz w:val="20"/>
              <w:szCs w:val="20"/>
              <w:lang w:val="de-DE"/>
            </w:rPr>
            <w:t xml:space="preserve"> </w:t>
          </w:r>
          <w:r w:rsidRPr="009D54E5">
            <w:rPr>
              <w:sz w:val="20"/>
              <w:szCs w:val="20"/>
              <w:lang w:val="de-DE"/>
            </w:rPr>
            <w:t xml:space="preserve"> </w:t>
          </w:r>
        </w:p>
      </w:docPartBody>
    </w:docPart>
    <w:docPart>
      <w:docPartPr>
        <w:name w:val="F637442BDB4D442C876FC0132488D019"/>
        <w:category>
          <w:name w:val="Allgemein"/>
          <w:gallery w:val="placeholder"/>
        </w:category>
        <w:types>
          <w:type w:val="bbPlcHdr"/>
        </w:types>
        <w:behaviors>
          <w:behavior w:val="content"/>
        </w:behaviors>
        <w:guid w:val="{BE9068ED-B7AA-4F3F-8283-1F0A401F3AE1}"/>
      </w:docPartPr>
      <w:docPartBody>
        <w:p w:rsidR="00B02301" w:rsidRDefault="000831BA" w:rsidP="000831BA">
          <w:pPr>
            <w:pStyle w:val="F637442BDB4D442C876FC0132488D0191"/>
          </w:pPr>
          <w:r w:rsidRPr="009D54E5">
            <w:rPr>
              <w:rFonts w:ascii="Fira Sans Light" w:hAnsi="Fira Sans Light"/>
              <w:sz w:val="20"/>
              <w:szCs w:val="20"/>
              <w:lang w:val="de-DE"/>
            </w:rPr>
            <w:t xml:space="preserve"> </w:t>
          </w:r>
          <w:r w:rsidRPr="009D54E5">
            <w:rPr>
              <w:sz w:val="20"/>
              <w:szCs w:val="20"/>
              <w:lang w:val="de-DE"/>
            </w:rPr>
            <w:t xml:space="preserve"> </w:t>
          </w:r>
        </w:p>
      </w:docPartBody>
    </w:docPart>
    <w:docPart>
      <w:docPartPr>
        <w:name w:val="3CB195E760A848AA9DAB90F4ACE8AABE"/>
        <w:category>
          <w:name w:val="Allgemein"/>
          <w:gallery w:val="placeholder"/>
        </w:category>
        <w:types>
          <w:type w:val="bbPlcHdr"/>
        </w:types>
        <w:behaviors>
          <w:behavior w:val="content"/>
        </w:behaviors>
        <w:guid w:val="{388CD06C-341A-419B-96FF-845884B26360}"/>
      </w:docPartPr>
      <w:docPartBody>
        <w:p w:rsidR="00B02301" w:rsidRDefault="000831BA" w:rsidP="000831BA">
          <w:pPr>
            <w:pStyle w:val="3CB195E760A848AA9DAB90F4ACE8AABE1"/>
          </w:pPr>
          <w:r w:rsidRPr="009D54E5">
            <w:rPr>
              <w:rFonts w:ascii="Fira Sans Light" w:hAnsi="Fira Sans Light"/>
              <w:sz w:val="20"/>
              <w:szCs w:val="20"/>
              <w:lang w:val="de-DE"/>
            </w:rPr>
            <w:t xml:space="preserve"> </w:t>
          </w:r>
          <w:r w:rsidRPr="009D54E5">
            <w:rPr>
              <w:sz w:val="20"/>
              <w:szCs w:val="20"/>
              <w:lang w:val="de-DE"/>
            </w:rPr>
            <w:t xml:space="preserve"> </w:t>
          </w:r>
        </w:p>
      </w:docPartBody>
    </w:docPart>
    <w:docPart>
      <w:docPartPr>
        <w:name w:val="7DC12E8783AE48ABBAB96669C7D1FFD6"/>
        <w:category>
          <w:name w:val="Allgemein"/>
          <w:gallery w:val="placeholder"/>
        </w:category>
        <w:types>
          <w:type w:val="bbPlcHdr"/>
        </w:types>
        <w:behaviors>
          <w:behavior w:val="content"/>
        </w:behaviors>
        <w:guid w:val="{53B7D1A4-0E64-442A-BA49-8B9F66F6B378}"/>
      </w:docPartPr>
      <w:docPartBody>
        <w:p w:rsidR="00B02301" w:rsidRDefault="000831BA" w:rsidP="000831BA">
          <w:pPr>
            <w:pStyle w:val="7DC12E8783AE48ABBAB96669C7D1FFD61"/>
          </w:pPr>
          <w:r w:rsidRPr="009D54E5">
            <w:rPr>
              <w:rFonts w:ascii="Fira Sans Light" w:hAnsi="Fira Sans Light"/>
              <w:sz w:val="20"/>
              <w:szCs w:val="20"/>
              <w:lang w:val="de-DE"/>
            </w:rPr>
            <w:t xml:space="preserve"> </w:t>
          </w:r>
          <w:r w:rsidRPr="009D54E5">
            <w:rPr>
              <w:sz w:val="20"/>
              <w:szCs w:val="20"/>
              <w:lang w:val="de-DE"/>
            </w:rPr>
            <w:t xml:space="preserve"> </w:t>
          </w:r>
        </w:p>
      </w:docPartBody>
    </w:docPart>
    <w:docPart>
      <w:docPartPr>
        <w:name w:val="F805F9BF041F4EB99842FEEB52D2BC97"/>
        <w:category>
          <w:name w:val="Allgemein"/>
          <w:gallery w:val="placeholder"/>
        </w:category>
        <w:types>
          <w:type w:val="bbPlcHdr"/>
        </w:types>
        <w:behaviors>
          <w:behavior w:val="content"/>
        </w:behaviors>
        <w:guid w:val="{EEB43245-5B22-441C-9509-78353F505A7B}"/>
      </w:docPartPr>
      <w:docPartBody>
        <w:p w:rsidR="00B02301" w:rsidRDefault="000831BA" w:rsidP="000831BA">
          <w:pPr>
            <w:pStyle w:val="F805F9BF041F4EB99842FEEB52D2BC971"/>
          </w:pPr>
          <w:r w:rsidRPr="009D54E5">
            <w:rPr>
              <w:rFonts w:ascii="Fira Sans Light" w:hAnsi="Fira Sans Light"/>
              <w:sz w:val="20"/>
              <w:szCs w:val="20"/>
              <w:lang w:val="de-DE"/>
            </w:rPr>
            <w:t xml:space="preserve"> </w:t>
          </w:r>
          <w:r w:rsidRPr="009D54E5">
            <w:rPr>
              <w:sz w:val="20"/>
              <w:szCs w:val="20"/>
              <w:lang w:val="de-DE"/>
            </w:rPr>
            <w:t xml:space="preserve"> </w:t>
          </w:r>
        </w:p>
      </w:docPartBody>
    </w:docPart>
    <w:docPart>
      <w:docPartPr>
        <w:name w:val="8AC2C7F360004E51A1FACE5927552C6B"/>
        <w:category>
          <w:name w:val="Allgemein"/>
          <w:gallery w:val="placeholder"/>
        </w:category>
        <w:types>
          <w:type w:val="bbPlcHdr"/>
        </w:types>
        <w:behaviors>
          <w:behavior w:val="content"/>
        </w:behaviors>
        <w:guid w:val="{4AECE526-F6BB-4AEE-94E3-A9C47D989926}"/>
      </w:docPartPr>
      <w:docPartBody>
        <w:p w:rsidR="00B02301" w:rsidRDefault="000831BA" w:rsidP="000831BA">
          <w:pPr>
            <w:pStyle w:val="8AC2C7F360004E51A1FACE5927552C6B1"/>
          </w:pPr>
          <w:r w:rsidRPr="009D54E5">
            <w:rPr>
              <w:rFonts w:ascii="Fira Sans Light" w:hAnsi="Fira Sans Light"/>
              <w:sz w:val="20"/>
              <w:szCs w:val="20"/>
              <w:lang w:val="de-DE"/>
            </w:rPr>
            <w:t xml:space="preserve"> </w:t>
          </w:r>
          <w:r w:rsidRPr="009D54E5">
            <w:rPr>
              <w:sz w:val="20"/>
              <w:szCs w:val="20"/>
              <w:lang w:val="de-DE"/>
            </w:rPr>
            <w:t xml:space="preserve"> </w:t>
          </w:r>
        </w:p>
      </w:docPartBody>
    </w:docPart>
    <w:docPart>
      <w:docPartPr>
        <w:name w:val="049A335A13FC48628161FC8B518C5A07"/>
        <w:category>
          <w:name w:val="Allgemein"/>
          <w:gallery w:val="placeholder"/>
        </w:category>
        <w:types>
          <w:type w:val="bbPlcHdr"/>
        </w:types>
        <w:behaviors>
          <w:behavior w:val="content"/>
        </w:behaviors>
        <w:guid w:val="{26EB6333-3508-4729-A8C7-0A4EFA807309}"/>
      </w:docPartPr>
      <w:docPartBody>
        <w:p w:rsidR="00B02301" w:rsidRDefault="000831BA" w:rsidP="000831BA">
          <w:pPr>
            <w:pStyle w:val="049A335A13FC48628161FC8B518C5A071"/>
          </w:pPr>
          <w:r w:rsidRPr="009D54E5">
            <w:rPr>
              <w:rFonts w:ascii="Fira Sans Light" w:hAnsi="Fira Sans Light"/>
              <w:sz w:val="20"/>
              <w:szCs w:val="20"/>
              <w:lang w:val="de-DE"/>
            </w:rPr>
            <w:t xml:space="preserve"> </w:t>
          </w:r>
          <w:r w:rsidRPr="009D54E5">
            <w:rPr>
              <w:sz w:val="20"/>
              <w:szCs w:val="20"/>
              <w:lang w:val="de-DE"/>
            </w:rPr>
            <w:t xml:space="preserve"> </w:t>
          </w:r>
        </w:p>
      </w:docPartBody>
    </w:docPart>
    <w:docPart>
      <w:docPartPr>
        <w:name w:val="8A3EA650D2DE4438949B88399D8BCA62"/>
        <w:category>
          <w:name w:val="Allgemein"/>
          <w:gallery w:val="placeholder"/>
        </w:category>
        <w:types>
          <w:type w:val="bbPlcHdr"/>
        </w:types>
        <w:behaviors>
          <w:behavior w:val="content"/>
        </w:behaviors>
        <w:guid w:val="{150FAEA9-6E42-4D85-8C40-D0AE4A52680C}"/>
      </w:docPartPr>
      <w:docPartBody>
        <w:p w:rsidR="00B02301" w:rsidRDefault="000831BA" w:rsidP="000831BA">
          <w:pPr>
            <w:pStyle w:val="8A3EA650D2DE4438949B88399D8BCA621"/>
          </w:pPr>
          <w:r w:rsidRPr="009D54E5">
            <w:rPr>
              <w:rFonts w:ascii="Fira Sans Light" w:hAnsi="Fira Sans Light"/>
              <w:sz w:val="20"/>
              <w:szCs w:val="20"/>
              <w:lang w:val="de-DE"/>
            </w:rPr>
            <w:t xml:space="preserve"> </w:t>
          </w:r>
          <w:r w:rsidRPr="009D54E5">
            <w:rPr>
              <w:sz w:val="20"/>
              <w:szCs w:val="20"/>
              <w:lang w:val="de-DE"/>
            </w:rPr>
            <w:t xml:space="preserve"> </w:t>
          </w:r>
        </w:p>
      </w:docPartBody>
    </w:docPart>
    <w:docPart>
      <w:docPartPr>
        <w:name w:val="1F70C5A924D448A1BF6FAB875CCC3A69"/>
        <w:category>
          <w:name w:val="Allgemein"/>
          <w:gallery w:val="placeholder"/>
        </w:category>
        <w:types>
          <w:type w:val="bbPlcHdr"/>
        </w:types>
        <w:behaviors>
          <w:behavior w:val="content"/>
        </w:behaviors>
        <w:guid w:val="{5A55D0C0-ADF9-4F84-8107-35DFC1A9A1E3}"/>
      </w:docPartPr>
      <w:docPartBody>
        <w:p w:rsidR="00B02301" w:rsidRDefault="000831BA" w:rsidP="000831BA">
          <w:pPr>
            <w:pStyle w:val="1F70C5A924D448A1BF6FAB875CCC3A691"/>
          </w:pPr>
          <w:r w:rsidRPr="009D54E5">
            <w:rPr>
              <w:rFonts w:ascii="Fira Sans Light" w:hAnsi="Fira Sans Light"/>
              <w:sz w:val="20"/>
              <w:szCs w:val="20"/>
              <w:lang w:val="de-DE"/>
            </w:rPr>
            <w:t xml:space="preserve"> </w:t>
          </w:r>
          <w:r w:rsidRPr="009D54E5">
            <w:rPr>
              <w:sz w:val="20"/>
              <w:szCs w:val="20"/>
              <w:lang w:val="de-DE"/>
            </w:rPr>
            <w:t xml:space="preserve"> </w:t>
          </w:r>
        </w:p>
      </w:docPartBody>
    </w:docPart>
    <w:docPart>
      <w:docPartPr>
        <w:name w:val="DC9FDE12B53F4892BDF47C954ED35F3B"/>
        <w:category>
          <w:name w:val="Allgemein"/>
          <w:gallery w:val="placeholder"/>
        </w:category>
        <w:types>
          <w:type w:val="bbPlcHdr"/>
        </w:types>
        <w:behaviors>
          <w:behavior w:val="content"/>
        </w:behaviors>
        <w:guid w:val="{060E80F9-DDF4-452C-9E2C-850A6B42386E}"/>
      </w:docPartPr>
      <w:docPartBody>
        <w:p w:rsidR="00B02301" w:rsidRDefault="000831BA" w:rsidP="000831BA">
          <w:pPr>
            <w:pStyle w:val="DC9FDE12B53F4892BDF47C954ED35F3B1"/>
          </w:pPr>
          <w:r w:rsidRPr="009D54E5">
            <w:rPr>
              <w:rFonts w:ascii="Fira Sans Light" w:hAnsi="Fira Sans Light"/>
              <w:sz w:val="20"/>
              <w:szCs w:val="20"/>
              <w:lang w:val="de-DE"/>
            </w:rPr>
            <w:t xml:space="preserve"> </w:t>
          </w:r>
          <w:r w:rsidRPr="009D54E5">
            <w:rPr>
              <w:sz w:val="20"/>
              <w:szCs w:val="20"/>
              <w:lang w:val="de-DE"/>
            </w:rPr>
            <w:t xml:space="preserve"> </w:t>
          </w:r>
        </w:p>
      </w:docPartBody>
    </w:docPart>
    <w:docPart>
      <w:docPartPr>
        <w:name w:val="18BD330161774A66A7F79E93D5BB75CB"/>
        <w:category>
          <w:name w:val="Allgemein"/>
          <w:gallery w:val="placeholder"/>
        </w:category>
        <w:types>
          <w:type w:val="bbPlcHdr"/>
        </w:types>
        <w:behaviors>
          <w:behavior w:val="content"/>
        </w:behaviors>
        <w:guid w:val="{220BB3B8-DF54-4EE8-95DF-8C1C96401BF6}"/>
      </w:docPartPr>
      <w:docPartBody>
        <w:p w:rsidR="00B02301" w:rsidRDefault="000831BA" w:rsidP="000831BA">
          <w:pPr>
            <w:pStyle w:val="18BD330161774A66A7F79E93D5BB75CB1"/>
          </w:pPr>
          <w:r w:rsidRPr="00B11B70">
            <w:rPr>
              <w:rFonts w:ascii="Fira Sans Light" w:hAnsi="Fira Sans Light"/>
              <w:sz w:val="20"/>
              <w:szCs w:val="20"/>
              <w:lang w:val="de-DE"/>
            </w:rPr>
            <w:t xml:space="preserve"> </w:t>
          </w:r>
          <w:r w:rsidRPr="00B11B70">
            <w:rPr>
              <w:sz w:val="20"/>
              <w:szCs w:val="20"/>
              <w:lang w:val="de-DE"/>
            </w:rPr>
            <w:t xml:space="preserve"> </w:t>
          </w:r>
        </w:p>
      </w:docPartBody>
    </w:docPart>
    <w:docPart>
      <w:docPartPr>
        <w:name w:val="D7E743FC8C584C72B69C83D89FEC3416"/>
        <w:category>
          <w:name w:val="Allgemein"/>
          <w:gallery w:val="placeholder"/>
        </w:category>
        <w:types>
          <w:type w:val="bbPlcHdr"/>
        </w:types>
        <w:behaviors>
          <w:behavior w:val="content"/>
        </w:behaviors>
        <w:guid w:val="{B7EF3094-4744-4737-AA12-F2C4889C214D}"/>
      </w:docPartPr>
      <w:docPartBody>
        <w:p w:rsidR="00B02301" w:rsidRDefault="000831BA" w:rsidP="000831BA">
          <w:pPr>
            <w:pStyle w:val="D7E743FC8C584C72B69C83D89FEC34161"/>
          </w:pPr>
          <w:r w:rsidRPr="00B11B70">
            <w:rPr>
              <w:rFonts w:ascii="Fira Sans Light" w:hAnsi="Fira Sans Light"/>
              <w:sz w:val="20"/>
              <w:szCs w:val="20"/>
              <w:lang w:val="de-DE"/>
            </w:rPr>
            <w:t xml:space="preserve"> </w:t>
          </w:r>
          <w:r w:rsidRPr="00B11B70">
            <w:rPr>
              <w:sz w:val="20"/>
              <w:szCs w:val="20"/>
              <w:lang w:val="de-DE"/>
            </w:rPr>
            <w:t xml:space="preserve"> </w:t>
          </w:r>
        </w:p>
      </w:docPartBody>
    </w:docPart>
    <w:docPart>
      <w:docPartPr>
        <w:name w:val="534015DF6ACB41CA8C1A29B1AEF7A561"/>
        <w:category>
          <w:name w:val="Allgemein"/>
          <w:gallery w:val="placeholder"/>
        </w:category>
        <w:types>
          <w:type w:val="bbPlcHdr"/>
        </w:types>
        <w:behaviors>
          <w:behavior w:val="content"/>
        </w:behaviors>
        <w:guid w:val="{8658F402-7838-4ED3-90CC-2AE843F864C9}"/>
      </w:docPartPr>
      <w:docPartBody>
        <w:p w:rsidR="00B02301" w:rsidRDefault="000831BA" w:rsidP="000831BA">
          <w:pPr>
            <w:pStyle w:val="534015DF6ACB41CA8C1A29B1AEF7A5611"/>
          </w:pPr>
          <w:r w:rsidRPr="00B11B70">
            <w:rPr>
              <w:rFonts w:ascii="Fira Sans Light" w:hAnsi="Fira Sans Light"/>
              <w:sz w:val="20"/>
              <w:szCs w:val="20"/>
              <w:lang w:val="de-DE"/>
            </w:rPr>
            <w:t xml:space="preserve"> </w:t>
          </w:r>
          <w:r w:rsidRPr="00B11B70">
            <w:rPr>
              <w:sz w:val="20"/>
              <w:szCs w:val="20"/>
              <w:lang w:val="de-DE"/>
            </w:rPr>
            <w:t xml:space="preserve"> </w:t>
          </w:r>
        </w:p>
      </w:docPartBody>
    </w:docPart>
    <w:docPart>
      <w:docPartPr>
        <w:name w:val="ABD2BF0EB45E4044A78F4FD99EE4859E"/>
        <w:category>
          <w:name w:val="Allgemein"/>
          <w:gallery w:val="placeholder"/>
        </w:category>
        <w:types>
          <w:type w:val="bbPlcHdr"/>
        </w:types>
        <w:behaviors>
          <w:behavior w:val="content"/>
        </w:behaviors>
        <w:guid w:val="{45C863D3-FC7F-4520-B199-840C4F4842D2}"/>
      </w:docPartPr>
      <w:docPartBody>
        <w:p w:rsidR="00B02301" w:rsidRDefault="000831BA" w:rsidP="000831BA">
          <w:pPr>
            <w:pStyle w:val="ABD2BF0EB45E4044A78F4FD99EE4859E1"/>
          </w:pPr>
          <w:r w:rsidRPr="00B11B70">
            <w:rPr>
              <w:rFonts w:ascii="Fira Sans Light" w:hAnsi="Fira Sans Light"/>
              <w:sz w:val="20"/>
              <w:szCs w:val="20"/>
              <w:lang w:val="de-DE"/>
            </w:rPr>
            <w:t xml:space="preserve"> </w:t>
          </w:r>
          <w:r w:rsidRPr="00B11B70">
            <w:rPr>
              <w:sz w:val="20"/>
              <w:szCs w:val="20"/>
              <w:lang w:val="de-DE"/>
            </w:rPr>
            <w:t xml:space="preserve"> </w:t>
          </w:r>
        </w:p>
      </w:docPartBody>
    </w:docPart>
    <w:docPart>
      <w:docPartPr>
        <w:name w:val="CD08F55CCFC6472D81A76128FC3CEC34"/>
        <w:category>
          <w:name w:val="Allgemein"/>
          <w:gallery w:val="placeholder"/>
        </w:category>
        <w:types>
          <w:type w:val="bbPlcHdr"/>
        </w:types>
        <w:behaviors>
          <w:behavior w:val="content"/>
        </w:behaviors>
        <w:guid w:val="{9ACEECE4-EC90-4252-9C21-C5A39454710C}"/>
      </w:docPartPr>
      <w:docPartBody>
        <w:p w:rsidR="00B02301" w:rsidRDefault="000831BA" w:rsidP="000831BA">
          <w:pPr>
            <w:pStyle w:val="CD08F55CCFC6472D81A76128FC3CEC341"/>
          </w:pPr>
          <w:r w:rsidRPr="00B11B70">
            <w:rPr>
              <w:rFonts w:ascii="Fira Sans Light" w:hAnsi="Fira Sans Light"/>
              <w:sz w:val="20"/>
              <w:szCs w:val="20"/>
              <w:lang w:val="de-DE"/>
            </w:rPr>
            <w:t xml:space="preserve"> </w:t>
          </w:r>
          <w:r w:rsidRPr="00B11B70">
            <w:rPr>
              <w:sz w:val="20"/>
              <w:szCs w:val="20"/>
              <w:lang w:val="de-DE"/>
            </w:rPr>
            <w:t xml:space="preserve"> </w:t>
          </w:r>
        </w:p>
      </w:docPartBody>
    </w:docPart>
    <w:docPart>
      <w:docPartPr>
        <w:name w:val="F89C2B8032E54FFFA6C812649178463D"/>
        <w:category>
          <w:name w:val="Allgemein"/>
          <w:gallery w:val="placeholder"/>
        </w:category>
        <w:types>
          <w:type w:val="bbPlcHdr"/>
        </w:types>
        <w:behaviors>
          <w:behavior w:val="content"/>
        </w:behaviors>
        <w:guid w:val="{7E209FD7-745D-4DF1-9A70-6F723D203287}"/>
      </w:docPartPr>
      <w:docPartBody>
        <w:p w:rsidR="00B02301" w:rsidRDefault="000831BA" w:rsidP="000831BA">
          <w:pPr>
            <w:pStyle w:val="F89C2B8032E54FFFA6C812649178463D1"/>
          </w:pPr>
          <w:r w:rsidRPr="00B11B70">
            <w:rPr>
              <w:rFonts w:ascii="Fira Sans Light" w:hAnsi="Fira Sans Light"/>
              <w:sz w:val="20"/>
              <w:szCs w:val="20"/>
              <w:lang w:val="de-DE"/>
            </w:rPr>
            <w:t xml:space="preserve"> </w:t>
          </w:r>
          <w:r w:rsidRPr="00B11B70">
            <w:rPr>
              <w:sz w:val="20"/>
              <w:szCs w:val="20"/>
              <w:lang w:val="de-DE"/>
            </w:rPr>
            <w:t xml:space="preserve"> </w:t>
          </w:r>
        </w:p>
      </w:docPartBody>
    </w:docPart>
    <w:docPart>
      <w:docPartPr>
        <w:name w:val="A214EEA40F1047D882AC6237734AE603"/>
        <w:category>
          <w:name w:val="Allgemein"/>
          <w:gallery w:val="placeholder"/>
        </w:category>
        <w:types>
          <w:type w:val="bbPlcHdr"/>
        </w:types>
        <w:behaviors>
          <w:behavior w:val="content"/>
        </w:behaviors>
        <w:guid w:val="{73179175-66A4-4DCC-919D-885B47002B91}"/>
      </w:docPartPr>
      <w:docPartBody>
        <w:p w:rsidR="00B02301" w:rsidRDefault="000831BA" w:rsidP="000831BA">
          <w:pPr>
            <w:pStyle w:val="A214EEA40F1047D882AC6237734AE6031"/>
          </w:pPr>
          <w:r w:rsidRPr="00B11B70">
            <w:rPr>
              <w:rFonts w:ascii="Fira Sans Light" w:hAnsi="Fira Sans Light"/>
              <w:sz w:val="20"/>
              <w:szCs w:val="20"/>
              <w:lang w:val="de-DE"/>
            </w:rPr>
            <w:t xml:space="preserve"> </w:t>
          </w:r>
          <w:r w:rsidRPr="00B11B70">
            <w:rPr>
              <w:sz w:val="20"/>
              <w:szCs w:val="20"/>
              <w:lang w:val="de-DE"/>
            </w:rPr>
            <w:t xml:space="preserve"> </w:t>
          </w:r>
        </w:p>
      </w:docPartBody>
    </w:docPart>
    <w:docPart>
      <w:docPartPr>
        <w:name w:val="F1697CC1A11B4BA2BE13FF1F77F4FDCC"/>
        <w:category>
          <w:name w:val="Allgemein"/>
          <w:gallery w:val="placeholder"/>
        </w:category>
        <w:types>
          <w:type w:val="bbPlcHdr"/>
        </w:types>
        <w:behaviors>
          <w:behavior w:val="content"/>
        </w:behaviors>
        <w:guid w:val="{3BC0B900-24BE-4C5F-8530-AE48A250F6CD}"/>
      </w:docPartPr>
      <w:docPartBody>
        <w:p w:rsidR="00B02301" w:rsidRDefault="000831BA" w:rsidP="000831BA">
          <w:pPr>
            <w:pStyle w:val="F1697CC1A11B4BA2BE13FF1F77F4FDCC1"/>
          </w:pPr>
          <w:r w:rsidRPr="00B11B70">
            <w:rPr>
              <w:rFonts w:ascii="Fira Sans Light" w:hAnsi="Fira Sans Light"/>
              <w:sz w:val="20"/>
              <w:szCs w:val="20"/>
              <w:lang w:val="de-DE"/>
            </w:rPr>
            <w:t xml:space="preserve"> </w:t>
          </w:r>
          <w:r w:rsidRPr="00B11B70">
            <w:rPr>
              <w:sz w:val="20"/>
              <w:szCs w:val="20"/>
              <w:lang w:val="de-DE"/>
            </w:rPr>
            <w:t xml:space="preserve"> </w:t>
          </w:r>
        </w:p>
      </w:docPartBody>
    </w:docPart>
    <w:docPart>
      <w:docPartPr>
        <w:name w:val="BBF23ABAED584E15B23F6E44CEE0B370"/>
        <w:category>
          <w:name w:val="Allgemein"/>
          <w:gallery w:val="placeholder"/>
        </w:category>
        <w:types>
          <w:type w:val="bbPlcHdr"/>
        </w:types>
        <w:behaviors>
          <w:behavior w:val="content"/>
        </w:behaviors>
        <w:guid w:val="{084CEA30-9387-409C-9FB4-DC044D1AB091}"/>
      </w:docPartPr>
      <w:docPartBody>
        <w:p w:rsidR="00B02301" w:rsidRDefault="000831BA" w:rsidP="000831BA">
          <w:pPr>
            <w:pStyle w:val="BBF23ABAED584E15B23F6E44CEE0B370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0C5CAECF55CD49C1973AF96927C9C870"/>
        <w:category>
          <w:name w:val="Allgemein"/>
          <w:gallery w:val="placeholder"/>
        </w:category>
        <w:types>
          <w:type w:val="bbPlcHdr"/>
        </w:types>
        <w:behaviors>
          <w:behavior w:val="content"/>
        </w:behaviors>
        <w:guid w:val="{A5B41DEB-BBD3-4B02-A724-72A8178106B8}"/>
      </w:docPartPr>
      <w:docPartBody>
        <w:p w:rsidR="00B02301" w:rsidRDefault="000831BA" w:rsidP="000831BA">
          <w:pPr>
            <w:pStyle w:val="0C5CAECF55CD49C1973AF96927C9C870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B70A83DA0BA54DBBABC308E7A604F17D"/>
        <w:category>
          <w:name w:val="Allgemein"/>
          <w:gallery w:val="placeholder"/>
        </w:category>
        <w:types>
          <w:type w:val="bbPlcHdr"/>
        </w:types>
        <w:behaviors>
          <w:behavior w:val="content"/>
        </w:behaviors>
        <w:guid w:val="{058FA4D7-A694-4A8B-89A5-34F73E07DA37}"/>
      </w:docPartPr>
      <w:docPartBody>
        <w:p w:rsidR="00B02301" w:rsidRDefault="000831BA" w:rsidP="000831BA">
          <w:pPr>
            <w:pStyle w:val="B70A83DA0BA54DBBABC308E7A604F17D1"/>
          </w:pPr>
          <w:r w:rsidRPr="001E6A9A">
            <w:rPr>
              <w:rFonts w:ascii="Fira Sans Light" w:hAnsi="Fira Sans Light"/>
              <w:sz w:val="20"/>
              <w:szCs w:val="20"/>
              <w:lang w:val="de-DE"/>
            </w:rPr>
            <w:t xml:space="preserve"> </w:t>
          </w:r>
          <w:r w:rsidRPr="001E6A9A">
            <w:rPr>
              <w:sz w:val="20"/>
              <w:szCs w:val="20"/>
              <w:lang w:val="de-DE"/>
            </w:rPr>
            <w:t xml:space="preserve"> </w:t>
          </w:r>
        </w:p>
      </w:docPartBody>
    </w:docPart>
    <w:docPart>
      <w:docPartPr>
        <w:name w:val="76A5DFA0491947979FBA03E130264C85"/>
        <w:category>
          <w:name w:val="Allgemein"/>
          <w:gallery w:val="placeholder"/>
        </w:category>
        <w:types>
          <w:type w:val="bbPlcHdr"/>
        </w:types>
        <w:behaviors>
          <w:behavior w:val="content"/>
        </w:behaviors>
        <w:guid w:val="{630136A3-96BC-4BB5-899D-3879F6FB3A38}"/>
      </w:docPartPr>
      <w:docPartBody>
        <w:p w:rsidR="00B02301" w:rsidRDefault="000831BA" w:rsidP="000831BA">
          <w:pPr>
            <w:pStyle w:val="76A5DFA0491947979FBA03E130264C85"/>
          </w:pPr>
          <w:r w:rsidRPr="001E6A9A">
            <w:rPr>
              <w:rFonts w:ascii="Fira Sans Light" w:hAnsi="Fira Sans Light"/>
              <w:sz w:val="20"/>
              <w:szCs w:val="20"/>
            </w:rPr>
            <w:t xml:space="preserve"> </w:t>
          </w:r>
          <w:r w:rsidRPr="001E6A9A">
            <w:rPr>
              <w:sz w:val="20"/>
              <w:szCs w:val="20"/>
            </w:rPr>
            <w:t xml:space="preserve"> </w:t>
          </w:r>
        </w:p>
      </w:docPartBody>
    </w:docPart>
    <w:docPart>
      <w:docPartPr>
        <w:name w:val="C940192FF28F487CB08AA4CC39013F5F"/>
        <w:category>
          <w:name w:val="Allgemein"/>
          <w:gallery w:val="placeholder"/>
        </w:category>
        <w:types>
          <w:type w:val="bbPlcHdr"/>
        </w:types>
        <w:behaviors>
          <w:behavior w:val="content"/>
        </w:behaviors>
        <w:guid w:val="{3FD8A76B-D747-4723-8991-AFF40D1CB0F2}"/>
      </w:docPartPr>
      <w:docPartBody>
        <w:p w:rsidR="00B02301" w:rsidRDefault="000831BA" w:rsidP="000831BA">
          <w:pPr>
            <w:pStyle w:val="C940192FF28F487CB08AA4CC39013F5F"/>
          </w:pPr>
          <w:r w:rsidRPr="001E6A9A">
            <w:rPr>
              <w:rFonts w:ascii="Fira Sans Light" w:hAnsi="Fira Sans Light"/>
              <w:sz w:val="20"/>
              <w:szCs w:val="20"/>
            </w:rPr>
            <w:t xml:space="preserve"> </w:t>
          </w:r>
          <w:r w:rsidRPr="001E6A9A">
            <w:rPr>
              <w:sz w:val="20"/>
              <w:szCs w:val="20"/>
            </w:rPr>
            <w:t xml:space="preserve"> </w:t>
          </w:r>
        </w:p>
      </w:docPartBody>
    </w:docPart>
    <w:docPart>
      <w:docPartPr>
        <w:name w:val="FB03A6D4C5BF45F79DA8DE57762E2814"/>
        <w:category>
          <w:name w:val="Allgemein"/>
          <w:gallery w:val="placeholder"/>
        </w:category>
        <w:types>
          <w:type w:val="bbPlcHdr"/>
        </w:types>
        <w:behaviors>
          <w:behavior w:val="content"/>
        </w:behaviors>
        <w:guid w:val="{71417B0F-49EC-4E5A-8FC9-B6605FE42F1B}"/>
      </w:docPartPr>
      <w:docPartBody>
        <w:p w:rsidR="00B02301" w:rsidRDefault="000831BA" w:rsidP="000831BA">
          <w:pPr>
            <w:pStyle w:val="FB03A6D4C5BF45F79DA8DE57762E2814"/>
          </w:pPr>
          <w:r>
            <w:rPr>
              <w:rFonts w:ascii="Fira Sans Light" w:hAnsi="Fira Sans Light"/>
              <w:sz w:val="20"/>
              <w:szCs w:val="20"/>
            </w:rPr>
            <w:t>[</w:t>
          </w:r>
          <w:r w:rsidRPr="001E6A9A">
            <w:rPr>
              <w:rFonts w:ascii="Fira Sans Light" w:hAnsi="Fira Sans Light"/>
              <w:sz w:val="20"/>
              <w:szCs w:val="20"/>
            </w:rPr>
            <w:t xml:space="preserve"> </w:t>
          </w:r>
          <w:r>
            <w:rPr>
              <w:rFonts w:ascii="Fira Sans Light" w:hAnsi="Fira Sans Light"/>
              <w:sz w:val="20"/>
              <w:szCs w:val="20"/>
            </w:rPr>
            <w:t>…]</w:t>
          </w:r>
          <w:r w:rsidRPr="001E6A9A">
            <w:rPr>
              <w:sz w:val="20"/>
              <w:szCs w:val="20"/>
            </w:rPr>
            <w:t xml:space="preserve"> </w:t>
          </w:r>
        </w:p>
      </w:docPartBody>
    </w:docPart>
    <w:docPart>
      <w:docPartPr>
        <w:name w:val="3BD0E15BD88D494091A41AFA57669313"/>
        <w:category>
          <w:name w:val="Allgemein"/>
          <w:gallery w:val="placeholder"/>
        </w:category>
        <w:types>
          <w:type w:val="bbPlcHdr"/>
        </w:types>
        <w:behaviors>
          <w:behavior w:val="content"/>
        </w:behaviors>
        <w:guid w:val="{49E2C7AD-8C7F-44C7-9133-B2885F00D69F}"/>
      </w:docPartPr>
      <w:docPartBody>
        <w:p w:rsidR="00B02301" w:rsidRDefault="000831BA" w:rsidP="000831BA">
          <w:pPr>
            <w:pStyle w:val="3BD0E15BD88D494091A41AFA57669313"/>
          </w:pPr>
          <w:r w:rsidRPr="001E6A9A">
            <w:rPr>
              <w:rFonts w:ascii="Fira Sans Light" w:hAnsi="Fira Sans Light"/>
              <w:sz w:val="20"/>
              <w:szCs w:val="20"/>
            </w:rPr>
            <w:t xml:space="preserve"> </w:t>
          </w:r>
          <w:r w:rsidRPr="001E6A9A">
            <w:rPr>
              <w:sz w:val="20"/>
              <w:szCs w:val="20"/>
            </w:rPr>
            <w:t xml:space="preserve"> </w:t>
          </w:r>
        </w:p>
      </w:docPartBody>
    </w:docPart>
    <w:docPart>
      <w:docPartPr>
        <w:name w:val="2A7E0C5DC80849B1AD8127D8732CB359"/>
        <w:category>
          <w:name w:val="Allgemein"/>
          <w:gallery w:val="placeholder"/>
        </w:category>
        <w:types>
          <w:type w:val="bbPlcHdr"/>
        </w:types>
        <w:behaviors>
          <w:behavior w:val="content"/>
        </w:behaviors>
        <w:guid w:val="{24BD23B0-0283-4E2A-AF72-3F634D3C5ABE}"/>
      </w:docPartPr>
      <w:docPartBody>
        <w:p w:rsidR="00B02301" w:rsidRDefault="000831BA" w:rsidP="000831BA">
          <w:pPr>
            <w:pStyle w:val="2A7E0C5DC80849B1AD8127D8732CB359"/>
          </w:pPr>
          <w:r w:rsidRPr="001E6A9A">
            <w:rPr>
              <w:rFonts w:ascii="Fira Sans Light" w:hAnsi="Fira Sans Light"/>
              <w:sz w:val="20"/>
              <w:szCs w:val="20"/>
            </w:rPr>
            <w:t xml:space="preserve"> </w:t>
          </w:r>
          <w:r w:rsidRPr="001E6A9A">
            <w:rPr>
              <w:sz w:val="20"/>
              <w:szCs w:val="20"/>
            </w:rPr>
            <w:t xml:space="preserve"> </w:t>
          </w:r>
        </w:p>
      </w:docPartBody>
    </w:docPart>
    <w:docPart>
      <w:docPartPr>
        <w:name w:val="E43BC20C7BE24601A3662B2342738CF3"/>
        <w:category>
          <w:name w:val="Allgemein"/>
          <w:gallery w:val="placeholder"/>
        </w:category>
        <w:types>
          <w:type w:val="bbPlcHdr"/>
        </w:types>
        <w:behaviors>
          <w:behavior w:val="content"/>
        </w:behaviors>
        <w:guid w:val="{2616BAC1-4C18-4326-ADCA-DFFB81C86481}"/>
      </w:docPartPr>
      <w:docPartBody>
        <w:p w:rsidR="00B02301" w:rsidRDefault="000831BA" w:rsidP="000831BA">
          <w:pPr>
            <w:pStyle w:val="E43BC20C7BE24601A3662B2342738CF3"/>
          </w:pPr>
          <w:r>
            <w:rPr>
              <w:rFonts w:ascii="Fira Sans Light" w:hAnsi="Fira Sans Light"/>
              <w:sz w:val="20"/>
              <w:szCs w:val="20"/>
            </w:rPr>
            <w:t>[…]</w:t>
          </w:r>
          <w:r w:rsidRPr="001E6A9A">
            <w:rPr>
              <w:sz w:val="20"/>
              <w:szCs w:val="20"/>
            </w:rPr>
            <w:t xml:space="preserve"> </w:t>
          </w:r>
        </w:p>
      </w:docPartBody>
    </w:docPart>
    <w:docPart>
      <w:docPartPr>
        <w:name w:val="41E132E3953644A6B08D2F7323B5F854"/>
        <w:category>
          <w:name w:val="Allgemein"/>
          <w:gallery w:val="placeholder"/>
        </w:category>
        <w:types>
          <w:type w:val="bbPlcHdr"/>
        </w:types>
        <w:behaviors>
          <w:behavior w:val="content"/>
        </w:behaviors>
        <w:guid w:val="{2970D272-2D39-4655-9204-93888643FE3B}"/>
      </w:docPartPr>
      <w:docPartBody>
        <w:p w:rsidR="00B02301" w:rsidRDefault="000831BA" w:rsidP="000831BA">
          <w:pPr>
            <w:pStyle w:val="41E132E3953644A6B08D2F7323B5F854"/>
          </w:pPr>
          <w:r>
            <w:rPr>
              <w:rFonts w:ascii="Fira Sans Light" w:hAnsi="Fira Sans Light"/>
              <w:sz w:val="20"/>
              <w:szCs w:val="20"/>
            </w:rPr>
            <w:t>[…]</w:t>
          </w:r>
          <w:r w:rsidRPr="001E6A9A">
            <w:rPr>
              <w:sz w:val="20"/>
              <w:szCs w:val="20"/>
            </w:rPr>
            <w:t xml:space="preserve"> </w:t>
          </w:r>
        </w:p>
      </w:docPartBody>
    </w:docPart>
    <w:docPart>
      <w:docPartPr>
        <w:name w:val="082F9F14E31543A0B5C92156898A9447"/>
        <w:category>
          <w:name w:val="Allgemein"/>
          <w:gallery w:val="placeholder"/>
        </w:category>
        <w:types>
          <w:type w:val="bbPlcHdr"/>
        </w:types>
        <w:behaviors>
          <w:behavior w:val="content"/>
        </w:behaviors>
        <w:guid w:val="{68CF8DA4-7C62-4110-B5FE-672A6865BBEA}"/>
      </w:docPartPr>
      <w:docPartBody>
        <w:p w:rsidR="00B02301" w:rsidRDefault="000831BA" w:rsidP="000831BA">
          <w:pPr>
            <w:pStyle w:val="082F9F14E31543A0B5C92156898A9447"/>
          </w:pPr>
          <w:r w:rsidRPr="001E6A9A">
            <w:rPr>
              <w:rFonts w:ascii="Fira Sans Light" w:hAnsi="Fira Sans Light"/>
              <w:sz w:val="20"/>
              <w:szCs w:val="20"/>
            </w:rPr>
            <w:t xml:space="preserve"> </w:t>
          </w:r>
          <w:r w:rsidRPr="001E6A9A">
            <w:rPr>
              <w:sz w:val="20"/>
              <w:szCs w:val="20"/>
            </w:rPr>
            <w:t xml:space="preserve"> </w:t>
          </w:r>
        </w:p>
      </w:docPartBody>
    </w:docPart>
    <w:docPart>
      <w:docPartPr>
        <w:name w:val="439C5FE805B84FEF9546BC67D7AA5759"/>
        <w:category>
          <w:name w:val="Allgemein"/>
          <w:gallery w:val="placeholder"/>
        </w:category>
        <w:types>
          <w:type w:val="bbPlcHdr"/>
        </w:types>
        <w:behaviors>
          <w:behavior w:val="content"/>
        </w:behaviors>
        <w:guid w:val="{77956BF7-3D4A-4242-B32F-B3A4DE090776}"/>
      </w:docPartPr>
      <w:docPartBody>
        <w:p w:rsidR="00B02301" w:rsidRDefault="000831BA" w:rsidP="000831BA">
          <w:pPr>
            <w:pStyle w:val="439C5FE805B84FEF9546BC67D7AA5759"/>
          </w:pPr>
          <w:r w:rsidRPr="001E6A9A">
            <w:rPr>
              <w:rFonts w:ascii="Fira Sans Light" w:hAnsi="Fira Sans Light"/>
              <w:sz w:val="20"/>
              <w:szCs w:val="20"/>
            </w:rPr>
            <w:t xml:space="preserve"> </w:t>
          </w:r>
          <w:r w:rsidRPr="001E6A9A">
            <w:rPr>
              <w:sz w:val="20"/>
              <w:szCs w:val="20"/>
            </w:rPr>
            <w:t xml:space="preserve"> </w:t>
          </w:r>
        </w:p>
      </w:docPartBody>
    </w:docPart>
    <w:docPart>
      <w:docPartPr>
        <w:name w:val="D9FE15D61B5A486A95420FA6E973D260"/>
        <w:category>
          <w:name w:val="Allgemein"/>
          <w:gallery w:val="placeholder"/>
        </w:category>
        <w:types>
          <w:type w:val="bbPlcHdr"/>
        </w:types>
        <w:behaviors>
          <w:behavior w:val="content"/>
        </w:behaviors>
        <w:guid w:val="{13F7D3F5-FAF1-44BE-A808-26D828EA1A64}"/>
      </w:docPartPr>
      <w:docPartBody>
        <w:p w:rsidR="00B02301" w:rsidRDefault="000831BA" w:rsidP="000831BA">
          <w:pPr>
            <w:pStyle w:val="D9FE15D61B5A486A95420FA6E973D260"/>
          </w:pPr>
          <w:r>
            <w:rPr>
              <w:rFonts w:ascii="Fira Sans Light" w:hAnsi="Fira Sans Light"/>
              <w:sz w:val="20"/>
              <w:szCs w:val="20"/>
            </w:rPr>
            <w:t>[</w:t>
          </w:r>
          <w:r w:rsidRPr="001E6A9A">
            <w:rPr>
              <w:rFonts w:ascii="Fira Sans Light" w:hAnsi="Fira Sans Light"/>
              <w:sz w:val="20"/>
              <w:szCs w:val="20"/>
            </w:rPr>
            <w:t xml:space="preserve"> </w:t>
          </w:r>
          <w:r>
            <w:rPr>
              <w:rFonts w:ascii="Fira Sans Light" w:hAnsi="Fira Sans Light"/>
              <w:sz w:val="20"/>
              <w:szCs w:val="20"/>
            </w:rPr>
            <w:t>…]</w:t>
          </w:r>
          <w:r w:rsidRPr="001E6A9A">
            <w:rPr>
              <w:sz w:val="20"/>
              <w:szCs w:val="20"/>
            </w:rPr>
            <w:t xml:space="preserve"> </w:t>
          </w:r>
        </w:p>
      </w:docPartBody>
    </w:docPart>
    <w:docPart>
      <w:docPartPr>
        <w:name w:val="202C07AFF05349C8A37F615B6D96BC69"/>
        <w:category>
          <w:name w:val="Allgemein"/>
          <w:gallery w:val="placeholder"/>
        </w:category>
        <w:types>
          <w:type w:val="bbPlcHdr"/>
        </w:types>
        <w:behaviors>
          <w:behavior w:val="content"/>
        </w:behaviors>
        <w:guid w:val="{5119DD75-1AA1-47B8-A12F-4606A7C56474}"/>
      </w:docPartPr>
      <w:docPartBody>
        <w:p w:rsidR="00B02301" w:rsidRDefault="000831BA" w:rsidP="000831BA">
          <w:pPr>
            <w:pStyle w:val="202C07AFF05349C8A37F615B6D96BC69"/>
          </w:pPr>
          <w:r w:rsidRPr="001E6A9A">
            <w:rPr>
              <w:rFonts w:ascii="Fira Sans Light" w:hAnsi="Fira Sans Light"/>
              <w:sz w:val="20"/>
              <w:szCs w:val="20"/>
            </w:rPr>
            <w:t xml:space="preserve"> </w:t>
          </w:r>
          <w:r w:rsidRPr="001E6A9A">
            <w:rPr>
              <w:sz w:val="20"/>
              <w:szCs w:val="20"/>
            </w:rPr>
            <w:t xml:space="preserve"> </w:t>
          </w:r>
        </w:p>
      </w:docPartBody>
    </w:docPart>
    <w:docPart>
      <w:docPartPr>
        <w:name w:val="3E8299A3D023467D8ED76D76150916B1"/>
        <w:category>
          <w:name w:val="Allgemein"/>
          <w:gallery w:val="placeholder"/>
        </w:category>
        <w:types>
          <w:type w:val="bbPlcHdr"/>
        </w:types>
        <w:behaviors>
          <w:behavior w:val="content"/>
        </w:behaviors>
        <w:guid w:val="{D0A37AFA-C89E-4209-BFBF-C72EB5B1F244}"/>
      </w:docPartPr>
      <w:docPartBody>
        <w:p w:rsidR="00B02301" w:rsidRDefault="000831BA" w:rsidP="000831BA">
          <w:pPr>
            <w:pStyle w:val="3E8299A3D023467D8ED76D76150916B1"/>
          </w:pPr>
          <w:r w:rsidRPr="001E6A9A">
            <w:rPr>
              <w:rFonts w:ascii="Fira Sans Light" w:hAnsi="Fira Sans Light"/>
              <w:sz w:val="20"/>
              <w:szCs w:val="20"/>
            </w:rPr>
            <w:t xml:space="preserve"> </w:t>
          </w:r>
          <w:r w:rsidRPr="001E6A9A">
            <w:rPr>
              <w:sz w:val="20"/>
              <w:szCs w:val="20"/>
            </w:rPr>
            <w:t xml:space="preserve"> </w:t>
          </w:r>
        </w:p>
      </w:docPartBody>
    </w:docPart>
    <w:docPart>
      <w:docPartPr>
        <w:name w:val="281A57010A0E4727AF0103408A625193"/>
        <w:category>
          <w:name w:val="Allgemein"/>
          <w:gallery w:val="placeholder"/>
        </w:category>
        <w:types>
          <w:type w:val="bbPlcHdr"/>
        </w:types>
        <w:behaviors>
          <w:behavior w:val="content"/>
        </w:behaviors>
        <w:guid w:val="{3EB95AE4-7157-4775-B208-A802324E2C33}"/>
      </w:docPartPr>
      <w:docPartBody>
        <w:p w:rsidR="00B02301" w:rsidRDefault="000831BA" w:rsidP="000831BA">
          <w:pPr>
            <w:pStyle w:val="281A57010A0E4727AF0103408A625193"/>
          </w:pPr>
          <w:r>
            <w:rPr>
              <w:rFonts w:ascii="Fira Sans Light" w:hAnsi="Fira Sans Light"/>
              <w:sz w:val="20"/>
              <w:szCs w:val="20"/>
            </w:rPr>
            <w:t>[…]</w:t>
          </w:r>
          <w:r w:rsidRPr="001E6A9A">
            <w:rPr>
              <w:sz w:val="20"/>
              <w:szCs w:val="20"/>
            </w:rPr>
            <w:t xml:space="preserve"> </w:t>
          </w:r>
        </w:p>
      </w:docPartBody>
    </w:docPart>
    <w:docPart>
      <w:docPartPr>
        <w:name w:val="7F862F480358432B98CD7E36540B42DE"/>
        <w:category>
          <w:name w:val="Allgemein"/>
          <w:gallery w:val="placeholder"/>
        </w:category>
        <w:types>
          <w:type w:val="bbPlcHdr"/>
        </w:types>
        <w:behaviors>
          <w:behavior w:val="content"/>
        </w:behaviors>
        <w:guid w:val="{5314C290-CAD3-463F-8A16-3641F35165CE}"/>
      </w:docPartPr>
      <w:docPartBody>
        <w:p w:rsidR="00B02301" w:rsidRDefault="000831BA" w:rsidP="000831BA">
          <w:pPr>
            <w:pStyle w:val="7F862F480358432B98CD7E36540B42DE"/>
          </w:pPr>
          <w:r>
            <w:rPr>
              <w:rFonts w:ascii="Fira Sans Light" w:hAnsi="Fira Sans Light"/>
              <w:sz w:val="20"/>
              <w:szCs w:val="20"/>
            </w:rPr>
            <w:t>[…]</w:t>
          </w:r>
          <w:r w:rsidRPr="001E6A9A">
            <w:rPr>
              <w:sz w:val="20"/>
              <w:szCs w:val="20"/>
            </w:rPr>
            <w:t xml:space="preserve"> </w:t>
          </w:r>
        </w:p>
      </w:docPartBody>
    </w:docPart>
    <w:docPart>
      <w:docPartPr>
        <w:name w:val="A06F037444224919B845A1D2C9A8CFDF"/>
        <w:category>
          <w:name w:val="Allgemein"/>
          <w:gallery w:val="placeholder"/>
        </w:category>
        <w:types>
          <w:type w:val="bbPlcHdr"/>
        </w:types>
        <w:behaviors>
          <w:behavior w:val="content"/>
        </w:behaviors>
        <w:guid w:val="{B84E1D35-25A4-4C3E-8757-2A0D21694A04}"/>
      </w:docPartPr>
      <w:docPartBody>
        <w:p w:rsidR="00B02301" w:rsidRDefault="000831BA" w:rsidP="000831BA">
          <w:pPr>
            <w:pStyle w:val="A06F037444224919B845A1D2C9A8CFDF"/>
          </w:pPr>
          <w:r w:rsidRPr="001E6A9A">
            <w:rPr>
              <w:rFonts w:ascii="Fira Sans Light" w:hAnsi="Fira Sans Light"/>
              <w:sz w:val="20"/>
              <w:szCs w:val="20"/>
            </w:rPr>
            <w:t xml:space="preserve"> </w:t>
          </w:r>
          <w:r w:rsidRPr="001E6A9A">
            <w:rPr>
              <w:sz w:val="20"/>
              <w:szCs w:val="20"/>
            </w:rPr>
            <w:t xml:space="preserve"> </w:t>
          </w:r>
        </w:p>
      </w:docPartBody>
    </w:docPart>
    <w:docPart>
      <w:docPartPr>
        <w:name w:val="228EA15701A74E328339EFFA649E5FFA"/>
        <w:category>
          <w:name w:val="Allgemein"/>
          <w:gallery w:val="placeholder"/>
        </w:category>
        <w:types>
          <w:type w:val="bbPlcHdr"/>
        </w:types>
        <w:behaviors>
          <w:behavior w:val="content"/>
        </w:behaviors>
        <w:guid w:val="{9EDC0F54-51A6-4B86-BC82-8E8854075974}"/>
      </w:docPartPr>
      <w:docPartBody>
        <w:p w:rsidR="00B02301" w:rsidRDefault="000831BA" w:rsidP="000831BA">
          <w:pPr>
            <w:pStyle w:val="228EA15701A74E328339EFFA649E5FFA"/>
          </w:pPr>
          <w:r w:rsidRPr="001E6A9A">
            <w:rPr>
              <w:rFonts w:ascii="Fira Sans Light" w:hAnsi="Fira Sans Light"/>
              <w:sz w:val="20"/>
              <w:szCs w:val="20"/>
            </w:rPr>
            <w:t xml:space="preserve"> </w:t>
          </w:r>
          <w:r w:rsidRPr="001E6A9A">
            <w:rPr>
              <w:sz w:val="20"/>
              <w:szCs w:val="20"/>
            </w:rPr>
            <w:t xml:space="preserve"> </w:t>
          </w:r>
        </w:p>
      </w:docPartBody>
    </w:docPart>
    <w:docPart>
      <w:docPartPr>
        <w:name w:val="C5723D38C28946A5826D1978CA6C725B"/>
        <w:category>
          <w:name w:val="Allgemein"/>
          <w:gallery w:val="placeholder"/>
        </w:category>
        <w:types>
          <w:type w:val="bbPlcHdr"/>
        </w:types>
        <w:behaviors>
          <w:behavior w:val="content"/>
        </w:behaviors>
        <w:guid w:val="{C591CE2B-D6C8-4B52-AA9D-2384128F6E41}"/>
      </w:docPartPr>
      <w:docPartBody>
        <w:p w:rsidR="00B02301" w:rsidRDefault="000831BA" w:rsidP="000831BA">
          <w:pPr>
            <w:pStyle w:val="C5723D38C28946A5826D1978CA6C725B"/>
          </w:pPr>
          <w:r>
            <w:rPr>
              <w:rFonts w:ascii="Fira Sans Light" w:hAnsi="Fira Sans Light"/>
              <w:sz w:val="20"/>
              <w:szCs w:val="20"/>
            </w:rPr>
            <w:t>[</w:t>
          </w:r>
          <w:r w:rsidRPr="001E6A9A">
            <w:rPr>
              <w:rFonts w:ascii="Fira Sans Light" w:hAnsi="Fira Sans Light"/>
              <w:sz w:val="20"/>
              <w:szCs w:val="20"/>
            </w:rPr>
            <w:t xml:space="preserve"> </w:t>
          </w:r>
          <w:r>
            <w:rPr>
              <w:rFonts w:ascii="Fira Sans Light" w:hAnsi="Fira Sans Light"/>
              <w:sz w:val="20"/>
              <w:szCs w:val="20"/>
            </w:rPr>
            <w:t>…]</w:t>
          </w:r>
          <w:r w:rsidRPr="001E6A9A">
            <w:rPr>
              <w:sz w:val="20"/>
              <w:szCs w:val="20"/>
            </w:rPr>
            <w:t xml:space="preserve"> </w:t>
          </w:r>
        </w:p>
      </w:docPartBody>
    </w:docPart>
    <w:docPart>
      <w:docPartPr>
        <w:name w:val="5C7EA14EFBD246F7924A405651B705E3"/>
        <w:category>
          <w:name w:val="Allgemein"/>
          <w:gallery w:val="placeholder"/>
        </w:category>
        <w:types>
          <w:type w:val="bbPlcHdr"/>
        </w:types>
        <w:behaviors>
          <w:behavior w:val="content"/>
        </w:behaviors>
        <w:guid w:val="{033DBFBC-7915-4FA6-B271-BE669C000405}"/>
      </w:docPartPr>
      <w:docPartBody>
        <w:p w:rsidR="00B02301" w:rsidRDefault="000831BA" w:rsidP="000831BA">
          <w:pPr>
            <w:pStyle w:val="5C7EA14EFBD246F7924A405651B705E3"/>
          </w:pPr>
          <w:r w:rsidRPr="001E6A9A">
            <w:rPr>
              <w:rFonts w:ascii="Fira Sans Light" w:hAnsi="Fira Sans Light"/>
              <w:sz w:val="20"/>
              <w:szCs w:val="20"/>
            </w:rPr>
            <w:t xml:space="preserve"> </w:t>
          </w:r>
          <w:r w:rsidRPr="001E6A9A">
            <w:rPr>
              <w:sz w:val="20"/>
              <w:szCs w:val="20"/>
            </w:rPr>
            <w:t xml:space="preserve"> </w:t>
          </w:r>
        </w:p>
      </w:docPartBody>
    </w:docPart>
    <w:docPart>
      <w:docPartPr>
        <w:name w:val="50E303AF9697499483E72635B59111DE"/>
        <w:category>
          <w:name w:val="Allgemein"/>
          <w:gallery w:val="placeholder"/>
        </w:category>
        <w:types>
          <w:type w:val="bbPlcHdr"/>
        </w:types>
        <w:behaviors>
          <w:behavior w:val="content"/>
        </w:behaviors>
        <w:guid w:val="{26E2CDFB-E0CC-401E-B623-2835C19DB639}"/>
      </w:docPartPr>
      <w:docPartBody>
        <w:p w:rsidR="00B02301" w:rsidRDefault="000831BA" w:rsidP="000831BA">
          <w:pPr>
            <w:pStyle w:val="50E303AF9697499483E72635B59111DE"/>
          </w:pPr>
          <w:r w:rsidRPr="001E6A9A">
            <w:rPr>
              <w:rFonts w:ascii="Fira Sans Light" w:hAnsi="Fira Sans Light"/>
              <w:sz w:val="20"/>
              <w:szCs w:val="20"/>
            </w:rPr>
            <w:t xml:space="preserve"> </w:t>
          </w:r>
          <w:r w:rsidRPr="001E6A9A">
            <w:rPr>
              <w:sz w:val="20"/>
              <w:szCs w:val="20"/>
            </w:rPr>
            <w:t xml:space="preserve"> </w:t>
          </w:r>
        </w:p>
      </w:docPartBody>
    </w:docPart>
    <w:docPart>
      <w:docPartPr>
        <w:name w:val="75DD5FC9AF714E35945B25F8F6CE4D89"/>
        <w:category>
          <w:name w:val="Allgemein"/>
          <w:gallery w:val="placeholder"/>
        </w:category>
        <w:types>
          <w:type w:val="bbPlcHdr"/>
        </w:types>
        <w:behaviors>
          <w:behavior w:val="content"/>
        </w:behaviors>
        <w:guid w:val="{62858F6D-3DAD-4F6E-A193-5B4B6185FCD5}"/>
      </w:docPartPr>
      <w:docPartBody>
        <w:p w:rsidR="00B02301" w:rsidRDefault="000831BA" w:rsidP="000831BA">
          <w:pPr>
            <w:pStyle w:val="75DD5FC9AF714E35945B25F8F6CE4D89"/>
          </w:pPr>
          <w:r>
            <w:rPr>
              <w:rFonts w:ascii="Fira Sans Light" w:hAnsi="Fira Sans Light"/>
              <w:sz w:val="20"/>
              <w:szCs w:val="20"/>
            </w:rPr>
            <w:t>[…]</w:t>
          </w:r>
          <w:r w:rsidRPr="001E6A9A">
            <w:rPr>
              <w:sz w:val="20"/>
              <w:szCs w:val="20"/>
            </w:rPr>
            <w:t xml:space="preserve"> </w:t>
          </w:r>
        </w:p>
      </w:docPartBody>
    </w:docPart>
    <w:docPart>
      <w:docPartPr>
        <w:name w:val="3355E14E39AA4EE0B72395BC0738EF62"/>
        <w:category>
          <w:name w:val="Allgemein"/>
          <w:gallery w:val="placeholder"/>
        </w:category>
        <w:types>
          <w:type w:val="bbPlcHdr"/>
        </w:types>
        <w:behaviors>
          <w:behavior w:val="content"/>
        </w:behaviors>
        <w:guid w:val="{04E74940-CE9C-4493-A9A1-883279CDD9EF}"/>
      </w:docPartPr>
      <w:docPartBody>
        <w:p w:rsidR="00B02301" w:rsidRDefault="000831BA" w:rsidP="000831BA">
          <w:pPr>
            <w:pStyle w:val="3355E14E39AA4EE0B72395BC0738EF62"/>
          </w:pPr>
          <w:r>
            <w:rPr>
              <w:rFonts w:ascii="Fira Sans Light" w:hAnsi="Fira Sans Light"/>
              <w:sz w:val="20"/>
              <w:szCs w:val="20"/>
            </w:rPr>
            <w:t>[…]</w:t>
          </w:r>
          <w:r w:rsidRPr="001E6A9A">
            <w:rPr>
              <w:sz w:val="20"/>
              <w:szCs w:val="2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charset w:val="00"/>
    <w:family w:val="swiss"/>
    <w:pitch w:val="variable"/>
    <w:sig w:usb0="80000003"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Fira Sans">
    <w:panose1 w:val="020B0503050000020004"/>
    <w:charset w:val="00"/>
    <w:family w:val="swiss"/>
    <w:pitch w:val="variable"/>
    <w:sig w:usb0="600002FF" w:usb1="00000001" w:usb2="00000000" w:usb3="00000000" w:csb0="0000019F" w:csb1="00000000"/>
  </w:font>
  <w:font w:name="Fira Sans regular">
    <w:altName w:val="Cambri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Fira Sans bold">
    <w:altName w:val="Cambria"/>
    <w:panose1 w:val="00000000000000000000"/>
    <w:charset w:val="00"/>
    <w:family w:val="roman"/>
    <w:notTrueType/>
    <w:pitch w:val="default"/>
  </w:font>
  <w:font w:name="Fira Sans Medium">
    <w:panose1 w:val="020B0603050000020004"/>
    <w:charset w:val="00"/>
    <w:family w:val="swiss"/>
    <w:pitch w:val="variable"/>
    <w:sig w:usb0="600002FF"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E72"/>
    <w:rsid w:val="000831BA"/>
    <w:rsid w:val="001A0E72"/>
    <w:rsid w:val="001D77FD"/>
    <w:rsid w:val="0029442F"/>
    <w:rsid w:val="00380349"/>
    <w:rsid w:val="004B2F70"/>
    <w:rsid w:val="00565C4E"/>
    <w:rsid w:val="008D4D86"/>
    <w:rsid w:val="009102A6"/>
    <w:rsid w:val="00981364"/>
    <w:rsid w:val="00B02301"/>
    <w:rsid w:val="00C47937"/>
    <w:rsid w:val="00DE6739"/>
    <w:rsid w:val="00F757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831BA"/>
    <w:rPr>
      <w:color w:val="666666"/>
    </w:rPr>
  </w:style>
  <w:style w:type="paragraph" w:customStyle="1" w:styleId="3597773686964167A40B67F6C34FC54414">
    <w:name w:val="3597773686964167A40B67F6C34FC54414"/>
    <w:rsid w:val="000831BA"/>
    <w:pPr>
      <w:spacing w:after="200" w:line="276" w:lineRule="auto"/>
    </w:pPr>
    <w:rPr>
      <w:kern w:val="0"/>
      <w:sz w:val="22"/>
      <w:szCs w:val="22"/>
      <w:lang w:val="en-US" w:eastAsia="en-US"/>
      <w14:ligatures w14:val="none"/>
    </w:rPr>
  </w:style>
  <w:style w:type="paragraph" w:customStyle="1" w:styleId="302AC93A684B405AB7363283F3A862A310">
    <w:name w:val="302AC93A684B405AB7363283F3A862A310"/>
    <w:rsid w:val="000831BA"/>
    <w:pPr>
      <w:spacing w:after="200" w:line="276" w:lineRule="auto"/>
    </w:pPr>
    <w:rPr>
      <w:kern w:val="0"/>
      <w:sz w:val="22"/>
      <w:szCs w:val="22"/>
      <w:lang w:val="en-US" w:eastAsia="en-US"/>
      <w14:ligatures w14:val="none"/>
    </w:rPr>
  </w:style>
  <w:style w:type="paragraph" w:customStyle="1" w:styleId="FF495AD8626A4559BD5282EAB45FA42112">
    <w:name w:val="FF495AD8626A4559BD5282EAB45FA42112"/>
    <w:rsid w:val="000831BA"/>
    <w:pPr>
      <w:spacing w:after="200" w:line="276" w:lineRule="auto"/>
    </w:pPr>
    <w:rPr>
      <w:kern w:val="0"/>
      <w:sz w:val="22"/>
      <w:szCs w:val="22"/>
      <w:lang w:val="en-US" w:eastAsia="en-US"/>
      <w14:ligatures w14:val="none"/>
    </w:rPr>
  </w:style>
  <w:style w:type="paragraph" w:customStyle="1" w:styleId="363BEEB0957045B09177979598B1C31612">
    <w:name w:val="363BEEB0957045B09177979598B1C31612"/>
    <w:rsid w:val="000831BA"/>
    <w:pPr>
      <w:spacing w:after="200" w:line="276" w:lineRule="auto"/>
    </w:pPr>
    <w:rPr>
      <w:kern w:val="0"/>
      <w:sz w:val="22"/>
      <w:szCs w:val="22"/>
      <w:lang w:val="en-US" w:eastAsia="en-US"/>
      <w14:ligatures w14:val="none"/>
    </w:rPr>
  </w:style>
  <w:style w:type="paragraph" w:customStyle="1" w:styleId="E9597D8737FC4B3BB8C9D229556A04D512">
    <w:name w:val="E9597D8737FC4B3BB8C9D229556A04D512"/>
    <w:rsid w:val="000831BA"/>
    <w:pPr>
      <w:spacing w:after="200" w:line="276" w:lineRule="auto"/>
    </w:pPr>
    <w:rPr>
      <w:kern w:val="0"/>
      <w:sz w:val="22"/>
      <w:szCs w:val="22"/>
      <w:lang w:val="en-US" w:eastAsia="en-US"/>
      <w14:ligatures w14:val="none"/>
    </w:rPr>
  </w:style>
  <w:style w:type="paragraph" w:customStyle="1" w:styleId="7A42B7354C4A406CA6B1FEDBB01D67B512">
    <w:name w:val="7A42B7354C4A406CA6B1FEDBB01D67B512"/>
    <w:rsid w:val="000831BA"/>
    <w:pPr>
      <w:spacing w:after="200" w:line="276" w:lineRule="auto"/>
    </w:pPr>
    <w:rPr>
      <w:kern w:val="0"/>
      <w:sz w:val="22"/>
      <w:szCs w:val="22"/>
      <w:lang w:val="en-US" w:eastAsia="en-US"/>
      <w14:ligatures w14:val="none"/>
    </w:rPr>
  </w:style>
  <w:style w:type="paragraph" w:customStyle="1" w:styleId="DD34CACC9C9B44D88CB94355E94085EE12">
    <w:name w:val="DD34CACC9C9B44D88CB94355E94085EE12"/>
    <w:rsid w:val="000831BA"/>
    <w:pPr>
      <w:spacing w:after="200" w:line="276" w:lineRule="auto"/>
    </w:pPr>
    <w:rPr>
      <w:kern w:val="0"/>
      <w:sz w:val="22"/>
      <w:szCs w:val="22"/>
      <w:lang w:val="en-US" w:eastAsia="en-US"/>
      <w14:ligatures w14:val="none"/>
    </w:rPr>
  </w:style>
  <w:style w:type="paragraph" w:customStyle="1" w:styleId="4FDBBDBAC12F4EA9AC642D30D5B3597C12">
    <w:name w:val="4FDBBDBAC12F4EA9AC642D30D5B3597C12"/>
    <w:rsid w:val="000831BA"/>
    <w:pPr>
      <w:spacing w:after="200" w:line="276" w:lineRule="auto"/>
    </w:pPr>
    <w:rPr>
      <w:kern w:val="0"/>
      <w:sz w:val="22"/>
      <w:szCs w:val="22"/>
      <w:lang w:val="en-US" w:eastAsia="en-US"/>
      <w14:ligatures w14:val="none"/>
    </w:rPr>
  </w:style>
  <w:style w:type="paragraph" w:customStyle="1" w:styleId="166AAC58EDBA4A51ACA41AD5098E787912">
    <w:name w:val="166AAC58EDBA4A51ACA41AD5098E787912"/>
    <w:rsid w:val="000831BA"/>
    <w:pPr>
      <w:spacing w:after="200" w:line="276" w:lineRule="auto"/>
    </w:pPr>
    <w:rPr>
      <w:kern w:val="0"/>
      <w:sz w:val="22"/>
      <w:szCs w:val="22"/>
      <w:lang w:val="en-US" w:eastAsia="en-US"/>
      <w14:ligatures w14:val="none"/>
    </w:rPr>
  </w:style>
  <w:style w:type="paragraph" w:customStyle="1" w:styleId="CA1E65F88F164CB18D50BD42A5EE71E112">
    <w:name w:val="CA1E65F88F164CB18D50BD42A5EE71E112"/>
    <w:rsid w:val="000831BA"/>
    <w:pPr>
      <w:spacing w:after="200" w:line="276" w:lineRule="auto"/>
    </w:pPr>
    <w:rPr>
      <w:kern w:val="0"/>
      <w:sz w:val="22"/>
      <w:szCs w:val="22"/>
      <w:lang w:val="en-US" w:eastAsia="en-US"/>
      <w14:ligatures w14:val="none"/>
    </w:rPr>
  </w:style>
  <w:style w:type="paragraph" w:customStyle="1" w:styleId="6D36B623947B4B569AD4CFCFD822307312">
    <w:name w:val="6D36B623947B4B569AD4CFCFD822307312"/>
    <w:rsid w:val="000831BA"/>
    <w:pPr>
      <w:spacing w:after="200" w:line="276" w:lineRule="auto"/>
    </w:pPr>
    <w:rPr>
      <w:kern w:val="0"/>
      <w:sz w:val="22"/>
      <w:szCs w:val="22"/>
      <w:lang w:val="en-US" w:eastAsia="en-US"/>
      <w14:ligatures w14:val="none"/>
    </w:rPr>
  </w:style>
  <w:style w:type="paragraph" w:customStyle="1" w:styleId="BA58D79326414ECD9163D99995F9055B12">
    <w:name w:val="BA58D79326414ECD9163D99995F9055B12"/>
    <w:rsid w:val="000831BA"/>
    <w:pPr>
      <w:spacing w:after="200" w:line="276" w:lineRule="auto"/>
    </w:pPr>
    <w:rPr>
      <w:kern w:val="0"/>
      <w:sz w:val="22"/>
      <w:szCs w:val="22"/>
      <w:lang w:val="en-US" w:eastAsia="en-US"/>
      <w14:ligatures w14:val="none"/>
    </w:rPr>
  </w:style>
  <w:style w:type="paragraph" w:customStyle="1" w:styleId="745A20DD249244D9889BC08F509505AB12">
    <w:name w:val="745A20DD249244D9889BC08F509505AB12"/>
    <w:rsid w:val="000831BA"/>
    <w:pPr>
      <w:spacing w:after="200" w:line="276" w:lineRule="auto"/>
    </w:pPr>
    <w:rPr>
      <w:kern w:val="0"/>
      <w:sz w:val="22"/>
      <w:szCs w:val="22"/>
      <w:lang w:val="en-US" w:eastAsia="en-US"/>
      <w14:ligatures w14:val="none"/>
    </w:rPr>
  </w:style>
  <w:style w:type="paragraph" w:customStyle="1" w:styleId="0063E0E85B6142C89B096511F689B8C212">
    <w:name w:val="0063E0E85B6142C89B096511F689B8C212"/>
    <w:rsid w:val="000831BA"/>
    <w:pPr>
      <w:spacing w:after="200" w:line="276" w:lineRule="auto"/>
    </w:pPr>
    <w:rPr>
      <w:kern w:val="0"/>
      <w:sz w:val="22"/>
      <w:szCs w:val="22"/>
      <w:lang w:val="en-US" w:eastAsia="en-US"/>
      <w14:ligatures w14:val="none"/>
    </w:rPr>
  </w:style>
  <w:style w:type="paragraph" w:customStyle="1" w:styleId="13477FF0D6FB4EC7B7490768B9794AE412">
    <w:name w:val="13477FF0D6FB4EC7B7490768B9794AE412"/>
    <w:rsid w:val="000831BA"/>
    <w:pPr>
      <w:spacing w:after="200" w:line="276" w:lineRule="auto"/>
    </w:pPr>
    <w:rPr>
      <w:kern w:val="0"/>
      <w:sz w:val="22"/>
      <w:szCs w:val="22"/>
      <w:lang w:val="en-US" w:eastAsia="en-US"/>
      <w14:ligatures w14:val="none"/>
    </w:rPr>
  </w:style>
  <w:style w:type="paragraph" w:customStyle="1" w:styleId="7B1106A124224C8685AED09EEE63C1CD12">
    <w:name w:val="7B1106A124224C8685AED09EEE63C1CD12"/>
    <w:rsid w:val="000831BA"/>
    <w:pPr>
      <w:spacing w:after="200" w:line="276" w:lineRule="auto"/>
    </w:pPr>
    <w:rPr>
      <w:kern w:val="0"/>
      <w:sz w:val="22"/>
      <w:szCs w:val="22"/>
      <w:lang w:val="en-US" w:eastAsia="en-US"/>
      <w14:ligatures w14:val="none"/>
    </w:rPr>
  </w:style>
  <w:style w:type="paragraph" w:customStyle="1" w:styleId="084748F2D41F4242BB538C1C874F86E512">
    <w:name w:val="084748F2D41F4242BB538C1C874F86E512"/>
    <w:rsid w:val="000831BA"/>
    <w:pPr>
      <w:spacing w:after="200" w:line="276" w:lineRule="auto"/>
    </w:pPr>
    <w:rPr>
      <w:kern w:val="0"/>
      <w:sz w:val="22"/>
      <w:szCs w:val="22"/>
      <w:lang w:val="en-US" w:eastAsia="en-US"/>
      <w14:ligatures w14:val="none"/>
    </w:rPr>
  </w:style>
  <w:style w:type="paragraph" w:customStyle="1" w:styleId="8F93E3386F4D4A27BB4C466BC862407212">
    <w:name w:val="8F93E3386F4D4A27BB4C466BC862407212"/>
    <w:rsid w:val="000831BA"/>
    <w:pPr>
      <w:spacing w:after="200" w:line="276" w:lineRule="auto"/>
    </w:pPr>
    <w:rPr>
      <w:kern w:val="0"/>
      <w:sz w:val="22"/>
      <w:szCs w:val="22"/>
      <w:lang w:val="en-US" w:eastAsia="en-US"/>
      <w14:ligatures w14:val="none"/>
    </w:rPr>
  </w:style>
  <w:style w:type="paragraph" w:customStyle="1" w:styleId="56AA2793A12A4D6DAF655C74001E3B1712">
    <w:name w:val="56AA2793A12A4D6DAF655C74001E3B1712"/>
    <w:rsid w:val="000831BA"/>
    <w:pPr>
      <w:spacing w:after="200" w:line="276" w:lineRule="auto"/>
    </w:pPr>
    <w:rPr>
      <w:kern w:val="0"/>
      <w:sz w:val="22"/>
      <w:szCs w:val="22"/>
      <w:lang w:val="en-US" w:eastAsia="en-US"/>
      <w14:ligatures w14:val="none"/>
    </w:rPr>
  </w:style>
  <w:style w:type="paragraph" w:customStyle="1" w:styleId="6D6CE510F1FF4FE5AC4C78CBD7CA35BB12">
    <w:name w:val="6D6CE510F1FF4FE5AC4C78CBD7CA35BB12"/>
    <w:rsid w:val="000831BA"/>
    <w:pPr>
      <w:spacing w:after="200" w:line="276" w:lineRule="auto"/>
    </w:pPr>
    <w:rPr>
      <w:kern w:val="0"/>
      <w:sz w:val="22"/>
      <w:szCs w:val="22"/>
      <w:lang w:val="en-US" w:eastAsia="en-US"/>
      <w14:ligatures w14:val="none"/>
    </w:rPr>
  </w:style>
  <w:style w:type="paragraph" w:customStyle="1" w:styleId="D24443E389F34A308FF3C79E9811BF2712">
    <w:name w:val="D24443E389F34A308FF3C79E9811BF2712"/>
    <w:rsid w:val="000831BA"/>
    <w:pPr>
      <w:spacing w:after="200" w:line="276" w:lineRule="auto"/>
    </w:pPr>
    <w:rPr>
      <w:kern w:val="0"/>
      <w:sz w:val="22"/>
      <w:szCs w:val="22"/>
      <w:lang w:val="en-US" w:eastAsia="en-US"/>
      <w14:ligatures w14:val="none"/>
    </w:rPr>
  </w:style>
  <w:style w:type="paragraph" w:customStyle="1" w:styleId="320D4DF9E9FF41B0B39029C8671E049112">
    <w:name w:val="320D4DF9E9FF41B0B39029C8671E049112"/>
    <w:rsid w:val="000831BA"/>
    <w:pPr>
      <w:spacing w:after="200" w:line="276" w:lineRule="auto"/>
    </w:pPr>
    <w:rPr>
      <w:kern w:val="0"/>
      <w:sz w:val="22"/>
      <w:szCs w:val="22"/>
      <w:lang w:val="en-US" w:eastAsia="en-US"/>
      <w14:ligatures w14:val="none"/>
    </w:rPr>
  </w:style>
  <w:style w:type="paragraph" w:customStyle="1" w:styleId="307E522915A74F7193BBC854F1577DE612">
    <w:name w:val="307E522915A74F7193BBC854F1577DE612"/>
    <w:rsid w:val="000831BA"/>
    <w:pPr>
      <w:spacing w:after="200" w:line="276" w:lineRule="auto"/>
    </w:pPr>
    <w:rPr>
      <w:kern w:val="0"/>
      <w:sz w:val="22"/>
      <w:szCs w:val="22"/>
      <w:lang w:val="en-US" w:eastAsia="en-US"/>
      <w14:ligatures w14:val="none"/>
    </w:rPr>
  </w:style>
  <w:style w:type="paragraph" w:customStyle="1" w:styleId="CC39E851596C4A6D9D3D272606222A4412">
    <w:name w:val="CC39E851596C4A6D9D3D272606222A4412"/>
    <w:rsid w:val="000831BA"/>
    <w:pPr>
      <w:spacing w:after="200" w:line="276" w:lineRule="auto"/>
    </w:pPr>
    <w:rPr>
      <w:kern w:val="0"/>
      <w:sz w:val="22"/>
      <w:szCs w:val="22"/>
      <w:lang w:val="en-US" w:eastAsia="en-US"/>
      <w14:ligatures w14:val="none"/>
    </w:rPr>
  </w:style>
  <w:style w:type="paragraph" w:customStyle="1" w:styleId="692841F3EDDC4BF7B301801C437677DE12">
    <w:name w:val="692841F3EDDC4BF7B301801C437677DE12"/>
    <w:rsid w:val="000831BA"/>
    <w:pPr>
      <w:spacing w:after="200" w:line="276" w:lineRule="auto"/>
    </w:pPr>
    <w:rPr>
      <w:kern w:val="0"/>
      <w:sz w:val="22"/>
      <w:szCs w:val="22"/>
      <w:lang w:val="en-US" w:eastAsia="en-US"/>
      <w14:ligatures w14:val="none"/>
    </w:rPr>
  </w:style>
  <w:style w:type="paragraph" w:customStyle="1" w:styleId="278F85ECF9B94D418B72023B8BA8C65012">
    <w:name w:val="278F85ECF9B94D418B72023B8BA8C65012"/>
    <w:rsid w:val="000831BA"/>
    <w:pPr>
      <w:spacing w:after="200" w:line="276" w:lineRule="auto"/>
    </w:pPr>
    <w:rPr>
      <w:kern w:val="0"/>
      <w:sz w:val="22"/>
      <w:szCs w:val="22"/>
      <w:lang w:val="en-US" w:eastAsia="en-US"/>
      <w14:ligatures w14:val="none"/>
    </w:rPr>
  </w:style>
  <w:style w:type="paragraph" w:customStyle="1" w:styleId="4D62894A464540C6B086987D643485E112">
    <w:name w:val="4D62894A464540C6B086987D643485E112"/>
    <w:rsid w:val="000831BA"/>
    <w:pPr>
      <w:spacing w:after="200" w:line="276" w:lineRule="auto"/>
    </w:pPr>
    <w:rPr>
      <w:kern w:val="0"/>
      <w:sz w:val="22"/>
      <w:szCs w:val="22"/>
      <w:lang w:val="en-US" w:eastAsia="en-US"/>
      <w14:ligatures w14:val="none"/>
    </w:rPr>
  </w:style>
  <w:style w:type="paragraph" w:customStyle="1" w:styleId="9FF17BBAD6E042C58BA1F0AF4574414112">
    <w:name w:val="9FF17BBAD6E042C58BA1F0AF4574414112"/>
    <w:rsid w:val="000831BA"/>
    <w:pPr>
      <w:spacing w:after="200" w:line="276" w:lineRule="auto"/>
    </w:pPr>
    <w:rPr>
      <w:kern w:val="0"/>
      <w:sz w:val="22"/>
      <w:szCs w:val="22"/>
      <w:lang w:val="en-US" w:eastAsia="en-US"/>
      <w14:ligatures w14:val="none"/>
    </w:rPr>
  </w:style>
  <w:style w:type="paragraph" w:customStyle="1" w:styleId="6AF4EEDE59404410A7CE101914ED28BE12">
    <w:name w:val="6AF4EEDE59404410A7CE101914ED28BE12"/>
    <w:rsid w:val="000831BA"/>
    <w:pPr>
      <w:spacing w:after="200" w:line="276" w:lineRule="auto"/>
    </w:pPr>
    <w:rPr>
      <w:kern w:val="0"/>
      <w:sz w:val="22"/>
      <w:szCs w:val="22"/>
      <w:lang w:val="en-US" w:eastAsia="en-US"/>
      <w14:ligatures w14:val="none"/>
    </w:rPr>
  </w:style>
  <w:style w:type="paragraph" w:customStyle="1" w:styleId="C70470483A0D4C3A8A9FC99445B4A5C312">
    <w:name w:val="C70470483A0D4C3A8A9FC99445B4A5C312"/>
    <w:rsid w:val="000831BA"/>
    <w:pPr>
      <w:spacing w:after="200" w:line="276" w:lineRule="auto"/>
    </w:pPr>
    <w:rPr>
      <w:kern w:val="0"/>
      <w:sz w:val="22"/>
      <w:szCs w:val="22"/>
      <w:lang w:val="en-US" w:eastAsia="en-US"/>
      <w14:ligatures w14:val="none"/>
    </w:rPr>
  </w:style>
  <w:style w:type="paragraph" w:customStyle="1" w:styleId="0976E84ADFF2452695A82C96CA53B9D612">
    <w:name w:val="0976E84ADFF2452695A82C96CA53B9D612"/>
    <w:rsid w:val="000831BA"/>
    <w:pPr>
      <w:spacing w:after="200" w:line="276" w:lineRule="auto"/>
    </w:pPr>
    <w:rPr>
      <w:kern w:val="0"/>
      <w:sz w:val="22"/>
      <w:szCs w:val="22"/>
      <w:lang w:val="en-US" w:eastAsia="en-US"/>
      <w14:ligatures w14:val="none"/>
    </w:rPr>
  </w:style>
  <w:style w:type="paragraph" w:customStyle="1" w:styleId="A7A487A75F1448819BA4F142891980DB12">
    <w:name w:val="A7A487A75F1448819BA4F142891980DB12"/>
    <w:rsid w:val="000831BA"/>
    <w:pPr>
      <w:spacing w:after="200" w:line="276" w:lineRule="auto"/>
    </w:pPr>
    <w:rPr>
      <w:kern w:val="0"/>
      <w:sz w:val="22"/>
      <w:szCs w:val="22"/>
      <w:lang w:val="en-US" w:eastAsia="en-US"/>
      <w14:ligatures w14:val="none"/>
    </w:rPr>
  </w:style>
  <w:style w:type="paragraph" w:customStyle="1" w:styleId="93C531BA39A04B089EFBE9D0FC2F17BF12">
    <w:name w:val="93C531BA39A04B089EFBE9D0FC2F17BF12"/>
    <w:rsid w:val="000831BA"/>
    <w:pPr>
      <w:spacing w:after="200" w:line="276" w:lineRule="auto"/>
    </w:pPr>
    <w:rPr>
      <w:kern w:val="0"/>
      <w:sz w:val="22"/>
      <w:szCs w:val="22"/>
      <w:lang w:val="en-US" w:eastAsia="en-US"/>
      <w14:ligatures w14:val="none"/>
    </w:rPr>
  </w:style>
  <w:style w:type="paragraph" w:customStyle="1" w:styleId="9EA525985FD64511951FE4CF71D0351E12">
    <w:name w:val="9EA525985FD64511951FE4CF71D0351E12"/>
    <w:rsid w:val="000831BA"/>
    <w:pPr>
      <w:spacing w:after="200" w:line="276" w:lineRule="auto"/>
    </w:pPr>
    <w:rPr>
      <w:kern w:val="0"/>
      <w:sz w:val="22"/>
      <w:szCs w:val="22"/>
      <w:lang w:val="en-US" w:eastAsia="en-US"/>
      <w14:ligatures w14:val="none"/>
    </w:rPr>
  </w:style>
  <w:style w:type="paragraph" w:customStyle="1" w:styleId="FA06850768C54B2492FC1A05353CB6F312">
    <w:name w:val="FA06850768C54B2492FC1A05353CB6F312"/>
    <w:rsid w:val="000831BA"/>
    <w:pPr>
      <w:spacing w:after="200" w:line="276" w:lineRule="auto"/>
    </w:pPr>
    <w:rPr>
      <w:kern w:val="0"/>
      <w:sz w:val="22"/>
      <w:szCs w:val="22"/>
      <w:lang w:val="en-US" w:eastAsia="en-US"/>
      <w14:ligatures w14:val="none"/>
    </w:rPr>
  </w:style>
  <w:style w:type="paragraph" w:customStyle="1" w:styleId="6336A3F96BD94DADBB1DB9E2BB94876412">
    <w:name w:val="6336A3F96BD94DADBB1DB9E2BB94876412"/>
    <w:rsid w:val="000831BA"/>
    <w:pPr>
      <w:spacing w:after="200" w:line="276" w:lineRule="auto"/>
    </w:pPr>
    <w:rPr>
      <w:kern w:val="0"/>
      <w:sz w:val="22"/>
      <w:szCs w:val="22"/>
      <w:lang w:val="en-US" w:eastAsia="en-US"/>
      <w14:ligatures w14:val="none"/>
    </w:rPr>
  </w:style>
  <w:style w:type="paragraph" w:customStyle="1" w:styleId="01D0674B7FBD4D69BA14A79B97C145E412">
    <w:name w:val="01D0674B7FBD4D69BA14A79B97C145E412"/>
    <w:rsid w:val="000831BA"/>
    <w:pPr>
      <w:spacing w:after="200" w:line="276" w:lineRule="auto"/>
    </w:pPr>
    <w:rPr>
      <w:kern w:val="0"/>
      <w:sz w:val="22"/>
      <w:szCs w:val="22"/>
      <w:lang w:val="en-US" w:eastAsia="en-US"/>
      <w14:ligatures w14:val="none"/>
    </w:rPr>
  </w:style>
  <w:style w:type="paragraph" w:customStyle="1" w:styleId="1ACFF307F99645DC8CA61CC14ADA817012">
    <w:name w:val="1ACFF307F99645DC8CA61CC14ADA817012"/>
    <w:rsid w:val="000831BA"/>
    <w:pPr>
      <w:spacing w:after="200" w:line="276" w:lineRule="auto"/>
    </w:pPr>
    <w:rPr>
      <w:kern w:val="0"/>
      <w:sz w:val="22"/>
      <w:szCs w:val="22"/>
      <w:lang w:val="en-US" w:eastAsia="en-US"/>
      <w14:ligatures w14:val="none"/>
    </w:rPr>
  </w:style>
  <w:style w:type="paragraph" w:customStyle="1" w:styleId="E70A950C9C0D4A38867F5444F9EACA3F11">
    <w:name w:val="E70A950C9C0D4A38867F5444F9EACA3F11"/>
    <w:rsid w:val="000831BA"/>
    <w:pPr>
      <w:spacing w:after="200" w:line="276" w:lineRule="auto"/>
    </w:pPr>
    <w:rPr>
      <w:kern w:val="0"/>
      <w:sz w:val="22"/>
      <w:szCs w:val="22"/>
      <w:lang w:val="en-US" w:eastAsia="en-US"/>
      <w14:ligatures w14:val="none"/>
    </w:rPr>
  </w:style>
  <w:style w:type="paragraph" w:customStyle="1" w:styleId="4F2A51AC3C83419DA67A8A9C1F98D60711">
    <w:name w:val="4F2A51AC3C83419DA67A8A9C1F98D60711"/>
    <w:rsid w:val="000831BA"/>
    <w:pPr>
      <w:spacing w:after="200" w:line="276" w:lineRule="auto"/>
    </w:pPr>
    <w:rPr>
      <w:kern w:val="0"/>
      <w:sz w:val="22"/>
      <w:szCs w:val="22"/>
      <w:lang w:val="en-US" w:eastAsia="en-US"/>
      <w14:ligatures w14:val="none"/>
    </w:rPr>
  </w:style>
  <w:style w:type="paragraph" w:customStyle="1" w:styleId="9324A5BBA41A4F419F7DCED7D0F06E6311">
    <w:name w:val="9324A5BBA41A4F419F7DCED7D0F06E6311"/>
    <w:rsid w:val="000831BA"/>
    <w:pPr>
      <w:spacing w:after="200" w:line="276" w:lineRule="auto"/>
    </w:pPr>
    <w:rPr>
      <w:kern w:val="0"/>
      <w:sz w:val="22"/>
      <w:szCs w:val="22"/>
      <w:lang w:val="en-US" w:eastAsia="en-US"/>
      <w14:ligatures w14:val="none"/>
    </w:rPr>
  </w:style>
  <w:style w:type="paragraph" w:customStyle="1" w:styleId="9D5362F6233D4742AD4263D2328EC20E11">
    <w:name w:val="9D5362F6233D4742AD4263D2328EC20E11"/>
    <w:rsid w:val="000831BA"/>
    <w:pPr>
      <w:spacing w:after="200" w:line="276" w:lineRule="auto"/>
    </w:pPr>
    <w:rPr>
      <w:kern w:val="0"/>
      <w:sz w:val="22"/>
      <w:szCs w:val="22"/>
      <w:lang w:val="en-US" w:eastAsia="en-US"/>
      <w14:ligatures w14:val="none"/>
    </w:rPr>
  </w:style>
  <w:style w:type="paragraph" w:customStyle="1" w:styleId="55A17FFC4DE948ADBE6261B8B68F236D11">
    <w:name w:val="55A17FFC4DE948ADBE6261B8B68F236D11"/>
    <w:rsid w:val="000831BA"/>
    <w:pPr>
      <w:spacing w:after="200" w:line="276" w:lineRule="auto"/>
    </w:pPr>
    <w:rPr>
      <w:kern w:val="0"/>
      <w:sz w:val="22"/>
      <w:szCs w:val="22"/>
      <w:lang w:val="en-US" w:eastAsia="en-US"/>
      <w14:ligatures w14:val="none"/>
    </w:rPr>
  </w:style>
  <w:style w:type="paragraph" w:customStyle="1" w:styleId="BD4AC60CB8E64FF0B9149F08AF6880A511">
    <w:name w:val="BD4AC60CB8E64FF0B9149F08AF6880A511"/>
    <w:rsid w:val="000831BA"/>
    <w:pPr>
      <w:spacing w:after="200" w:line="276" w:lineRule="auto"/>
    </w:pPr>
    <w:rPr>
      <w:kern w:val="0"/>
      <w:sz w:val="22"/>
      <w:szCs w:val="22"/>
      <w:lang w:val="en-US" w:eastAsia="en-US"/>
      <w14:ligatures w14:val="none"/>
    </w:rPr>
  </w:style>
  <w:style w:type="paragraph" w:customStyle="1" w:styleId="C168F773DAD1404FA994002B265B7C1011">
    <w:name w:val="C168F773DAD1404FA994002B265B7C1011"/>
    <w:rsid w:val="000831BA"/>
    <w:pPr>
      <w:spacing w:after="200" w:line="276" w:lineRule="auto"/>
    </w:pPr>
    <w:rPr>
      <w:kern w:val="0"/>
      <w:sz w:val="22"/>
      <w:szCs w:val="22"/>
      <w:lang w:val="en-US" w:eastAsia="en-US"/>
      <w14:ligatures w14:val="none"/>
    </w:rPr>
  </w:style>
  <w:style w:type="paragraph" w:customStyle="1" w:styleId="5EED1EE70B26439DBCEE7D865934B15811">
    <w:name w:val="5EED1EE70B26439DBCEE7D865934B15811"/>
    <w:rsid w:val="000831BA"/>
    <w:pPr>
      <w:spacing w:after="200" w:line="276" w:lineRule="auto"/>
    </w:pPr>
    <w:rPr>
      <w:kern w:val="0"/>
      <w:sz w:val="22"/>
      <w:szCs w:val="22"/>
      <w:lang w:val="en-US" w:eastAsia="en-US"/>
      <w14:ligatures w14:val="none"/>
    </w:rPr>
  </w:style>
  <w:style w:type="paragraph" w:customStyle="1" w:styleId="37AF5E7F81A54CC69C7E2F744AE332CF11">
    <w:name w:val="37AF5E7F81A54CC69C7E2F744AE332CF11"/>
    <w:rsid w:val="000831BA"/>
    <w:pPr>
      <w:spacing w:after="200" w:line="276" w:lineRule="auto"/>
    </w:pPr>
    <w:rPr>
      <w:kern w:val="0"/>
      <w:sz w:val="22"/>
      <w:szCs w:val="22"/>
      <w:lang w:val="en-US" w:eastAsia="en-US"/>
      <w14:ligatures w14:val="none"/>
    </w:rPr>
  </w:style>
  <w:style w:type="paragraph" w:customStyle="1" w:styleId="24B3647F12B345BD9D3A3711A495D99A11">
    <w:name w:val="24B3647F12B345BD9D3A3711A495D99A11"/>
    <w:rsid w:val="000831BA"/>
    <w:pPr>
      <w:spacing w:after="200" w:line="276" w:lineRule="auto"/>
    </w:pPr>
    <w:rPr>
      <w:kern w:val="0"/>
      <w:sz w:val="22"/>
      <w:szCs w:val="22"/>
      <w:lang w:val="en-US" w:eastAsia="en-US"/>
      <w14:ligatures w14:val="none"/>
    </w:rPr>
  </w:style>
  <w:style w:type="paragraph" w:customStyle="1" w:styleId="7EED95295B9348AD84357C1E796AA23D11">
    <w:name w:val="7EED95295B9348AD84357C1E796AA23D11"/>
    <w:rsid w:val="000831BA"/>
    <w:pPr>
      <w:spacing w:after="200" w:line="276" w:lineRule="auto"/>
    </w:pPr>
    <w:rPr>
      <w:kern w:val="0"/>
      <w:sz w:val="22"/>
      <w:szCs w:val="22"/>
      <w:lang w:val="en-US" w:eastAsia="en-US"/>
      <w14:ligatures w14:val="none"/>
    </w:rPr>
  </w:style>
  <w:style w:type="paragraph" w:customStyle="1" w:styleId="75BC3A7E3FB0481C821EFEB77BF87BCA11">
    <w:name w:val="75BC3A7E3FB0481C821EFEB77BF87BCA11"/>
    <w:rsid w:val="000831BA"/>
    <w:pPr>
      <w:spacing w:after="200" w:line="276" w:lineRule="auto"/>
    </w:pPr>
    <w:rPr>
      <w:kern w:val="0"/>
      <w:sz w:val="22"/>
      <w:szCs w:val="22"/>
      <w:lang w:val="en-US" w:eastAsia="en-US"/>
      <w14:ligatures w14:val="none"/>
    </w:rPr>
  </w:style>
  <w:style w:type="paragraph" w:customStyle="1" w:styleId="E2B2354FE57E47369CA71906B977834811">
    <w:name w:val="E2B2354FE57E47369CA71906B977834811"/>
    <w:rsid w:val="000831BA"/>
    <w:pPr>
      <w:spacing w:after="200" w:line="276" w:lineRule="auto"/>
    </w:pPr>
    <w:rPr>
      <w:kern w:val="0"/>
      <w:sz w:val="22"/>
      <w:szCs w:val="22"/>
      <w:lang w:val="en-US" w:eastAsia="en-US"/>
      <w14:ligatures w14:val="none"/>
    </w:rPr>
  </w:style>
  <w:style w:type="paragraph" w:customStyle="1" w:styleId="50E131EAD43F46CE8037D751E884CEE211">
    <w:name w:val="50E131EAD43F46CE8037D751E884CEE211"/>
    <w:rsid w:val="000831BA"/>
    <w:pPr>
      <w:spacing w:after="200" w:line="276" w:lineRule="auto"/>
    </w:pPr>
    <w:rPr>
      <w:kern w:val="0"/>
      <w:sz w:val="22"/>
      <w:szCs w:val="22"/>
      <w:lang w:val="en-US" w:eastAsia="en-US"/>
      <w14:ligatures w14:val="none"/>
    </w:rPr>
  </w:style>
  <w:style w:type="paragraph" w:customStyle="1" w:styleId="89EA5B7D08CB42849361BE875D7E323711">
    <w:name w:val="89EA5B7D08CB42849361BE875D7E323711"/>
    <w:rsid w:val="000831BA"/>
    <w:pPr>
      <w:spacing w:after="200" w:line="276" w:lineRule="auto"/>
    </w:pPr>
    <w:rPr>
      <w:kern w:val="0"/>
      <w:sz w:val="22"/>
      <w:szCs w:val="22"/>
      <w:lang w:val="en-US" w:eastAsia="en-US"/>
      <w14:ligatures w14:val="none"/>
    </w:rPr>
  </w:style>
  <w:style w:type="paragraph" w:customStyle="1" w:styleId="25C75620979F4EE495834059A4D0A35A11">
    <w:name w:val="25C75620979F4EE495834059A4D0A35A11"/>
    <w:rsid w:val="000831BA"/>
    <w:pPr>
      <w:spacing w:after="200" w:line="276" w:lineRule="auto"/>
    </w:pPr>
    <w:rPr>
      <w:kern w:val="0"/>
      <w:sz w:val="22"/>
      <w:szCs w:val="22"/>
      <w:lang w:val="en-US" w:eastAsia="en-US"/>
      <w14:ligatures w14:val="none"/>
    </w:rPr>
  </w:style>
  <w:style w:type="paragraph" w:customStyle="1" w:styleId="14CADAA81187450882B7375BA1AEF92C11">
    <w:name w:val="14CADAA81187450882B7375BA1AEF92C11"/>
    <w:rsid w:val="000831BA"/>
    <w:pPr>
      <w:spacing w:after="200" w:line="276" w:lineRule="auto"/>
    </w:pPr>
    <w:rPr>
      <w:kern w:val="0"/>
      <w:sz w:val="22"/>
      <w:szCs w:val="22"/>
      <w:lang w:val="en-US" w:eastAsia="en-US"/>
      <w14:ligatures w14:val="none"/>
    </w:rPr>
  </w:style>
  <w:style w:type="paragraph" w:customStyle="1" w:styleId="D81231D4FDD64C4499F20C3D576514A611">
    <w:name w:val="D81231D4FDD64C4499F20C3D576514A611"/>
    <w:rsid w:val="000831BA"/>
    <w:pPr>
      <w:spacing w:after="200" w:line="276" w:lineRule="auto"/>
    </w:pPr>
    <w:rPr>
      <w:kern w:val="0"/>
      <w:sz w:val="22"/>
      <w:szCs w:val="22"/>
      <w:lang w:val="en-US" w:eastAsia="en-US"/>
      <w14:ligatures w14:val="none"/>
    </w:rPr>
  </w:style>
  <w:style w:type="paragraph" w:customStyle="1" w:styleId="BC7D8D8B2B8F4E30B601040FA555379911">
    <w:name w:val="BC7D8D8B2B8F4E30B601040FA555379911"/>
    <w:rsid w:val="000831BA"/>
    <w:pPr>
      <w:spacing w:after="200" w:line="276" w:lineRule="auto"/>
    </w:pPr>
    <w:rPr>
      <w:kern w:val="0"/>
      <w:sz w:val="22"/>
      <w:szCs w:val="22"/>
      <w:lang w:val="en-US" w:eastAsia="en-US"/>
      <w14:ligatures w14:val="none"/>
    </w:rPr>
  </w:style>
  <w:style w:type="paragraph" w:customStyle="1" w:styleId="7350AC179970427A9177D19630DA518E11">
    <w:name w:val="7350AC179970427A9177D19630DA518E11"/>
    <w:rsid w:val="000831BA"/>
    <w:pPr>
      <w:spacing w:after="200" w:line="276" w:lineRule="auto"/>
    </w:pPr>
    <w:rPr>
      <w:kern w:val="0"/>
      <w:sz w:val="22"/>
      <w:szCs w:val="22"/>
      <w:lang w:val="en-US" w:eastAsia="en-US"/>
      <w14:ligatures w14:val="none"/>
    </w:rPr>
  </w:style>
  <w:style w:type="paragraph" w:customStyle="1" w:styleId="30D8E47695FA4F54A1076217C7BCA89D11">
    <w:name w:val="30D8E47695FA4F54A1076217C7BCA89D11"/>
    <w:rsid w:val="000831BA"/>
    <w:pPr>
      <w:spacing w:after="200" w:line="276" w:lineRule="auto"/>
    </w:pPr>
    <w:rPr>
      <w:kern w:val="0"/>
      <w:sz w:val="22"/>
      <w:szCs w:val="22"/>
      <w:lang w:val="en-US" w:eastAsia="en-US"/>
      <w14:ligatures w14:val="none"/>
    </w:rPr>
  </w:style>
  <w:style w:type="paragraph" w:customStyle="1" w:styleId="F7E930D4A7E44E489D399897E337649311">
    <w:name w:val="F7E930D4A7E44E489D399897E337649311"/>
    <w:rsid w:val="000831BA"/>
    <w:pPr>
      <w:spacing w:after="200" w:line="276" w:lineRule="auto"/>
    </w:pPr>
    <w:rPr>
      <w:kern w:val="0"/>
      <w:sz w:val="22"/>
      <w:szCs w:val="22"/>
      <w:lang w:val="en-US" w:eastAsia="en-US"/>
      <w14:ligatures w14:val="none"/>
    </w:rPr>
  </w:style>
  <w:style w:type="paragraph" w:customStyle="1" w:styleId="FF7878DE554D402D9D2A6596AB17F59311">
    <w:name w:val="FF7878DE554D402D9D2A6596AB17F59311"/>
    <w:rsid w:val="000831BA"/>
    <w:pPr>
      <w:spacing w:after="200" w:line="276" w:lineRule="auto"/>
    </w:pPr>
    <w:rPr>
      <w:kern w:val="0"/>
      <w:sz w:val="22"/>
      <w:szCs w:val="22"/>
      <w:lang w:val="en-US" w:eastAsia="en-US"/>
      <w14:ligatures w14:val="none"/>
    </w:rPr>
  </w:style>
  <w:style w:type="paragraph" w:customStyle="1" w:styleId="B8BFC92841E444B4861DA5C1A493937D11">
    <w:name w:val="B8BFC92841E444B4861DA5C1A493937D11"/>
    <w:rsid w:val="000831BA"/>
    <w:pPr>
      <w:spacing w:after="200" w:line="276" w:lineRule="auto"/>
    </w:pPr>
    <w:rPr>
      <w:kern w:val="0"/>
      <w:sz w:val="22"/>
      <w:szCs w:val="22"/>
      <w:lang w:val="en-US" w:eastAsia="en-US"/>
      <w14:ligatures w14:val="none"/>
    </w:rPr>
  </w:style>
  <w:style w:type="paragraph" w:customStyle="1" w:styleId="7319592A00AC4A5BAF75D9B189122BCE5">
    <w:name w:val="7319592A00AC4A5BAF75D9B189122BCE5"/>
    <w:rsid w:val="000831BA"/>
    <w:pPr>
      <w:spacing w:after="200" w:line="276" w:lineRule="auto"/>
    </w:pPr>
    <w:rPr>
      <w:kern w:val="0"/>
      <w:sz w:val="22"/>
      <w:szCs w:val="22"/>
      <w:lang w:val="en-US" w:eastAsia="en-US"/>
      <w14:ligatures w14:val="none"/>
    </w:rPr>
  </w:style>
  <w:style w:type="paragraph" w:customStyle="1" w:styleId="BBF23ABAED584E15B23F6E44CEE0B3701">
    <w:name w:val="BBF23ABAED584E15B23F6E44CEE0B3701"/>
    <w:rsid w:val="000831BA"/>
    <w:pPr>
      <w:spacing w:after="200" w:line="276" w:lineRule="auto"/>
    </w:pPr>
    <w:rPr>
      <w:kern w:val="0"/>
      <w:sz w:val="22"/>
      <w:szCs w:val="22"/>
      <w:lang w:val="en-US" w:eastAsia="en-US"/>
      <w14:ligatures w14:val="none"/>
    </w:rPr>
  </w:style>
  <w:style w:type="paragraph" w:customStyle="1" w:styleId="0C5CAECF55CD49C1973AF96927C9C8701">
    <w:name w:val="0C5CAECF55CD49C1973AF96927C9C8701"/>
    <w:rsid w:val="000831BA"/>
    <w:pPr>
      <w:spacing w:after="200" w:line="276" w:lineRule="auto"/>
    </w:pPr>
    <w:rPr>
      <w:kern w:val="0"/>
      <w:sz w:val="22"/>
      <w:szCs w:val="22"/>
      <w:lang w:val="en-US" w:eastAsia="en-US"/>
      <w14:ligatures w14:val="none"/>
    </w:rPr>
  </w:style>
  <w:style w:type="paragraph" w:customStyle="1" w:styleId="B70A83DA0BA54DBBABC308E7A604F17D1">
    <w:name w:val="B70A83DA0BA54DBBABC308E7A604F17D1"/>
    <w:rsid w:val="000831BA"/>
    <w:pPr>
      <w:spacing w:after="200" w:line="276" w:lineRule="auto"/>
    </w:pPr>
    <w:rPr>
      <w:kern w:val="0"/>
      <w:sz w:val="22"/>
      <w:szCs w:val="22"/>
      <w:lang w:val="en-US" w:eastAsia="en-US"/>
      <w14:ligatures w14:val="none"/>
    </w:rPr>
  </w:style>
  <w:style w:type="paragraph" w:customStyle="1" w:styleId="9CF8E95C99C54A389D11F56E6502A2889">
    <w:name w:val="9CF8E95C99C54A389D11F56E6502A2889"/>
    <w:rsid w:val="000831BA"/>
    <w:pPr>
      <w:spacing w:after="200" w:line="276" w:lineRule="auto"/>
    </w:pPr>
    <w:rPr>
      <w:kern w:val="0"/>
      <w:sz w:val="22"/>
      <w:szCs w:val="22"/>
      <w:lang w:val="en-US" w:eastAsia="en-US"/>
      <w14:ligatures w14:val="none"/>
    </w:rPr>
  </w:style>
  <w:style w:type="paragraph" w:customStyle="1" w:styleId="4E976C76BD60411197BEA9274AF3EB599">
    <w:name w:val="4E976C76BD60411197BEA9274AF3EB599"/>
    <w:rsid w:val="000831BA"/>
    <w:pPr>
      <w:spacing w:after="200" w:line="276" w:lineRule="auto"/>
    </w:pPr>
    <w:rPr>
      <w:kern w:val="0"/>
      <w:sz w:val="22"/>
      <w:szCs w:val="22"/>
      <w:lang w:val="en-US" w:eastAsia="en-US"/>
      <w14:ligatures w14:val="none"/>
    </w:rPr>
  </w:style>
  <w:style w:type="paragraph" w:customStyle="1" w:styleId="201269F659B2465D81F0862B03C3B4AF9">
    <w:name w:val="201269F659B2465D81F0862B03C3B4AF9"/>
    <w:rsid w:val="000831BA"/>
    <w:pPr>
      <w:spacing w:after="200" w:line="276" w:lineRule="auto"/>
    </w:pPr>
    <w:rPr>
      <w:kern w:val="0"/>
      <w:sz w:val="22"/>
      <w:szCs w:val="22"/>
      <w:lang w:val="en-US" w:eastAsia="en-US"/>
      <w14:ligatures w14:val="none"/>
    </w:rPr>
  </w:style>
  <w:style w:type="paragraph" w:customStyle="1" w:styleId="2820DF493867457A8A2522A795E06B319">
    <w:name w:val="2820DF493867457A8A2522A795E06B319"/>
    <w:rsid w:val="000831BA"/>
    <w:pPr>
      <w:spacing w:after="200" w:line="276" w:lineRule="auto"/>
    </w:pPr>
    <w:rPr>
      <w:kern w:val="0"/>
      <w:sz w:val="22"/>
      <w:szCs w:val="22"/>
      <w:lang w:val="en-US" w:eastAsia="en-US"/>
      <w14:ligatures w14:val="none"/>
    </w:rPr>
  </w:style>
  <w:style w:type="paragraph" w:customStyle="1" w:styleId="114D9E40678F4750AB8114931FAA9B6E9">
    <w:name w:val="114D9E40678F4750AB8114931FAA9B6E9"/>
    <w:rsid w:val="000831BA"/>
    <w:pPr>
      <w:spacing w:after="200" w:line="276" w:lineRule="auto"/>
    </w:pPr>
    <w:rPr>
      <w:kern w:val="0"/>
      <w:sz w:val="22"/>
      <w:szCs w:val="22"/>
      <w:lang w:val="en-US" w:eastAsia="en-US"/>
      <w14:ligatures w14:val="none"/>
    </w:rPr>
  </w:style>
  <w:style w:type="paragraph" w:customStyle="1" w:styleId="B5478353D82647588CAEF79A7B5A0F1E9">
    <w:name w:val="B5478353D82647588CAEF79A7B5A0F1E9"/>
    <w:rsid w:val="000831BA"/>
    <w:pPr>
      <w:spacing w:after="200" w:line="276" w:lineRule="auto"/>
    </w:pPr>
    <w:rPr>
      <w:kern w:val="0"/>
      <w:sz w:val="22"/>
      <w:szCs w:val="22"/>
      <w:lang w:val="en-US" w:eastAsia="en-US"/>
      <w14:ligatures w14:val="none"/>
    </w:rPr>
  </w:style>
  <w:style w:type="paragraph" w:customStyle="1" w:styleId="7165561F7E8444338EBECB91DF0F729E9">
    <w:name w:val="7165561F7E8444338EBECB91DF0F729E9"/>
    <w:rsid w:val="000831BA"/>
    <w:pPr>
      <w:spacing w:after="200" w:line="276" w:lineRule="auto"/>
    </w:pPr>
    <w:rPr>
      <w:kern w:val="0"/>
      <w:sz w:val="22"/>
      <w:szCs w:val="22"/>
      <w:lang w:val="en-US" w:eastAsia="en-US"/>
      <w14:ligatures w14:val="none"/>
    </w:rPr>
  </w:style>
  <w:style w:type="paragraph" w:customStyle="1" w:styleId="C0FB5E68B8504E1E8C1241AA4B1599AD9">
    <w:name w:val="C0FB5E68B8504E1E8C1241AA4B1599AD9"/>
    <w:rsid w:val="000831BA"/>
    <w:pPr>
      <w:spacing w:after="200" w:line="276" w:lineRule="auto"/>
    </w:pPr>
    <w:rPr>
      <w:kern w:val="0"/>
      <w:sz w:val="22"/>
      <w:szCs w:val="22"/>
      <w:lang w:val="en-US" w:eastAsia="en-US"/>
      <w14:ligatures w14:val="none"/>
    </w:rPr>
  </w:style>
  <w:style w:type="paragraph" w:customStyle="1" w:styleId="A430A40CFF3D4DA29D6067C4E5E3D8AF9">
    <w:name w:val="A430A40CFF3D4DA29D6067C4E5E3D8AF9"/>
    <w:rsid w:val="000831BA"/>
    <w:pPr>
      <w:spacing w:after="200" w:line="276" w:lineRule="auto"/>
    </w:pPr>
    <w:rPr>
      <w:kern w:val="0"/>
      <w:sz w:val="22"/>
      <w:szCs w:val="22"/>
      <w:lang w:val="en-US" w:eastAsia="en-US"/>
      <w14:ligatures w14:val="none"/>
    </w:rPr>
  </w:style>
  <w:style w:type="paragraph" w:customStyle="1" w:styleId="5538DD8CB5AA42289B9E7C8B6DF542F28">
    <w:name w:val="5538DD8CB5AA42289B9E7C8B6DF542F28"/>
    <w:rsid w:val="000831BA"/>
    <w:pPr>
      <w:spacing w:after="200" w:line="276" w:lineRule="auto"/>
    </w:pPr>
    <w:rPr>
      <w:kern w:val="0"/>
      <w:sz w:val="22"/>
      <w:szCs w:val="22"/>
      <w:lang w:val="en-US" w:eastAsia="en-US"/>
      <w14:ligatures w14:val="none"/>
    </w:rPr>
  </w:style>
  <w:style w:type="paragraph" w:customStyle="1" w:styleId="8B8D3692622B43BF8A7FC0D7A51E2D369">
    <w:name w:val="8B8D3692622B43BF8A7FC0D7A51E2D369"/>
    <w:rsid w:val="000831BA"/>
    <w:pPr>
      <w:spacing w:after="200" w:line="276" w:lineRule="auto"/>
    </w:pPr>
    <w:rPr>
      <w:kern w:val="0"/>
      <w:sz w:val="22"/>
      <w:szCs w:val="22"/>
      <w:lang w:val="en-US" w:eastAsia="en-US"/>
      <w14:ligatures w14:val="none"/>
    </w:rPr>
  </w:style>
  <w:style w:type="paragraph" w:customStyle="1" w:styleId="D2623F5CCFAD43A28AF43C70F2798A609">
    <w:name w:val="D2623F5CCFAD43A28AF43C70F2798A609"/>
    <w:rsid w:val="000831BA"/>
    <w:pPr>
      <w:spacing w:after="200" w:line="276" w:lineRule="auto"/>
    </w:pPr>
    <w:rPr>
      <w:kern w:val="0"/>
      <w:sz w:val="22"/>
      <w:szCs w:val="22"/>
      <w:lang w:val="en-US" w:eastAsia="en-US"/>
      <w14:ligatures w14:val="none"/>
    </w:rPr>
  </w:style>
  <w:style w:type="paragraph" w:customStyle="1" w:styleId="5E45F48A91FE455F8D66D57E56452EF86">
    <w:name w:val="5E45F48A91FE455F8D66D57E56452EF86"/>
    <w:rsid w:val="000831BA"/>
    <w:pPr>
      <w:spacing w:after="200" w:line="276" w:lineRule="auto"/>
    </w:pPr>
    <w:rPr>
      <w:kern w:val="0"/>
      <w:sz w:val="22"/>
      <w:szCs w:val="22"/>
      <w:lang w:val="en-US" w:eastAsia="en-US"/>
      <w14:ligatures w14:val="none"/>
    </w:rPr>
  </w:style>
  <w:style w:type="paragraph" w:customStyle="1" w:styleId="DA9074E67BC44718A8BD08C9BC6908089">
    <w:name w:val="DA9074E67BC44718A8BD08C9BC6908089"/>
    <w:rsid w:val="000831BA"/>
    <w:pPr>
      <w:spacing w:after="200" w:line="276" w:lineRule="auto"/>
    </w:pPr>
    <w:rPr>
      <w:kern w:val="0"/>
      <w:sz w:val="22"/>
      <w:szCs w:val="22"/>
      <w:lang w:val="en-US" w:eastAsia="en-US"/>
      <w14:ligatures w14:val="none"/>
    </w:rPr>
  </w:style>
  <w:style w:type="paragraph" w:customStyle="1" w:styleId="A4FED24E159F4F3FB4969A6C9396ACFC9">
    <w:name w:val="A4FED24E159F4F3FB4969A6C9396ACFC9"/>
    <w:rsid w:val="000831BA"/>
    <w:pPr>
      <w:spacing w:after="200" w:line="276" w:lineRule="auto"/>
    </w:pPr>
    <w:rPr>
      <w:kern w:val="0"/>
      <w:sz w:val="22"/>
      <w:szCs w:val="22"/>
      <w:lang w:val="en-US" w:eastAsia="en-US"/>
      <w14:ligatures w14:val="none"/>
    </w:rPr>
  </w:style>
  <w:style w:type="paragraph" w:customStyle="1" w:styleId="7609161AB75242BC979056E34EF84BF55">
    <w:name w:val="7609161AB75242BC979056E34EF84BF55"/>
    <w:rsid w:val="000831BA"/>
    <w:pPr>
      <w:spacing w:after="200" w:line="276" w:lineRule="auto"/>
    </w:pPr>
    <w:rPr>
      <w:kern w:val="0"/>
      <w:sz w:val="22"/>
      <w:szCs w:val="22"/>
      <w:lang w:val="en-US" w:eastAsia="en-US"/>
      <w14:ligatures w14:val="none"/>
    </w:rPr>
  </w:style>
  <w:style w:type="paragraph" w:customStyle="1" w:styleId="F8E2267F933642339A338E7D89AE0BEE9">
    <w:name w:val="F8E2267F933642339A338E7D89AE0BEE9"/>
    <w:rsid w:val="000831BA"/>
    <w:pPr>
      <w:spacing w:after="200" w:line="276" w:lineRule="auto"/>
    </w:pPr>
    <w:rPr>
      <w:kern w:val="0"/>
      <w:sz w:val="22"/>
      <w:szCs w:val="22"/>
      <w:lang w:val="en-US" w:eastAsia="en-US"/>
      <w14:ligatures w14:val="none"/>
    </w:rPr>
  </w:style>
  <w:style w:type="paragraph" w:customStyle="1" w:styleId="FA6957153A584F028963A3C3F88808689">
    <w:name w:val="FA6957153A584F028963A3C3F88808689"/>
    <w:rsid w:val="000831BA"/>
    <w:pPr>
      <w:spacing w:after="200" w:line="276" w:lineRule="auto"/>
    </w:pPr>
    <w:rPr>
      <w:kern w:val="0"/>
      <w:sz w:val="22"/>
      <w:szCs w:val="22"/>
      <w:lang w:val="en-US" w:eastAsia="en-US"/>
      <w14:ligatures w14:val="none"/>
    </w:rPr>
  </w:style>
  <w:style w:type="paragraph" w:customStyle="1" w:styleId="4E19D4B89CDF4EC089B4CA4F3D6FF7DF1">
    <w:name w:val="4E19D4B89CDF4EC089B4CA4F3D6FF7DF1"/>
    <w:rsid w:val="000831BA"/>
    <w:pPr>
      <w:spacing w:after="200" w:line="276" w:lineRule="auto"/>
    </w:pPr>
    <w:rPr>
      <w:kern w:val="0"/>
      <w:sz w:val="22"/>
      <w:szCs w:val="22"/>
      <w:lang w:val="en-US" w:eastAsia="en-US"/>
      <w14:ligatures w14:val="none"/>
    </w:rPr>
  </w:style>
  <w:style w:type="paragraph" w:customStyle="1" w:styleId="4113860957FA4853A108D902D5C38EE21">
    <w:name w:val="4113860957FA4853A108D902D5C38EE21"/>
    <w:rsid w:val="000831BA"/>
    <w:pPr>
      <w:spacing w:after="200" w:line="276" w:lineRule="auto"/>
    </w:pPr>
    <w:rPr>
      <w:kern w:val="0"/>
      <w:sz w:val="22"/>
      <w:szCs w:val="22"/>
      <w:lang w:val="en-US" w:eastAsia="en-US"/>
      <w14:ligatures w14:val="none"/>
    </w:rPr>
  </w:style>
  <w:style w:type="paragraph" w:customStyle="1" w:styleId="4AB17CF5550742629C64BF5E843291E73">
    <w:name w:val="4AB17CF5550742629C64BF5E843291E73"/>
    <w:rsid w:val="000831BA"/>
    <w:pPr>
      <w:spacing w:after="200" w:line="276" w:lineRule="auto"/>
    </w:pPr>
    <w:rPr>
      <w:kern w:val="0"/>
      <w:sz w:val="22"/>
      <w:szCs w:val="22"/>
      <w:lang w:val="en-US" w:eastAsia="en-US"/>
      <w14:ligatures w14:val="none"/>
    </w:rPr>
  </w:style>
  <w:style w:type="paragraph" w:customStyle="1" w:styleId="BE1B5F9A3370458F812EE637EE7A95711">
    <w:name w:val="BE1B5F9A3370458F812EE637EE7A95711"/>
    <w:rsid w:val="000831BA"/>
    <w:pPr>
      <w:spacing w:after="200" w:line="276" w:lineRule="auto"/>
    </w:pPr>
    <w:rPr>
      <w:kern w:val="0"/>
      <w:sz w:val="22"/>
      <w:szCs w:val="22"/>
      <w:lang w:val="en-US" w:eastAsia="en-US"/>
      <w14:ligatures w14:val="none"/>
    </w:rPr>
  </w:style>
  <w:style w:type="paragraph" w:customStyle="1" w:styleId="EBA25865F5A04F0998820CE9690D4D861">
    <w:name w:val="EBA25865F5A04F0998820CE9690D4D861"/>
    <w:rsid w:val="000831BA"/>
    <w:pPr>
      <w:spacing w:after="200" w:line="276" w:lineRule="auto"/>
    </w:pPr>
    <w:rPr>
      <w:kern w:val="0"/>
      <w:sz w:val="22"/>
      <w:szCs w:val="22"/>
      <w:lang w:val="en-US" w:eastAsia="en-US"/>
      <w14:ligatures w14:val="none"/>
    </w:rPr>
  </w:style>
  <w:style w:type="paragraph" w:customStyle="1" w:styleId="017F9D3C318A40D49E27EAE686F6BCAD1">
    <w:name w:val="017F9D3C318A40D49E27EAE686F6BCAD1"/>
    <w:rsid w:val="000831BA"/>
    <w:pPr>
      <w:spacing w:after="200" w:line="276" w:lineRule="auto"/>
    </w:pPr>
    <w:rPr>
      <w:kern w:val="0"/>
      <w:sz w:val="22"/>
      <w:szCs w:val="22"/>
      <w:lang w:val="en-US" w:eastAsia="en-US"/>
      <w14:ligatures w14:val="none"/>
    </w:rPr>
  </w:style>
  <w:style w:type="paragraph" w:customStyle="1" w:styleId="9957CD63A6F74A1D9F356CED94AEE4B71">
    <w:name w:val="9957CD63A6F74A1D9F356CED94AEE4B71"/>
    <w:rsid w:val="000831BA"/>
    <w:pPr>
      <w:spacing w:after="200" w:line="276" w:lineRule="auto"/>
    </w:pPr>
    <w:rPr>
      <w:kern w:val="0"/>
      <w:sz w:val="22"/>
      <w:szCs w:val="22"/>
      <w:lang w:val="en-US" w:eastAsia="en-US"/>
      <w14:ligatures w14:val="none"/>
    </w:rPr>
  </w:style>
  <w:style w:type="paragraph" w:customStyle="1" w:styleId="4A1908B9CCB44432B4FB223D10CE50EC1">
    <w:name w:val="4A1908B9CCB44432B4FB223D10CE50EC1"/>
    <w:rsid w:val="000831BA"/>
    <w:pPr>
      <w:spacing w:after="200" w:line="276" w:lineRule="auto"/>
    </w:pPr>
    <w:rPr>
      <w:kern w:val="0"/>
      <w:sz w:val="22"/>
      <w:szCs w:val="22"/>
      <w:lang w:val="en-US" w:eastAsia="en-US"/>
      <w14:ligatures w14:val="none"/>
    </w:rPr>
  </w:style>
  <w:style w:type="paragraph" w:customStyle="1" w:styleId="34E918C1E0374E67A996E76BF5489BBE1">
    <w:name w:val="34E918C1E0374E67A996E76BF5489BBE1"/>
    <w:rsid w:val="000831BA"/>
    <w:pPr>
      <w:spacing w:after="200" w:line="276" w:lineRule="auto"/>
    </w:pPr>
    <w:rPr>
      <w:kern w:val="0"/>
      <w:sz w:val="22"/>
      <w:szCs w:val="22"/>
      <w:lang w:val="en-US" w:eastAsia="en-US"/>
      <w14:ligatures w14:val="none"/>
    </w:rPr>
  </w:style>
  <w:style w:type="paragraph" w:customStyle="1" w:styleId="FBCC3CB628A24381879505ACA91E54163">
    <w:name w:val="FBCC3CB628A24381879505ACA91E54163"/>
    <w:rsid w:val="000831BA"/>
    <w:pPr>
      <w:spacing w:after="200" w:line="276" w:lineRule="auto"/>
    </w:pPr>
    <w:rPr>
      <w:kern w:val="0"/>
      <w:sz w:val="22"/>
      <w:szCs w:val="22"/>
      <w:lang w:val="en-US" w:eastAsia="en-US"/>
      <w14:ligatures w14:val="none"/>
    </w:rPr>
  </w:style>
  <w:style w:type="paragraph" w:customStyle="1" w:styleId="6D0EF384CC614A12B3F34965CFA694EE3">
    <w:name w:val="6D0EF384CC614A12B3F34965CFA694EE3"/>
    <w:rsid w:val="000831BA"/>
    <w:pPr>
      <w:spacing w:after="200" w:line="276" w:lineRule="auto"/>
    </w:pPr>
    <w:rPr>
      <w:kern w:val="0"/>
      <w:sz w:val="22"/>
      <w:szCs w:val="22"/>
      <w:lang w:val="en-US" w:eastAsia="en-US"/>
      <w14:ligatures w14:val="none"/>
    </w:rPr>
  </w:style>
  <w:style w:type="paragraph" w:customStyle="1" w:styleId="4412CEC6886E4EC3A0171542B67423041">
    <w:name w:val="4412CEC6886E4EC3A0171542B67423041"/>
    <w:rsid w:val="000831BA"/>
    <w:pPr>
      <w:spacing w:after="200" w:line="276" w:lineRule="auto"/>
    </w:pPr>
    <w:rPr>
      <w:kern w:val="0"/>
      <w:sz w:val="22"/>
      <w:szCs w:val="22"/>
      <w:lang w:val="en-US" w:eastAsia="en-US"/>
      <w14:ligatures w14:val="none"/>
    </w:rPr>
  </w:style>
  <w:style w:type="paragraph" w:customStyle="1" w:styleId="54CCD329D34242D49C092A921B62D8BE1">
    <w:name w:val="54CCD329D34242D49C092A921B62D8BE1"/>
    <w:rsid w:val="000831BA"/>
    <w:pPr>
      <w:spacing w:after="200" w:line="276" w:lineRule="auto"/>
    </w:pPr>
    <w:rPr>
      <w:kern w:val="0"/>
      <w:sz w:val="22"/>
      <w:szCs w:val="22"/>
      <w:lang w:val="en-US" w:eastAsia="en-US"/>
      <w14:ligatures w14:val="none"/>
    </w:rPr>
  </w:style>
  <w:style w:type="paragraph" w:customStyle="1" w:styleId="75C8F0B16F834AB094CC1295F82F1E241">
    <w:name w:val="75C8F0B16F834AB094CC1295F82F1E241"/>
    <w:rsid w:val="000831BA"/>
    <w:pPr>
      <w:spacing w:after="200" w:line="276" w:lineRule="auto"/>
    </w:pPr>
    <w:rPr>
      <w:kern w:val="0"/>
      <w:sz w:val="22"/>
      <w:szCs w:val="22"/>
      <w:lang w:val="en-US" w:eastAsia="en-US"/>
      <w14:ligatures w14:val="none"/>
    </w:rPr>
  </w:style>
  <w:style w:type="paragraph" w:customStyle="1" w:styleId="C4699CA05C6747A8848D48CD03370D9F1">
    <w:name w:val="C4699CA05C6747A8848D48CD03370D9F1"/>
    <w:rsid w:val="000831BA"/>
    <w:pPr>
      <w:spacing w:after="200" w:line="276" w:lineRule="auto"/>
    </w:pPr>
    <w:rPr>
      <w:kern w:val="0"/>
      <w:sz w:val="22"/>
      <w:szCs w:val="22"/>
      <w:lang w:val="en-US" w:eastAsia="en-US"/>
      <w14:ligatures w14:val="none"/>
    </w:rPr>
  </w:style>
  <w:style w:type="paragraph" w:customStyle="1" w:styleId="1A19F1D646694A52B45D78F327053AC41">
    <w:name w:val="1A19F1D646694A52B45D78F327053AC41"/>
    <w:rsid w:val="000831BA"/>
    <w:pPr>
      <w:spacing w:after="200" w:line="276" w:lineRule="auto"/>
    </w:pPr>
    <w:rPr>
      <w:kern w:val="0"/>
      <w:sz w:val="22"/>
      <w:szCs w:val="22"/>
      <w:lang w:val="en-US" w:eastAsia="en-US"/>
      <w14:ligatures w14:val="none"/>
    </w:rPr>
  </w:style>
  <w:style w:type="paragraph" w:customStyle="1" w:styleId="E730F88F122C41088C6BBD1625B005391">
    <w:name w:val="E730F88F122C41088C6BBD1625B005391"/>
    <w:rsid w:val="000831BA"/>
    <w:pPr>
      <w:spacing w:after="200" w:line="276" w:lineRule="auto"/>
    </w:pPr>
    <w:rPr>
      <w:kern w:val="0"/>
      <w:sz w:val="22"/>
      <w:szCs w:val="22"/>
      <w:lang w:val="en-US" w:eastAsia="en-US"/>
      <w14:ligatures w14:val="none"/>
    </w:rPr>
  </w:style>
  <w:style w:type="paragraph" w:customStyle="1" w:styleId="A0D1F02827124915A9886966638A90841">
    <w:name w:val="A0D1F02827124915A9886966638A90841"/>
    <w:rsid w:val="000831BA"/>
    <w:pPr>
      <w:spacing w:after="200" w:line="276" w:lineRule="auto"/>
    </w:pPr>
    <w:rPr>
      <w:kern w:val="0"/>
      <w:sz w:val="22"/>
      <w:szCs w:val="22"/>
      <w:lang w:val="en-US" w:eastAsia="en-US"/>
      <w14:ligatures w14:val="none"/>
    </w:rPr>
  </w:style>
  <w:style w:type="paragraph" w:customStyle="1" w:styleId="F637442BDB4D442C876FC0132488D0191">
    <w:name w:val="F637442BDB4D442C876FC0132488D0191"/>
    <w:rsid w:val="000831BA"/>
    <w:pPr>
      <w:spacing w:after="200" w:line="276" w:lineRule="auto"/>
    </w:pPr>
    <w:rPr>
      <w:kern w:val="0"/>
      <w:sz w:val="22"/>
      <w:szCs w:val="22"/>
      <w:lang w:val="en-US" w:eastAsia="en-US"/>
      <w14:ligatures w14:val="none"/>
    </w:rPr>
  </w:style>
  <w:style w:type="paragraph" w:customStyle="1" w:styleId="3CB195E760A848AA9DAB90F4ACE8AABE1">
    <w:name w:val="3CB195E760A848AA9DAB90F4ACE8AABE1"/>
    <w:rsid w:val="000831BA"/>
    <w:pPr>
      <w:spacing w:after="200" w:line="276" w:lineRule="auto"/>
    </w:pPr>
    <w:rPr>
      <w:kern w:val="0"/>
      <w:sz w:val="22"/>
      <w:szCs w:val="22"/>
      <w:lang w:val="en-US" w:eastAsia="en-US"/>
      <w14:ligatures w14:val="none"/>
    </w:rPr>
  </w:style>
  <w:style w:type="paragraph" w:customStyle="1" w:styleId="7DC12E8783AE48ABBAB96669C7D1FFD61">
    <w:name w:val="7DC12E8783AE48ABBAB96669C7D1FFD61"/>
    <w:rsid w:val="000831BA"/>
    <w:pPr>
      <w:spacing w:after="200" w:line="276" w:lineRule="auto"/>
    </w:pPr>
    <w:rPr>
      <w:kern w:val="0"/>
      <w:sz w:val="22"/>
      <w:szCs w:val="22"/>
      <w:lang w:val="en-US" w:eastAsia="en-US"/>
      <w14:ligatures w14:val="none"/>
    </w:rPr>
  </w:style>
  <w:style w:type="paragraph" w:customStyle="1" w:styleId="F805F9BF041F4EB99842FEEB52D2BC971">
    <w:name w:val="F805F9BF041F4EB99842FEEB52D2BC971"/>
    <w:rsid w:val="000831BA"/>
    <w:pPr>
      <w:spacing w:after="200" w:line="276" w:lineRule="auto"/>
    </w:pPr>
    <w:rPr>
      <w:kern w:val="0"/>
      <w:sz w:val="22"/>
      <w:szCs w:val="22"/>
      <w:lang w:val="en-US" w:eastAsia="en-US"/>
      <w14:ligatures w14:val="none"/>
    </w:rPr>
  </w:style>
  <w:style w:type="paragraph" w:customStyle="1" w:styleId="8AC2C7F360004E51A1FACE5927552C6B1">
    <w:name w:val="8AC2C7F360004E51A1FACE5927552C6B1"/>
    <w:rsid w:val="000831BA"/>
    <w:pPr>
      <w:spacing w:after="200" w:line="276" w:lineRule="auto"/>
    </w:pPr>
    <w:rPr>
      <w:kern w:val="0"/>
      <w:sz w:val="22"/>
      <w:szCs w:val="22"/>
      <w:lang w:val="en-US" w:eastAsia="en-US"/>
      <w14:ligatures w14:val="none"/>
    </w:rPr>
  </w:style>
  <w:style w:type="paragraph" w:customStyle="1" w:styleId="049A335A13FC48628161FC8B518C5A071">
    <w:name w:val="049A335A13FC48628161FC8B518C5A071"/>
    <w:rsid w:val="000831BA"/>
    <w:pPr>
      <w:spacing w:after="200" w:line="276" w:lineRule="auto"/>
    </w:pPr>
    <w:rPr>
      <w:kern w:val="0"/>
      <w:sz w:val="22"/>
      <w:szCs w:val="22"/>
      <w:lang w:val="en-US" w:eastAsia="en-US"/>
      <w14:ligatures w14:val="none"/>
    </w:rPr>
  </w:style>
  <w:style w:type="paragraph" w:customStyle="1" w:styleId="8A3EA650D2DE4438949B88399D8BCA621">
    <w:name w:val="8A3EA650D2DE4438949B88399D8BCA621"/>
    <w:rsid w:val="000831BA"/>
    <w:pPr>
      <w:spacing w:after="200" w:line="276" w:lineRule="auto"/>
    </w:pPr>
    <w:rPr>
      <w:kern w:val="0"/>
      <w:sz w:val="22"/>
      <w:szCs w:val="22"/>
      <w:lang w:val="en-US" w:eastAsia="en-US"/>
      <w14:ligatures w14:val="none"/>
    </w:rPr>
  </w:style>
  <w:style w:type="paragraph" w:customStyle="1" w:styleId="1F70C5A924D448A1BF6FAB875CCC3A691">
    <w:name w:val="1F70C5A924D448A1BF6FAB875CCC3A691"/>
    <w:rsid w:val="000831BA"/>
    <w:pPr>
      <w:spacing w:after="200" w:line="276" w:lineRule="auto"/>
    </w:pPr>
    <w:rPr>
      <w:kern w:val="0"/>
      <w:sz w:val="22"/>
      <w:szCs w:val="22"/>
      <w:lang w:val="en-US" w:eastAsia="en-US"/>
      <w14:ligatures w14:val="none"/>
    </w:rPr>
  </w:style>
  <w:style w:type="paragraph" w:customStyle="1" w:styleId="DC9FDE12B53F4892BDF47C954ED35F3B1">
    <w:name w:val="DC9FDE12B53F4892BDF47C954ED35F3B1"/>
    <w:rsid w:val="000831BA"/>
    <w:pPr>
      <w:spacing w:after="200" w:line="276" w:lineRule="auto"/>
    </w:pPr>
    <w:rPr>
      <w:kern w:val="0"/>
      <w:sz w:val="22"/>
      <w:szCs w:val="22"/>
      <w:lang w:val="en-US" w:eastAsia="en-US"/>
      <w14:ligatures w14:val="none"/>
    </w:rPr>
  </w:style>
  <w:style w:type="paragraph" w:customStyle="1" w:styleId="18BD330161774A66A7F79E93D5BB75CB1">
    <w:name w:val="18BD330161774A66A7F79E93D5BB75CB1"/>
    <w:rsid w:val="000831BA"/>
    <w:pPr>
      <w:spacing w:after="200" w:line="276" w:lineRule="auto"/>
    </w:pPr>
    <w:rPr>
      <w:kern w:val="0"/>
      <w:sz w:val="22"/>
      <w:szCs w:val="22"/>
      <w:lang w:val="en-US" w:eastAsia="en-US"/>
      <w14:ligatures w14:val="none"/>
    </w:rPr>
  </w:style>
  <w:style w:type="paragraph" w:customStyle="1" w:styleId="D7E743FC8C584C72B69C83D89FEC34161">
    <w:name w:val="D7E743FC8C584C72B69C83D89FEC34161"/>
    <w:rsid w:val="000831BA"/>
    <w:pPr>
      <w:spacing w:after="200" w:line="276" w:lineRule="auto"/>
    </w:pPr>
    <w:rPr>
      <w:kern w:val="0"/>
      <w:sz w:val="22"/>
      <w:szCs w:val="22"/>
      <w:lang w:val="en-US" w:eastAsia="en-US"/>
      <w14:ligatures w14:val="none"/>
    </w:rPr>
  </w:style>
  <w:style w:type="paragraph" w:customStyle="1" w:styleId="534015DF6ACB41CA8C1A29B1AEF7A5611">
    <w:name w:val="534015DF6ACB41CA8C1A29B1AEF7A5611"/>
    <w:rsid w:val="000831BA"/>
    <w:pPr>
      <w:spacing w:after="200" w:line="276" w:lineRule="auto"/>
    </w:pPr>
    <w:rPr>
      <w:kern w:val="0"/>
      <w:sz w:val="22"/>
      <w:szCs w:val="22"/>
      <w:lang w:val="en-US" w:eastAsia="en-US"/>
      <w14:ligatures w14:val="none"/>
    </w:rPr>
  </w:style>
  <w:style w:type="paragraph" w:customStyle="1" w:styleId="ABD2BF0EB45E4044A78F4FD99EE4859E1">
    <w:name w:val="ABD2BF0EB45E4044A78F4FD99EE4859E1"/>
    <w:rsid w:val="000831BA"/>
    <w:pPr>
      <w:spacing w:after="200" w:line="276" w:lineRule="auto"/>
    </w:pPr>
    <w:rPr>
      <w:kern w:val="0"/>
      <w:sz w:val="22"/>
      <w:szCs w:val="22"/>
      <w:lang w:val="en-US" w:eastAsia="en-US"/>
      <w14:ligatures w14:val="none"/>
    </w:rPr>
  </w:style>
  <w:style w:type="paragraph" w:customStyle="1" w:styleId="CD08F55CCFC6472D81A76128FC3CEC341">
    <w:name w:val="CD08F55CCFC6472D81A76128FC3CEC341"/>
    <w:rsid w:val="000831BA"/>
    <w:pPr>
      <w:spacing w:after="200" w:line="276" w:lineRule="auto"/>
    </w:pPr>
    <w:rPr>
      <w:kern w:val="0"/>
      <w:sz w:val="22"/>
      <w:szCs w:val="22"/>
      <w:lang w:val="en-US" w:eastAsia="en-US"/>
      <w14:ligatures w14:val="none"/>
    </w:rPr>
  </w:style>
  <w:style w:type="paragraph" w:customStyle="1" w:styleId="F89C2B8032E54FFFA6C812649178463D1">
    <w:name w:val="F89C2B8032E54FFFA6C812649178463D1"/>
    <w:rsid w:val="000831BA"/>
    <w:pPr>
      <w:spacing w:after="200" w:line="276" w:lineRule="auto"/>
    </w:pPr>
    <w:rPr>
      <w:kern w:val="0"/>
      <w:sz w:val="22"/>
      <w:szCs w:val="22"/>
      <w:lang w:val="en-US" w:eastAsia="en-US"/>
      <w14:ligatures w14:val="none"/>
    </w:rPr>
  </w:style>
  <w:style w:type="paragraph" w:customStyle="1" w:styleId="A214EEA40F1047D882AC6237734AE6031">
    <w:name w:val="A214EEA40F1047D882AC6237734AE6031"/>
    <w:rsid w:val="000831BA"/>
    <w:pPr>
      <w:spacing w:after="200" w:line="276" w:lineRule="auto"/>
    </w:pPr>
    <w:rPr>
      <w:kern w:val="0"/>
      <w:sz w:val="22"/>
      <w:szCs w:val="22"/>
      <w:lang w:val="en-US" w:eastAsia="en-US"/>
      <w14:ligatures w14:val="none"/>
    </w:rPr>
  </w:style>
  <w:style w:type="paragraph" w:customStyle="1" w:styleId="F1697CC1A11B4BA2BE13FF1F77F4FDCC1">
    <w:name w:val="F1697CC1A11B4BA2BE13FF1F77F4FDCC1"/>
    <w:rsid w:val="000831BA"/>
    <w:pPr>
      <w:spacing w:after="200" w:line="276" w:lineRule="auto"/>
    </w:pPr>
    <w:rPr>
      <w:kern w:val="0"/>
      <w:sz w:val="22"/>
      <w:szCs w:val="22"/>
      <w:lang w:val="en-US" w:eastAsia="en-US"/>
      <w14:ligatures w14:val="none"/>
    </w:rPr>
  </w:style>
  <w:style w:type="paragraph" w:customStyle="1" w:styleId="27F2F4FA97854C5D8A1C9049EE06CDB01">
    <w:name w:val="27F2F4FA97854C5D8A1C9049EE06CDB01"/>
    <w:rsid w:val="000831BA"/>
    <w:pPr>
      <w:spacing w:after="200" w:line="276" w:lineRule="auto"/>
    </w:pPr>
    <w:rPr>
      <w:kern w:val="0"/>
      <w:sz w:val="22"/>
      <w:szCs w:val="22"/>
      <w:lang w:val="en-US" w:eastAsia="en-US"/>
      <w14:ligatures w14:val="none"/>
    </w:rPr>
  </w:style>
  <w:style w:type="paragraph" w:customStyle="1" w:styleId="76A5DFA0491947979FBA03E130264C85">
    <w:name w:val="76A5DFA0491947979FBA03E130264C85"/>
    <w:rsid w:val="000831BA"/>
  </w:style>
  <w:style w:type="paragraph" w:customStyle="1" w:styleId="C940192FF28F487CB08AA4CC39013F5F">
    <w:name w:val="C940192FF28F487CB08AA4CC39013F5F"/>
    <w:rsid w:val="000831BA"/>
  </w:style>
  <w:style w:type="paragraph" w:customStyle="1" w:styleId="FB03A6D4C5BF45F79DA8DE57762E2814">
    <w:name w:val="FB03A6D4C5BF45F79DA8DE57762E2814"/>
    <w:rsid w:val="000831BA"/>
  </w:style>
  <w:style w:type="paragraph" w:customStyle="1" w:styleId="3BD0E15BD88D494091A41AFA57669313">
    <w:name w:val="3BD0E15BD88D494091A41AFA57669313"/>
    <w:rsid w:val="000831BA"/>
  </w:style>
  <w:style w:type="paragraph" w:customStyle="1" w:styleId="2A7E0C5DC80849B1AD8127D8732CB359">
    <w:name w:val="2A7E0C5DC80849B1AD8127D8732CB359"/>
    <w:rsid w:val="000831BA"/>
  </w:style>
  <w:style w:type="paragraph" w:customStyle="1" w:styleId="E43BC20C7BE24601A3662B2342738CF3">
    <w:name w:val="E43BC20C7BE24601A3662B2342738CF3"/>
    <w:rsid w:val="000831BA"/>
  </w:style>
  <w:style w:type="paragraph" w:customStyle="1" w:styleId="41E132E3953644A6B08D2F7323B5F854">
    <w:name w:val="41E132E3953644A6B08D2F7323B5F854"/>
    <w:rsid w:val="000831BA"/>
  </w:style>
  <w:style w:type="paragraph" w:customStyle="1" w:styleId="082F9F14E31543A0B5C92156898A9447">
    <w:name w:val="082F9F14E31543A0B5C92156898A9447"/>
    <w:rsid w:val="000831BA"/>
  </w:style>
  <w:style w:type="paragraph" w:customStyle="1" w:styleId="439C5FE805B84FEF9546BC67D7AA5759">
    <w:name w:val="439C5FE805B84FEF9546BC67D7AA5759"/>
    <w:rsid w:val="000831BA"/>
  </w:style>
  <w:style w:type="paragraph" w:customStyle="1" w:styleId="D9FE15D61B5A486A95420FA6E973D260">
    <w:name w:val="D9FE15D61B5A486A95420FA6E973D260"/>
    <w:rsid w:val="000831BA"/>
  </w:style>
  <w:style w:type="paragraph" w:customStyle="1" w:styleId="202C07AFF05349C8A37F615B6D96BC69">
    <w:name w:val="202C07AFF05349C8A37F615B6D96BC69"/>
    <w:rsid w:val="000831BA"/>
  </w:style>
  <w:style w:type="paragraph" w:customStyle="1" w:styleId="3E8299A3D023467D8ED76D76150916B1">
    <w:name w:val="3E8299A3D023467D8ED76D76150916B1"/>
    <w:rsid w:val="000831BA"/>
  </w:style>
  <w:style w:type="paragraph" w:customStyle="1" w:styleId="281A57010A0E4727AF0103408A625193">
    <w:name w:val="281A57010A0E4727AF0103408A625193"/>
    <w:rsid w:val="000831BA"/>
  </w:style>
  <w:style w:type="paragraph" w:customStyle="1" w:styleId="7F862F480358432B98CD7E36540B42DE">
    <w:name w:val="7F862F480358432B98CD7E36540B42DE"/>
    <w:rsid w:val="000831BA"/>
  </w:style>
  <w:style w:type="paragraph" w:customStyle="1" w:styleId="A06F037444224919B845A1D2C9A8CFDF">
    <w:name w:val="A06F037444224919B845A1D2C9A8CFDF"/>
    <w:rsid w:val="000831BA"/>
  </w:style>
  <w:style w:type="paragraph" w:customStyle="1" w:styleId="228EA15701A74E328339EFFA649E5FFA">
    <w:name w:val="228EA15701A74E328339EFFA649E5FFA"/>
    <w:rsid w:val="000831BA"/>
  </w:style>
  <w:style w:type="paragraph" w:customStyle="1" w:styleId="C5723D38C28946A5826D1978CA6C725B">
    <w:name w:val="C5723D38C28946A5826D1978CA6C725B"/>
    <w:rsid w:val="000831BA"/>
  </w:style>
  <w:style w:type="paragraph" w:customStyle="1" w:styleId="5C7EA14EFBD246F7924A405651B705E3">
    <w:name w:val="5C7EA14EFBD246F7924A405651B705E3"/>
    <w:rsid w:val="000831BA"/>
  </w:style>
  <w:style w:type="paragraph" w:customStyle="1" w:styleId="50E303AF9697499483E72635B59111DE">
    <w:name w:val="50E303AF9697499483E72635B59111DE"/>
    <w:rsid w:val="000831BA"/>
  </w:style>
  <w:style w:type="paragraph" w:customStyle="1" w:styleId="75DD5FC9AF714E35945B25F8F6CE4D89">
    <w:name w:val="75DD5FC9AF714E35945B25F8F6CE4D89"/>
    <w:rsid w:val="000831BA"/>
  </w:style>
  <w:style w:type="paragraph" w:customStyle="1" w:styleId="3355E14E39AA4EE0B72395BC0738EF62">
    <w:name w:val="3355E14E39AA4EE0B72395BC0738EF62"/>
    <w:rsid w:val="000831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22A54F51796544883DCEA4C600AC04A" ma:contentTypeVersion="20" ma:contentTypeDescription="Ein neues Dokument erstellen." ma:contentTypeScope="" ma:versionID="d8be88b34ae222063f60bdf07ebfa5f8">
  <xsd:schema xmlns:xsd="http://www.w3.org/2001/XMLSchema" xmlns:xs="http://www.w3.org/2001/XMLSchema" xmlns:p="http://schemas.microsoft.com/office/2006/metadata/properties" xmlns:ns2="79cbc995-2fb6-471a-8634-8b9f212e3d6f" xmlns:ns3="6d43e33a-f019-4954-920d-10647dba8363" targetNamespace="http://schemas.microsoft.com/office/2006/metadata/properties" ma:root="true" ma:fieldsID="c175a468970345f5a7fa1b573d69564d" ns2:_="" ns3:_="">
    <xsd:import namespace="79cbc995-2fb6-471a-8634-8b9f212e3d6f"/>
    <xsd:import namespace="6d43e33a-f019-4954-920d-10647dba836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_Flow_SignoffStatus" minOccurs="0"/>
                <xsd:element ref="ns3:_dlc_DocId" minOccurs="0"/>
                <xsd:element ref="ns3:_dlc_DocIdUrl" minOccurs="0"/>
                <xsd:element ref="ns3:_dlc_DocIdPersistId"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cbc995-2fb6-471a-8634-8b9f212e3d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_Flow_SignoffStatus" ma:index="20" nillable="true" ma:displayName="Status Unterschrift" ma:internalName="Status_x0020_Unterschrift">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Bildmarkierungen" ma:readOnly="false" ma:fieldId="{5cf76f15-5ced-4ddc-b409-7134ff3c332f}" ma:taxonomyMulti="true" ma:sspId="16fa426b-f429-452c-aaac-bd0c568d1ce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43e33a-f019-4954-920d-10647dba8363"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_dlc_DocId" ma:index="21" nillable="true" ma:displayName="Wert der Dokument-ID" ma:description="Der Wert der diesem Element zugewiesenen Dokument-ID." ma:internalName="_dlc_DocId" ma:readOnly="true">
      <xsd:simpleType>
        <xsd:restriction base="dms:Text"/>
      </xsd:simpleType>
    </xsd:element>
    <xsd:element name="_dlc_DocIdUrl" ma:index="22"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Beständige ID" ma:description="ID beim Hinzufügen beibehalten." ma:hidden="true" ma:internalName="_dlc_DocIdPersistId" ma:readOnly="true">
      <xsd:simpleType>
        <xsd:restriction base="dms:Boolean"/>
      </xsd:simpleType>
    </xsd:element>
    <xsd:element name="TaxCatchAll" ma:index="27" nillable="true" ma:displayName="Taxonomy Catch All Column" ma:hidden="true" ma:list="{3c15305d-7742-412f-ae68-3e16e829e278}" ma:internalName="TaxCatchAll" ma:showField="CatchAllData" ma:web="6d43e33a-f019-4954-920d-10647dba83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79cbc995-2fb6-471a-8634-8b9f212e3d6f" xsi:nil="true"/>
    <lcf76f155ced4ddcb4097134ff3c332f xmlns="79cbc995-2fb6-471a-8634-8b9f212e3d6f">
      <Terms xmlns="http://schemas.microsoft.com/office/infopath/2007/PartnerControls"/>
    </lcf76f155ced4ddcb4097134ff3c332f>
    <TaxCatchAll xmlns="6d43e33a-f019-4954-920d-10647dba8363" xsi:nil="true"/>
    <_dlc_DocId xmlns="6d43e33a-f019-4954-920d-10647dba8363">J4KJ5DQ6QRZT-430002287-436520</_dlc_DocId>
    <_dlc_DocIdUrl xmlns="6d43e33a-f019-4954-920d-10647dba8363">
      <Url>https://sikomed.sharepoint.com/sites/Sikomed/_layouts/15/DocIdRedir.aspx?ID=J4KJ5DQ6QRZT-430002287-436520</Url>
      <Description>J4KJ5DQ6QRZT-430002287-436520</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B4D74-96D4-48F5-BA5C-AB94BDCDCB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cbc995-2fb6-471a-8634-8b9f212e3d6f"/>
    <ds:schemaRef ds:uri="6d43e33a-f019-4954-920d-10647dba8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5B7740-71BA-43B0-AF36-12510FDBCC6A}">
  <ds:schemaRefs>
    <ds:schemaRef ds:uri="http://schemas.microsoft.com/office/2006/metadata/properties"/>
    <ds:schemaRef ds:uri="http://schemas.microsoft.com/office/infopath/2007/PartnerControls"/>
    <ds:schemaRef ds:uri="79cbc995-2fb6-471a-8634-8b9f212e3d6f"/>
    <ds:schemaRef ds:uri="6d43e33a-f019-4954-920d-10647dba8363"/>
  </ds:schemaRefs>
</ds:datastoreItem>
</file>

<file path=customXml/itemProps3.xml><?xml version="1.0" encoding="utf-8"?>
<ds:datastoreItem xmlns:ds="http://schemas.openxmlformats.org/officeDocument/2006/customXml" ds:itemID="{C9CE066C-05C0-479C-BF91-5AB600712CB6}">
  <ds:schemaRefs>
    <ds:schemaRef ds:uri="http://schemas.microsoft.com/sharepoint/events"/>
  </ds:schemaRefs>
</ds:datastoreItem>
</file>

<file path=customXml/itemProps4.xml><?xml version="1.0" encoding="utf-8"?>
<ds:datastoreItem xmlns:ds="http://schemas.openxmlformats.org/officeDocument/2006/customXml" ds:itemID="{A50C2ED6-58AE-4DB4-AA4F-D319820FA40E}">
  <ds:schemaRefs>
    <ds:schemaRef ds:uri="http://schemas.microsoft.com/sharepoint/v3/contenttype/forms"/>
  </ds:schemaRefs>
</ds:datastoreItem>
</file>

<file path=customXml/itemProps5.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902</Words>
  <Characters>5684</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6573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Nina Lages</cp:lastModifiedBy>
  <cp:revision>119</cp:revision>
  <cp:lastPrinted>2025-12-02T07:37:00Z</cp:lastPrinted>
  <dcterms:created xsi:type="dcterms:W3CDTF">2025-12-11T08:52:00Z</dcterms:created>
  <dcterms:modified xsi:type="dcterms:W3CDTF">2026-01-28T10:00:00Z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0x010100322A54F51796544883DCEA4C600AC04A</vt:lpwstr>
  </property>
  <property fmtid="{D5CDD505-2E9C-101B-9397-08002B2CF9AE}" pid="3" name="MediaServiceImageTags">
    <vt:lpwstr/>
  </property>
  <property fmtid="{D5CDD505-2E9C-101B-9397-08002B2CF9AE}" pid="4" name="_dlc_DocIdItemGuid">
    <vt:lpwstr>944249c7-f5fd-4b5c-b66c-b4183b1891b0</vt:lpwstr>
  </property>
</Properties>
</file>